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Samsung launches Galaxy Tab S10+ and Galaxy Tab S9 FE+: a comparison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Samsung's new flagship tablet, the Galaxy Tab S10+, has hit the shelves, and it's vying for attention alongside the more budget-friendly option, the Galaxy Tab S9 FE+. Both tablets share the same 12.4-inch size, but their specifications and pricing suggest they cater to differing markets.</w:t>
      </w:r>
      <w:r/>
    </w:p>
    <w:p>
      <w:r/>
      <w:r>
        <w:t>The Galaxy Tab S10+ stands out with its premium features. It boasts a 12.4-inch AMOLED display with a 120Hz refresh rate, providing a sharp and smoother viewing experience. It's powered by a MediaTek Dimensity 9300+ processor, paired with 12GB of RAM and storage options going up to 512GB, all expandable with a MicroSD card. This tablet supports 5G connectivity, making it ideal for users requiring high-speed internet access on the go. Priced at $1,000, this tablet also includes advanced features like an optional SIM slot and sophisticated software enhancements with Galaxy AI.</w:t>
      </w:r>
      <w:r/>
    </w:p>
    <w:p>
      <w:r/>
      <w:r>
        <w:t>Meanwhile, the Galaxy Tab S9 FE+ is positioned as a more affordable alternative, starting from $600, and is often available for as low as $469 due to discounts. This model features a 90Hz LCD display, which, while lower in specification compared to the S10+, still offers a decent viewing experience for its price range. The S9 FE+ utilises the Samsung Exynos 1380 processor, available with either 8GB or 12GB of RAM, and supports similar storage expansion through MicroSD.</w:t>
      </w:r>
      <w:r/>
    </w:p>
    <w:p>
      <w:r/>
      <w:r>
        <w:t>Design-wise, both devices maintain a sleek aesthetic with minimal bezels and rounded corners. However, subtle differences exist, such as the S10+'s slightly thinner frame and lighter weight, contributing to a more premium feel. Another key design difference is in the fingerprint scanners; the S10+ uses an optical under-display scanner, whereas the S9 FE+ incorporates a capacitive scanner in the power button, which some users may find faster and more reliable.</w:t>
      </w:r>
      <w:r/>
    </w:p>
    <w:p>
      <w:r/>
      <w:r>
        <w:t>When it comes to display quality, the S10+ seemingly justifies its higher price with a superior AMOLED screen known for better contrast and dynamic range, particularly noticeable during media consumption such as streaming films or videos. The S9 FE+'s LCD screen, while acceptable, may fall short for users who prioritise display quality, especially for dark and high-contrast content.</w:t>
      </w:r>
      <w:r/>
    </w:p>
    <w:p>
      <w:r/>
      <w:r>
        <w:t>In software terms, both tablets run on Samsung's One UI interface over Android, but the S10+ features more advanced AI capabilities and a longer software update promise, supporting up to Android 21. The S9 FE+, however, is expected to go as far as Android 17.</w:t>
      </w:r>
      <w:r/>
    </w:p>
    <w:p>
      <w:r/>
      <w:r>
        <w:t>For performance and battery life, the Tab S10+ has an edge with its advanced processor handling demanding tasks more effortlessly, which could be significant for users considering power-intense applications or gaming.</w:t>
      </w:r>
      <w:r/>
    </w:p>
    <w:p>
      <w:r/>
      <w:r>
        <w:t>Ultimately, the choice between these two models hinges on the user's priorities. The Galaxy Tab S10+ is clearly aimed at users who want cutting-edge performance and a luxurious display. However, for those who value cost-effectiveness and do not require top-tier specifications, the Tab S9 FE+ offers considerable value and capabilities for everyday tasks.</w:t>
      </w:r>
      <w:r/>
    </w:p>
    <w:p>
      <w:r/>
      <w:r>
        <w:t>Both tablets are available worldwide through Samsung and major retailers, ensuring that potential buyers have ample access to either device irrespective of their performance needs or budget constraints.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https://insights.samsung.com/2024/10/08/galaxy-tab-s10-ultra-s10-s9-s9-fe-which-is-right-for-your-business/</w:t>
        </w:r>
      </w:hyperlink>
      <w:r>
        <w:t xml:space="preserve"> - Details the specifications and features of the Galaxy Tab S10+, including its 12.4-inch AMOLED display, MediaTek Dimensity 9300+ processor, and 5G connectivity.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https://www.phonearena.com/phones/compare/Samsung-Galaxy-Tab-S9-FE,Samsung-Galaxy-Tab-S10+/phones/12215,12425</w:t>
        </w:r>
      </w:hyperlink>
      <w:r>
        <w:t xml:space="preserve"> - Compares the specifications of the Galaxy Tab S9 FE and Galaxy Tab S10+, including display type, processor, RAM, and storage options.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https://www.androidpolice.com/samsung-galaxy-tab-s10-vs-galaxy-tab-s9-fe/</w:t>
        </w:r>
      </w:hyperlink>
      <w:r>
        <w:t xml:space="preserve"> - Discusses the differences in display quality, processor performance, and design between the Galaxy Tab S10+ and Galaxy Tab S9 FE+, including the use of AMOLED vs LCD screens.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https://www.androidpolice.com/samsung-galaxy-tab-s10-plus-vs-galaxy-tab-s10-ultra/</w:t>
        </w:r>
      </w:hyperlink>
      <w:r>
        <w:t xml:space="preserve"> - Provides details on the design and build quality of the Galaxy Tab S10+ and S10 Ultra, including their displays, processors, and battery life.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https://www.phonearena.com/phones/compare/Samsung-Galaxy-Tab-S9-FE,Samsung-Galaxy-Tab-S10+/phones/12215,12425</w:t>
        </w:r>
      </w:hyperlink>
      <w:r>
        <w:t xml:space="preserve"> - Details the pricing and availability of the Galaxy Tab S9 FE+ and Galaxy Tab S10+, including their respective price points and frequent discounts.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https://www.androidpolice.com/samsung-galaxy-tab-s10-vs-galaxy-tab-s9-fe/</w:t>
        </w:r>
      </w:hyperlink>
      <w:r>
        <w:t xml:space="preserve"> - Explains the differences in fingerprint scanners between the Galaxy Tab S10+ and Galaxy Tab S9 FE+, including the use of optical vs capacitive scanners.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https://www.androidpolice.com/samsung-galaxy-tab-s10-plus-vs-galaxy-tab-s10-ultra/</w:t>
        </w:r>
      </w:hyperlink>
      <w:r>
        <w:t xml:space="preserve"> - Discusses the software features of the Galaxy Tab S10+, including its advanced AI capabilities and longer software update support.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https://insights.samsung.com/2024/10/08/galaxy-tab-s10-ultra-s10-s9-s9-fe-which-is-right-for-your-business/</w:t>
        </w:r>
      </w:hyperlink>
      <w:r>
        <w:t xml:space="preserve"> - Mentions the availability of both tablets worldwide through Samsung and major retailers, ensuring access regardless of performance needs or budget constraints.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https://www.phonearena.com/phones/compare/Samsung-Galaxy-Tab-S9-FE,Samsung-Galaxy-Tab-S10+/phones/12215,12425</w:t>
        </w:r>
      </w:hyperlink>
      <w:r>
        <w:t xml:space="preserve"> - Compares the battery life and charging capabilities of the Galaxy Tab S9 FE and Galaxy Tab S10+, including their battery capacities and charging speeds.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https://www.androidpolice.com/samsung-galaxy-tab-s10-vs-galaxy-tab-s9-fe/</w:t>
        </w:r>
      </w:hyperlink>
      <w:r>
        <w:t xml:space="preserve"> - Highlights the performance differences between the Galaxy Tab S10+ and Galaxy Tab S9 FE+, particularly in handling demanding tasks and gaming.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https://www.androidpolice.com/samsung-galaxy-tab-s10-plus-vs-galaxy-tab-s10-ultra/</w:t>
        </w:r>
      </w:hyperlink>
      <w:r>
        <w:t xml:space="preserve"> - Explains the user interface and software updates for both tablets, including their use of Samsung's One UI over Android and the expected software update cycles.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https://www.androidpolice.com/samsung-galaxy-tab-s10-vs-galaxy-tab-s9-fe/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insights.samsung.com/2024/10/08/galaxy-tab-s10-ultra-s10-s9-s9-fe-which-is-right-for-your-business/" TargetMode="External"/><Relationship Id="rId11" Type="http://schemas.openxmlformats.org/officeDocument/2006/relationships/hyperlink" Target="https://www.phonearena.com/phones/compare/Samsung-Galaxy-Tab-S9-FE,Samsung-Galaxy-Tab-S10+/phones/12215,12425" TargetMode="External"/><Relationship Id="rId12" Type="http://schemas.openxmlformats.org/officeDocument/2006/relationships/hyperlink" Target="https://www.androidpolice.com/samsung-galaxy-tab-s10-vs-galaxy-tab-s9-fe/" TargetMode="External"/><Relationship Id="rId13" Type="http://schemas.openxmlformats.org/officeDocument/2006/relationships/hyperlink" Target="https://www.androidpolice.com/samsung-galaxy-tab-s10-plus-vs-galaxy-tab-s10-ultra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