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debate over video background removal: manual vs AI methods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debate surrounding the best method for video background removal continues to capture the attention of both amateur and professional video editors. With advancements in technology, particularly in artificial intelligence (AI), the tools available for this task have radically evolved, making video editing more accessible and efficient. In a recent comparison between manual and AI-based video background removal tools, several critical aspects were highlighted to help users make an informed decision.</w:t>
      </w:r>
      <w:r/>
    </w:p>
    <w:p>
      <w:r/>
      <w:r>
        <w:t>One of the key factors in selecting a video background removal tool is speed. Manual editing processes can be significantly time-consuming, requiring anywhere from a few minutes to several hours to achieve the desired results, especially for longer and more complex footage. This can be both exhausting and impractical for those with time constraints. On the other hand, AI tools, such as the one developed by CapCut Desktop, have proven to deliver results in mere seconds, offering a faster and more efficient solution to users.</w:t>
      </w:r>
      <w:r/>
    </w:p>
    <w:p>
      <w:r/>
      <w:r>
        <w:t>Accuracy is another crucial consideration. Manual editing relies heavily on the skills and experience of the editor, making precision challenging for those without extensive expertise. Mistakes can often lead to distortions or undesired alterations in the video. In contrast, AI-based tools leverage advanced algorithms to ensure 100% accuracy, minimising errors and preserving the original quality of the video.</w:t>
      </w:r>
      <w:r/>
    </w:p>
    <w:p>
      <w:r/>
      <w:r>
        <w:t>The effort involved in the editing process also varies significantly between the two methods. Manual editing demands substantial effort from users, with each frame requiring individual attention and adjustments. Conversely, AI video background removers operate with minimal user input; often, a single click suffices to initiate the background removal process, relieving users of the arduous manual workload.</w:t>
      </w:r>
      <w:r/>
    </w:p>
    <w:p>
      <w:r/>
      <w:r>
        <w:t>Stress levels associated with using these tools can influence user preference. Manual editing can be stressful, given the intensive labour and concentration required. The AI approach, however, alleviates much of this stress, as it automates the process, allowing editors to focus on other creative aspects of their projects.</w:t>
      </w:r>
      <w:r/>
    </w:p>
    <w:p>
      <w:r/>
      <w:r>
        <w:t>Cost is an additional factor impacting the decision-making process. Traditional manual editors often come with associated costs that can add up, especially for individuals or smaller organisations with limited budgets. Many AI background removal tools, like those offered by CapCut Desktop, are available for free, providing a cost-effective option without compromising on quality.</w:t>
      </w:r>
      <w:r/>
    </w:p>
    <w:p>
      <w:r/>
      <w:r>
        <w:t>Finally, ease of use and user experience often tip the scales. While manual editing necessitates a certain level of expertise and familiarity with complex interfaces, AI-based tools are designed to be intuitive and user-friendly, making them accessible to beginners and experts alike. This ease allows users to achieve professional results without the steep learning curve.</w:t>
      </w:r>
      <w:r/>
    </w:p>
    <w:p>
      <w:r/>
      <w:r>
        <w:t>In conclusion, the comparison of manual and AI-based video background removal clearly demonstrates the advantages of AI tools. CapCut Desktop's AI video background remover stands out as a prime example, offering speed, precision, and ease of use—all at no cost. Whether for personal projects or professional editing, this AI tool provides a seamless experience, transforming video editing into an efficient, stress-free endeavour.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https://www.videoleapapp.com/tools/remove-video-background</w:t>
        </w:r>
      </w:hyperlink>
      <w:r>
        <w:t xml:space="preserve"> - This link corroborates the use of AI tools for video background removal, highlighting the speed and ease of use of Videoleap's Cutout tool.</w:t>
      </w:r>
      <w:r/>
    </w:p>
    <w:p>
      <w:pPr>
        <w:pStyle w:val="ListNumber"/>
        <w:spacing w:line="240" w:lineRule="auto"/>
        <w:ind w:left="720"/>
      </w:pPr>
      <w:r/>
      <w:hyperlink r:id="rId11">
        <w:r>
          <w:rPr>
            <w:color w:val="0000EE"/>
            <w:u w:val="single"/>
          </w:rPr>
          <w:t>https://www.media.io/remove-video-background-online.html</w:t>
        </w:r>
      </w:hyperlink>
      <w:r>
        <w:t xml:space="preserve"> - This link supports the idea of AI-based tools providing quick and accurate background removal without the need for green screens, as seen with Media.io's Video BG Remover.</w:t>
      </w:r>
      <w:r/>
    </w:p>
    <w:p>
      <w:pPr>
        <w:pStyle w:val="ListNumber"/>
        <w:spacing w:line="240" w:lineRule="auto"/>
        <w:ind w:left="720"/>
      </w:pPr>
      <w:r/>
      <w:hyperlink r:id="rId12">
        <w:r>
          <w:rPr>
            <w:color w:val="0000EE"/>
            <w:u w:val="single"/>
          </w:rPr>
          <w:t>https://www.cutout.pro/remove-video-background</w:t>
        </w:r>
      </w:hyperlink>
      <w:r>
        <w:t xml:space="preserve"> - This link demonstrates the efficiency and accuracy of AI in removing video backgrounds automatically, as described by Cutout.Pro's video background remover.</w:t>
      </w:r>
      <w:r/>
    </w:p>
    <w:p>
      <w:pPr>
        <w:pStyle w:val="ListNumber"/>
        <w:spacing w:line="240" w:lineRule="auto"/>
        <w:ind w:left="720"/>
      </w:pPr>
      <w:r/>
      <w:hyperlink r:id="rId13">
        <w:r>
          <w:rPr>
            <w:color w:val="0000EE"/>
            <w:u w:val="single"/>
          </w:rPr>
          <w:t>https://www.descript.com/tools/background-removal</w:t>
        </w:r>
      </w:hyperlink>
      <w:r>
        <w:t xml:space="preserve"> - This link highlights Descript's AI-powered background removal tool, which offers ease of use and high accuracy, aligning with the benefits of AI tools mentioned in the article.</w:t>
      </w:r>
      <w:r/>
    </w:p>
    <w:p>
      <w:pPr>
        <w:pStyle w:val="ListNumber"/>
        <w:spacing w:line="240" w:lineRule="auto"/>
        <w:ind w:left="720"/>
      </w:pPr>
      <w:r/>
      <w:hyperlink r:id="rId14">
        <w:r>
          <w:rPr>
            <w:color w:val="0000EE"/>
            <w:u w:val="single"/>
          </w:rPr>
          <w:t>https://www.vmake.ai/video-background-remover</w:t>
        </w:r>
      </w:hyperlink>
      <w:r>
        <w:t xml:space="preserve"> - This link shows how Vmake AI's video background remover operates with minimal user input, emphasizing the speed and ease of use of AI-based tools.</w:t>
      </w:r>
      <w:r/>
    </w:p>
    <w:p>
      <w:pPr>
        <w:pStyle w:val="ListNumber"/>
        <w:spacing w:line="240" w:lineRule="auto"/>
        <w:ind w:left="720"/>
      </w:pPr>
      <w:r/>
      <w:hyperlink r:id="rId11">
        <w:r>
          <w:rPr>
            <w:color w:val="0000EE"/>
            <w:u w:val="single"/>
          </w:rPr>
          <w:t>https://www.media.io/remove-video-background-online.html</w:t>
        </w:r>
      </w:hyperlink>
      <w:r>
        <w:t xml:space="preserve"> - This link explains how Media.io's tool reduces the effort and stress associated with manual editing by automating the background removal process.</w:t>
      </w:r>
      <w:r/>
    </w:p>
    <w:p>
      <w:pPr>
        <w:pStyle w:val="ListNumber"/>
        <w:spacing w:line="240" w:lineRule="auto"/>
        <w:ind w:left="720"/>
      </w:pPr>
      <w:r/>
      <w:hyperlink r:id="rId10">
        <w:r>
          <w:rPr>
            <w:color w:val="0000EE"/>
            <w:u w:val="single"/>
          </w:rPr>
          <w:t>https://www.videoleapapp.com/tools/remove-video-background</w:t>
        </w:r>
      </w:hyperlink>
      <w:r>
        <w:t xml:space="preserve"> - This link discusses the cost-effectiveness of AI tools like Videoleap, which offers a free trial and various editing tools without additional costs.</w:t>
      </w:r>
      <w:r/>
    </w:p>
    <w:p>
      <w:pPr>
        <w:pStyle w:val="ListNumber"/>
        <w:spacing w:line="240" w:lineRule="auto"/>
        <w:ind w:left="720"/>
      </w:pPr>
      <w:r/>
      <w:hyperlink r:id="rId12">
        <w:r>
          <w:rPr>
            <w:color w:val="0000EE"/>
            <w:u w:val="single"/>
          </w:rPr>
          <w:t>https://www.cutout.pro/remove-video-background</w:t>
        </w:r>
      </w:hyperlink>
      <w:r>
        <w:t xml:space="preserve"> - This link supports the idea that AI tools are intuitive and user-friendly, making them accessible to both beginners and experts, as seen with Cutout.Pro's interface.</w:t>
      </w:r>
      <w:r/>
    </w:p>
    <w:p>
      <w:pPr>
        <w:pStyle w:val="ListNumber"/>
        <w:spacing w:line="240" w:lineRule="auto"/>
        <w:ind w:left="720"/>
      </w:pPr>
      <w:r/>
      <w:hyperlink r:id="rId13">
        <w:r>
          <w:rPr>
            <w:color w:val="0000EE"/>
            <w:u w:val="single"/>
          </w:rPr>
          <w:t>https://www.descript.com/tools/background-removal</w:t>
        </w:r>
      </w:hyperlink>
      <w:r>
        <w:t xml:space="preserve"> - This link highlights the ease of use and user experience of Descript's AI-powered background removal tool, which allows for professional results without a steep learning curve.</w:t>
      </w:r>
      <w:r/>
    </w:p>
    <w:p>
      <w:pPr>
        <w:pStyle w:val="ListNumber"/>
        <w:spacing w:line="240" w:lineRule="auto"/>
        <w:ind w:left="720"/>
      </w:pPr>
      <w:r/>
      <w:hyperlink r:id="rId11">
        <w:r>
          <w:rPr>
            <w:color w:val="0000EE"/>
            <w:u w:val="single"/>
          </w:rPr>
          <w:t>https://www.media.io/remove-video-background-online.html</w:t>
        </w:r>
      </w:hyperlink>
      <w:r>
        <w:t xml:space="preserve"> - This link compares the traditional manual editing process with AI-based tools, emphasizing the advantages of AI in terms of speed, accuracy, and ease of use.</w:t>
      </w:r>
      <w:r/>
    </w:p>
    <w:p>
      <w:pPr>
        <w:pStyle w:val="ListNumber"/>
        <w:spacing w:line="240" w:lineRule="auto"/>
        <w:ind w:left="720"/>
      </w:pPr>
      <w:r/>
      <w:hyperlink r:id="rId14">
        <w:r>
          <w:rPr>
            <w:color w:val="0000EE"/>
            <w:u w:val="single"/>
          </w:rPr>
          <w:t>https://www.vmake.ai/video-background-remover</w:t>
        </w:r>
      </w:hyperlink>
      <w:r>
        <w:t xml:space="preserve"> - This link illustrates how AI tools like Vmake AI's video background remover can enhance the visual appeal and versatility of videos by allowing easy background changes.</w:t>
      </w:r>
      <w:r/>
    </w:p>
    <w:p>
      <w:pPr>
        <w:pStyle w:val="ListNumber"/>
        <w:spacing w:line="240" w:lineRule="auto"/>
        <w:ind w:left="720"/>
      </w:pPr>
      <w:r/>
      <w:hyperlink r:id="rId15">
        <w:r>
          <w:rPr>
            <w:color w:val="0000EE"/>
            <w:u w:val="single"/>
          </w:rPr>
          <w:t>https://mitechnews.com/guest-columns/manual-vs-ai-video-background-remover-which-one-is-better/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deoleapapp.com/tools/remove-video-background" TargetMode="External"/><Relationship Id="rId11" Type="http://schemas.openxmlformats.org/officeDocument/2006/relationships/hyperlink" Target="https://www.media.io/remove-video-background-online.html" TargetMode="External"/><Relationship Id="rId12" Type="http://schemas.openxmlformats.org/officeDocument/2006/relationships/hyperlink" Target="https://www.cutout.pro/remove-video-background" TargetMode="External"/><Relationship Id="rId13" Type="http://schemas.openxmlformats.org/officeDocument/2006/relationships/hyperlink" Target="https://www.descript.com/tools/background-removal" TargetMode="External"/><Relationship Id="rId14" Type="http://schemas.openxmlformats.org/officeDocument/2006/relationships/hyperlink" Target="https://www.vmake.ai/video-background-remover" TargetMode="External"/><Relationship Id="rId15" Type="http://schemas.openxmlformats.org/officeDocument/2006/relationships/hyperlink" Target="https://mitechnews.com/guest-columns/manual-vs-ai-video-background-remover-which-one-is-bet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