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evolving role of AI in travel planning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rapidly evolving landscape of travel planning, artificial intelligence (AI) has emerged as a notable tool for a significant portion of the travelling public in the United States. According to a recent Adobe survey, over half of Americans, precisely 53%, have already incorporated AI assistance into their travel plans. The predominant uses of AI in this context include comparison shopping, checking business hours for hotels and restaurants, and locating nearby amenities such as parking, eateries, and pharmacies.</w:t>
      </w:r>
      <w:r/>
    </w:p>
    <w:p>
      <w:r/>
      <w:r>
        <w:t>Despite the enthusiasm around integrating AI into travel planning, experts caution that the technology is not without its limitations. Currently, major AI platforms lack the capability to book trips autonomously, often provide outdated or imprecise information, and sometimes misunderstand user prompts. However, the speed and ability to process vast amounts of data make AI a useful supplementary tool in the planning phase.</w:t>
      </w:r>
      <w:r/>
    </w:p>
    <w:p>
      <w:r/>
      <w:r>
        <w:t>AI particularly shines when it comes to travel recommendations and data analysis. Sangeeta Sadarangani, CEO of the London-based travel agency Crossing, describes AI as beneficial for generating initial ideas about potential travel destinations. Bob Bacheler of Flying Angels adds that AI can personalise travel suggestions by sifting through large amounts of data to match individual preferences. Meanwhile, AI’s rapid data processing capabilities offer an edge over human efforts, especially when immediate results are needed, as noted by Tim Hentschel, CEO of HotelPlanner.com.</w:t>
      </w:r>
      <w:r/>
    </w:p>
    <w:p>
      <w:r/>
      <w:r>
        <w:t>Companies like Expedia are exploring AI's potential to streamline the extensive travel research that consumers undertake, which sometimes involves viewing over 140 pages of content in the weeks leading up to a booking. AI's capacity to summarise this information could save travellers considerable time and effort.</w:t>
      </w:r>
      <w:r/>
    </w:p>
    <w:p>
      <w:r/>
      <w:r>
        <w:t>However, the current state of AI in travel planning presents some pitfalls. For one, the technology’s inability to access the latest information means it might present outdated or incorrect details, a risk highlighted by Brandon Foster of Magic Lamp Vacations. Similarly, for more nuanced and insider knowledge, AI lacks the depth to provide recommendations on local favourites or uncover hidden gems, according to Peggy Cleveland, an author knowledgeable in the subject. Additionally, the inability of most AI systems to directly book flights or accommodations is noted by John Maly, who points out that until AI platforms can access flight databases, human input remains essential to avoid errors in reservations.</w:t>
      </w:r>
      <w:r/>
    </w:p>
    <w:p>
      <w:r/>
      <w:r>
        <w:t xml:space="preserve">Experts like Emily DeJeu of Carnegie Mellon University echo these sentiments, suggesting that human travel agents still offer indispensable reliability and accountability that AI cannot yet replicate. </w:t>
      </w:r>
      <w:r/>
    </w:p>
    <w:p>
      <w:r/>
      <w:r>
        <w:t>Real-world experiences underline these limitations. For instance, while AI-generated itineraries can be largely effective, they are not infallible. Trips may be scheduled based on inaccuracies or outdated information about availability and operating hours, as illustrated by a user's experience planning a Caribbean trip. Conversely, instances of successful AI-assisted itineraries, like those arranged by Honolulu attorney Katharine Nohr for trips to Japan and the Olympics, suggest a growing potential.</w:t>
      </w:r>
      <w:r/>
    </w:p>
    <w:p>
      <w:r/>
      <w:r>
        <w:t>In summary, while AI exhibits promising capabilities in enhancing the travel planning process, it remains an evolving tool that benefits from cautious use and human oversight. The next stages of AI development may address current gaps, but for now, travellers are advised to use it as an adjunct resource rather than a primary planner.</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https://www.arrivia.com/insights/ai-travel-planner-vacation/</w:t>
        </w:r>
      </w:hyperlink>
      <w:r>
        <w:t xml:space="preserve"> - Corroborates the use of AI in travel planning, including personalized travel recommendations, time and cost savings, and the integration of AI into travel booking platforms.</w:t>
      </w:r>
      <w:r/>
    </w:p>
    <w:p>
      <w:pPr>
        <w:pStyle w:val="ListNumber"/>
        <w:spacing w:line="240" w:lineRule="auto"/>
        <w:ind w:left="720"/>
      </w:pPr>
      <w:r/>
      <w:hyperlink r:id="rId11">
        <w:r>
          <w:rPr>
            <w:color w:val="0000EE"/>
            <w:u w:val="single"/>
          </w:rPr>
          <w:t>https://tripplanner.ai</w:t>
        </w:r>
      </w:hyperlink>
      <w:r>
        <w:t xml:space="preserve"> - Supports the idea that AI travel planners can optimize itineraries, provide personalized recommendations, and manage bookings, highlighting the capabilities and limitations of AI in travel planning.</w:t>
      </w:r>
      <w:r/>
    </w:p>
    <w:p>
      <w:pPr>
        <w:pStyle w:val="ListNumber"/>
        <w:spacing w:line="240" w:lineRule="auto"/>
        <w:ind w:left="720"/>
      </w:pPr>
      <w:r/>
      <w:hyperlink r:id="rId12">
        <w:r>
          <w:rPr>
            <w:color w:val="0000EE"/>
            <w:u w:val="single"/>
          </w:rPr>
          <w:t>https://iplan.ai</w:t>
        </w:r>
      </w:hyperlink>
      <w:r>
        <w:t xml:space="preserve"> - Demonstrates how AI travel planners like iplan.ai create tailored itineraries based on user preferences, interests, and budget, and the benefits of using such tools for time-saving and convenience.</w:t>
      </w:r>
      <w:r/>
    </w:p>
    <w:p>
      <w:pPr>
        <w:pStyle w:val="ListNumber"/>
        <w:spacing w:line="240" w:lineRule="auto"/>
        <w:ind w:left="720"/>
      </w:pPr>
      <w:r/>
      <w:hyperlink r:id="rId13">
        <w:r>
          <w:rPr>
            <w:color w:val="0000EE"/>
            <w:u w:val="single"/>
          </w:rPr>
          <w:t>https://wonderplan.ai</w:t>
        </w:r>
      </w:hyperlink>
      <w:r>
        <w:t xml:space="preserve"> - Shows how Wonderplan's AI trip planner generates personalized itineraries, offers offline access, and allows users to adjust their plans, underscoring the customization and convenience provided by AI travel planners.</w:t>
      </w:r>
      <w:r/>
    </w:p>
    <w:p>
      <w:pPr>
        <w:pStyle w:val="ListNumber"/>
        <w:spacing w:line="240" w:lineRule="auto"/>
        <w:ind w:left="720"/>
      </w:pPr>
      <w:r/>
      <w:hyperlink r:id="rId14">
        <w:r>
          <w:rPr>
            <w:color w:val="0000EE"/>
            <w:u w:val="single"/>
          </w:rPr>
          <w:t>https://www.afar.com/magazine/we-tested-ai-travel-planning-apps-here-are-the-3-that-actually-worked</w:t>
        </w:r>
      </w:hyperlink>
      <w:r>
        <w:t xml:space="preserve"> - Highlights the limitations and benefits of AI travel planning tools, including the need for human oversight and the potential for outdated or imprecise information.</w:t>
      </w:r>
      <w:r/>
    </w:p>
    <w:p>
      <w:pPr>
        <w:pStyle w:val="ListNumber"/>
        <w:spacing w:line="240" w:lineRule="auto"/>
        <w:ind w:left="720"/>
      </w:pPr>
      <w:r/>
      <w:hyperlink r:id="rId10">
        <w:r>
          <w:rPr>
            <w:color w:val="0000EE"/>
            <w:u w:val="single"/>
          </w:rPr>
          <w:t>https://www.arrivia.com/insights/ai-travel-planner-vacation/</w:t>
        </w:r>
      </w:hyperlink>
      <w:r>
        <w:t xml:space="preserve"> - Discusses the role of AI in generating initial ideas for travel destinations and personalizing travel suggestions based on large amounts of data.</w:t>
      </w:r>
      <w:r/>
    </w:p>
    <w:p>
      <w:pPr>
        <w:pStyle w:val="ListNumber"/>
        <w:spacing w:line="240" w:lineRule="auto"/>
        <w:ind w:left="720"/>
      </w:pPr>
      <w:r/>
      <w:hyperlink r:id="rId11">
        <w:r>
          <w:rPr>
            <w:color w:val="0000EE"/>
            <w:u w:val="single"/>
          </w:rPr>
          <w:t>https://tripplanner.ai</w:t>
        </w:r>
      </w:hyperlink>
      <w:r>
        <w:t xml:space="preserve"> - Mentions the ability of AI to process vast amounts of data quickly, which is beneficial for immediate travel planning needs.</w:t>
      </w:r>
      <w:r/>
    </w:p>
    <w:p>
      <w:pPr>
        <w:pStyle w:val="ListNumber"/>
        <w:spacing w:line="240" w:lineRule="auto"/>
        <w:ind w:left="720"/>
      </w:pPr>
      <w:r/>
      <w:hyperlink r:id="rId12">
        <w:r>
          <w:rPr>
            <w:color w:val="0000EE"/>
            <w:u w:val="single"/>
          </w:rPr>
          <w:t>https://iplan.ai</w:t>
        </w:r>
      </w:hyperlink>
      <w:r>
        <w:t xml:space="preserve"> - Provides user testimonials that illustrate the effectiveness of AI in streamlining travel research and saving time.</w:t>
      </w:r>
      <w:r/>
    </w:p>
    <w:p>
      <w:pPr>
        <w:pStyle w:val="ListNumber"/>
        <w:spacing w:line="240" w:lineRule="auto"/>
        <w:ind w:left="720"/>
      </w:pPr>
      <w:r/>
      <w:hyperlink r:id="rId13">
        <w:r>
          <w:rPr>
            <w:color w:val="0000EE"/>
            <w:u w:val="single"/>
          </w:rPr>
          <w:t>https://wonderplan.ai</w:t>
        </w:r>
      </w:hyperlink>
      <w:r>
        <w:t xml:space="preserve"> - Explains how AI trip planners can summarize extensive travel research, saving travelers considerable time and effort.</w:t>
      </w:r>
      <w:r/>
    </w:p>
    <w:p>
      <w:pPr>
        <w:pStyle w:val="ListNumber"/>
        <w:spacing w:line="240" w:lineRule="auto"/>
        <w:ind w:left="720"/>
      </w:pPr>
      <w:r/>
      <w:hyperlink r:id="rId14">
        <w:r>
          <w:rPr>
            <w:color w:val="0000EE"/>
            <w:u w:val="single"/>
          </w:rPr>
          <w:t>https://www.afar.com/magazine/we-tested-ai-travel-planning-apps-here-are-the-3-that-actually-worked</w:t>
        </w:r>
      </w:hyperlink>
      <w:r>
        <w:t xml:space="preserve"> - Illustrates the pitfalls of AI travel planning, such as outdated information and the lack of depth in recommendations for local favorites or hidden gems.</w:t>
      </w:r>
      <w:r/>
    </w:p>
    <w:p>
      <w:pPr>
        <w:pStyle w:val="ListNumber"/>
        <w:spacing w:line="240" w:lineRule="auto"/>
        <w:ind w:left="720"/>
      </w:pPr>
      <w:r/>
      <w:hyperlink r:id="rId11">
        <w:r>
          <w:rPr>
            <w:color w:val="0000EE"/>
            <w:u w:val="single"/>
          </w:rPr>
          <w:t>https://tripplanner.ai</w:t>
        </w:r>
      </w:hyperlink>
      <w:r>
        <w:t xml:space="preserve"> - Highlights the importance of human oversight in AI-assisted travel planning to avoid errors in reservations and ensure reliability.</w:t>
      </w:r>
      <w:r/>
    </w:p>
    <w:p>
      <w:pPr>
        <w:pStyle w:val="ListNumber"/>
        <w:spacing w:line="240" w:lineRule="auto"/>
        <w:ind w:left="720"/>
      </w:pPr>
      <w:r/>
      <w:hyperlink r:id="rId15">
        <w:r>
          <w:rPr>
            <w:color w:val="0000EE"/>
            <w:u w:val="single"/>
          </w:rPr>
          <w:t>https://www.seattletimes.com/life/travel/should-you-use-ai-to-plan-your-next-trip/?utm_source=RSS&amp;utm_medium=Referral&amp;utm_campaign=RSS_all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rrivia.com/insights/ai-travel-planner-vacation/" TargetMode="External"/><Relationship Id="rId11" Type="http://schemas.openxmlformats.org/officeDocument/2006/relationships/hyperlink" Target="https://tripplanner.ai" TargetMode="External"/><Relationship Id="rId12" Type="http://schemas.openxmlformats.org/officeDocument/2006/relationships/hyperlink" Target="https://iplan.ai" TargetMode="External"/><Relationship Id="rId13" Type="http://schemas.openxmlformats.org/officeDocument/2006/relationships/hyperlink" Target="https://wonderplan.ai" TargetMode="External"/><Relationship Id="rId14" Type="http://schemas.openxmlformats.org/officeDocument/2006/relationships/hyperlink" Target="https://www.afar.com/magazine/we-tested-ai-travel-planning-apps-here-are-the-3-that-actually-worked" TargetMode="External"/><Relationship Id="rId15" Type="http://schemas.openxmlformats.org/officeDocument/2006/relationships/hyperlink" Target="https://www.seattletimes.com/life/travel/should-you-use-ai-to-plan-your-next-trip/?utm_source=RSS&amp;utm_medium=Referral&amp;utm_campaign=RSS_al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