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software engineers in the age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introduction and advancement of artificial intelligence (AI) technologies have significantly impacted the field of software engineering. Reports suggest that thousands of jobs in this sector have been altered or replaced by AI-driven tools. Nonetheless, experts maintain that AI does not possess the capability to fully replace human software engineers. Despite AI's ability to generate code rapidly, it lacks the human traits essential for effective software development, such as critical thinking and collaboration skills.</w:t>
      </w:r>
      <w:r/>
    </w:p>
    <w:p>
      <w:r/>
      <w:r>
        <w:t>Industry insiders highlight several limitations of AI that reinforce the importance of human involvement. For instance, AI tools do not grasp the comprehensive objectives or missions behind specific projects within IT companies. This understanding is vital, often requiring seasoned software engineers who possess the necessary experience and knowledge to align software solutions with business goals. Additionally, AI models rely heavily on existing datasets to produce code, making them less adaptable than humans in novel or unorthodox situations that software engineers might encounter.</w:t>
      </w:r>
      <w:r/>
    </w:p>
    <w:p>
      <w:r/>
      <w:r>
        <w:t>Instead of viewing AI as a threat, professionals in the software engineering sector are encouraged to harness these tools to enhance their capabilities. By acquiring skills in machine learning and data science, software engineers can integrate AI more effectively into their work. Opportunities also exist for these professionals to learn new programming languages and to explore careers in burgeoning fields within the tech industry, such as AI tool development and mobile application testing.</w:t>
      </w:r>
      <w:r/>
    </w:p>
    <w:p>
      <w:r/>
      <w:r>
        <w:t xml:space="preserve">With the tech landscape continuously evolving, companies are actively seeking engineers skilled in developing, implementing, and testing AI solutions. This shift presents a variety of pathways for professionals eager to adapt and grow in their careers. As AI tools become more prevalent, the role of the software engineer is also changing, prioritising those who can balance technical expertise with an understanding of AI's broader applications within the industry. </w:t>
      </w:r>
      <w:r/>
    </w:p>
    <w:p>
      <w:r/>
      <w:r>
        <w:t>This dynamic highlights the ongoing relationship between humans and technology, indicating a need for skilled professionals who can innovate and provide nuanced solutions beyond the capabilities of AI. As the software industry progresses, this synergy between AI and human intelligence appears set to play an increasingly pivotal role in shaping future technology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https://www.forbes.com/sites/garydrenik/2024/07/09/ai-is-driving-an-evolution-in-the-role-of-the-software-developer/</w:t>
        </w:r>
      </w:hyperlink>
      <w:r>
        <w:t xml:space="preserve"> - Corroborates the idea that AI enhances software developers' productivity and efficiency, allowing them to focus on strategic and innovative tasks.</w:t>
      </w:r>
      <w:r/>
    </w:p>
    <w:p>
      <w:pPr>
        <w:pStyle w:val="ListNumber"/>
        <w:spacing w:line="240" w:lineRule="auto"/>
        <w:ind w:left="720"/>
      </w:pPr>
      <w:r/>
      <w:hyperlink r:id="rId11">
        <w:r>
          <w:rPr>
            <w:color w:val="0000EE"/>
            <w:u w:val="single"/>
          </w:rPr>
          <w:t>https://www.wearedevelopers.com/magazine/will-ai-replace-software-engineers</w:t>
        </w:r>
      </w:hyperlink>
      <w:r>
        <w:t xml:space="preserve"> - Supports the notion that AI automates mundane tasks, improving efficiency and enabling developers to focus on more complex and creative work.</w:t>
      </w:r>
      <w:r/>
    </w:p>
    <w:p>
      <w:pPr>
        <w:pStyle w:val="ListNumber"/>
        <w:spacing w:line="240" w:lineRule="auto"/>
        <w:ind w:left="720"/>
      </w:pPr>
      <w:r/>
      <w:hyperlink r:id="rId12">
        <w:r>
          <w:rPr>
            <w:color w:val="0000EE"/>
            <w:u w:val="single"/>
          </w:rPr>
          <w:t>https://onlinecs.baylor.edu/news/will-ai-replace-SWEs</w:t>
        </w:r>
      </w:hyperlink>
      <w:r>
        <w:t xml:space="preserve"> - Highlights how AI automates repetitive tasks, allowing software engineers to focus on more complex and innovative aspects of their work.</w:t>
      </w:r>
      <w:r/>
    </w:p>
    <w:p>
      <w:pPr>
        <w:pStyle w:val="ListNumber"/>
        <w:spacing w:line="240" w:lineRule="auto"/>
        <w:ind w:left="720"/>
      </w:pPr>
      <w:r/>
      <w:hyperlink r:id="rId13">
        <w:r>
          <w:rPr>
            <w:color w:val="0000EE"/>
            <w:u w:val="single"/>
          </w:rPr>
          <w:t>https://brainhub.eu/library/software-developer-age-of-ai</w:t>
        </w:r>
      </w:hyperlink>
      <w:r>
        <w:t xml:space="preserve"> - Explains that AI takes over tedious tasks and streamlines work, but also requires software developers to acquire new skills to stay relevant.</w:t>
      </w:r>
      <w:r/>
    </w:p>
    <w:p>
      <w:pPr>
        <w:pStyle w:val="ListNumber"/>
        <w:spacing w:line="240" w:lineRule="auto"/>
        <w:ind w:left="720"/>
      </w:pPr>
      <w:r/>
      <w:hyperlink r:id="rId14">
        <w:r>
          <w:rPr>
            <w:color w:val="0000EE"/>
            <w:u w:val="single"/>
          </w:rPr>
          <w:t>https://www.builder.io/blog/ai-jobs-truth</w:t>
        </w:r>
      </w:hyperlink>
      <w:r>
        <w:t xml:space="preserve"> - Emphasizes that AI acts as a force multiplier, freeing developers to tackle more complex challenges and focus on higher-level thinking and problem-solving.</w:t>
      </w:r>
      <w:r/>
    </w:p>
    <w:p>
      <w:pPr>
        <w:pStyle w:val="ListNumber"/>
        <w:spacing w:line="240" w:lineRule="auto"/>
        <w:ind w:left="720"/>
      </w:pPr>
      <w:r/>
      <w:hyperlink r:id="rId10">
        <w:r>
          <w:rPr>
            <w:color w:val="0000EE"/>
            <w:u w:val="single"/>
          </w:rPr>
          <w:t>https://www.forbes.com/sites/garydrenik/2024/07/09/ai-is-driving-an-evolution-in-the-role-of-the-software-developer/</w:t>
        </w:r>
      </w:hyperlink>
      <w:r>
        <w:t xml:space="preserve"> - Discusses how AI does not replace human creativity but enhances it, allowing developers to focus on strategic project aspects.</w:t>
      </w:r>
      <w:r/>
    </w:p>
    <w:p>
      <w:pPr>
        <w:pStyle w:val="ListNumber"/>
        <w:spacing w:line="240" w:lineRule="auto"/>
        <w:ind w:left="720"/>
      </w:pPr>
      <w:r/>
      <w:hyperlink r:id="rId11">
        <w:r>
          <w:rPr>
            <w:color w:val="0000EE"/>
            <w:u w:val="single"/>
          </w:rPr>
          <w:t>https://www.wearedevelopers.com/magazine/will-ai-replace-software-engineers</w:t>
        </w:r>
      </w:hyperlink>
      <w:r>
        <w:t xml:space="preserve"> - Mentions the limitations of AI in managing new skills like system design or technology integration, which are crucial for software engineers.</w:t>
      </w:r>
      <w:r/>
    </w:p>
    <w:p>
      <w:pPr>
        <w:pStyle w:val="ListNumber"/>
        <w:spacing w:line="240" w:lineRule="auto"/>
        <w:ind w:left="720"/>
      </w:pPr>
      <w:r/>
      <w:hyperlink r:id="rId12">
        <w:r>
          <w:rPr>
            <w:color w:val="0000EE"/>
            <w:u w:val="single"/>
          </w:rPr>
          <w:t>https://onlinecs.baylor.edu/news/will-ai-replace-SWEs</w:t>
        </w:r>
      </w:hyperlink>
      <w:r>
        <w:t xml:space="preserve"> - Details how AI elevates software engineers to become architects and problem solvers, handling more complex and creative work.</w:t>
      </w:r>
      <w:r/>
    </w:p>
    <w:p>
      <w:pPr>
        <w:pStyle w:val="ListNumber"/>
        <w:spacing w:line="240" w:lineRule="auto"/>
        <w:ind w:left="720"/>
      </w:pPr>
      <w:r/>
      <w:hyperlink r:id="rId13">
        <w:r>
          <w:rPr>
            <w:color w:val="0000EE"/>
            <w:u w:val="single"/>
          </w:rPr>
          <w:t>https://brainhub.eu/library/software-developer-age-of-ai</w:t>
        </w:r>
      </w:hyperlink>
      <w:r>
        <w:t xml:space="preserve"> - Explains that AI requires existing datasets to produce code, making it less adaptable than humans in novel situations.</w:t>
      </w:r>
      <w:r/>
    </w:p>
    <w:p>
      <w:pPr>
        <w:pStyle w:val="ListNumber"/>
        <w:spacing w:line="240" w:lineRule="auto"/>
        <w:ind w:left="720"/>
      </w:pPr>
      <w:r/>
      <w:hyperlink r:id="rId14">
        <w:r>
          <w:rPr>
            <w:color w:val="0000EE"/>
            <w:u w:val="single"/>
          </w:rPr>
          <w:t>https://www.builder.io/blog/ai-jobs-truth</w:t>
        </w:r>
      </w:hyperlink>
      <w:r>
        <w:t xml:space="preserve"> - Supports the idea that software engineers should acquire skills in machine learning and data science to integrate AI effectively into their work.</w:t>
      </w:r>
      <w:r/>
    </w:p>
    <w:p>
      <w:pPr>
        <w:pStyle w:val="ListNumber"/>
        <w:spacing w:line="240" w:lineRule="auto"/>
        <w:ind w:left="720"/>
      </w:pPr>
      <w:r/>
      <w:hyperlink r:id="rId11">
        <w:r>
          <w:rPr>
            <w:color w:val="0000EE"/>
            <w:u w:val="single"/>
          </w:rPr>
          <w:t>https://www.wearedevelopers.com/magazine/will-ai-replace-software-engineers</w:t>
        </w:r>
      </w:hyperlink>
      <w:r>
        <w:t xml:space="preserve"> - Highlights new employment opportunities in fields like machine learning, data science, and cybersecurity due to AI advancements.</w:t>
      </w:r>
      <w:r/>
    </w:p>
    <w:p>
      <w:pPr>
        <w:pStyle w:val="ListNumber"/>
        <w:spacing w:line="240" w:lineRule="auto"/>
        <w:ind w:left="720"/>
      </w:pPr>
      <w:r/>
      <w:hyperlink r:id="rId15">
        <w:r>
          <w:rPr>
            <w:color w:val="0000EE"/>
            <w:u w:val="single"/>
          </w:rPr>
          <w:t>https://www.analyticsinsight.net/artificial-intelligence/is-ai-taking-over-software-engineering-jobs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garydrenik/2024/07/09/ai-is-driving-an-evolution-in-the-role-of-the-software-developer/" TargetMode="External"/><Relationship Id="rId11" Type="http://schemas.openxmlformats.org/officeDocument/2006/relationships/hyperlink" Target="https://www.wearedevelopers.com/magazine/will-ai-replace-software-engineers" TargetMode="External"/><Relationship Id="rId12" Type="http://schemas.openxmlformats.org/officeDocument/2006/relationships/hyperlink" Target="https://onlinecs.baylor.edu/news/will-ai-replace-SWEs" TargetMode="External"/><Relationship Id="rId13" Type="http://schemas.openxmlformats.org/officeDocument/2006/relationships/hyperlink" Target="https://brainhub.eu/library/software-developer-age-of-ai" TargetMode="External"/><Relationship Id="rId14" Type="http://schemas.openxmlformats.org/officeDocument/2006/relationships/hyperlink" Target="https://www.builder.io/blog/ai-jobs-truth" TargetMode="External"/><Relationship Id="rId15" Type="http://schemas.openxmlformats.org/officeDocument/2006/relationships/hyperlink" Target="https://www.analyticsinsight.net/artificial-intelligence/is-ai-taking-over-software-engineering-job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