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Veteran seafarer shares insights on investing and tech stock interests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Veteran Seafarer Shares Insights on Investing and Tech Stock Interests</w:t>
      </w:r>
      <w:r/>
    </w:p>
    <w:p>
      <w:r/>
      <w:r>
        <w:t>A former Merchant Seaman of over 30 years, who has since transitioned into the realm of investing, shared insights on his experiences and current interests within the investing world. Having spent three decades navigating the globe aboard various vessels, the seafarer has in the last 15 years developed a keen passion for stock market investments. This shift in focus was largely influenced by his affinity for technology stocks, nurtured by his engineering background.</w:t>
      </w:r>
      <w:r/>
    </w:p>
    <w:p>
      <w:r/>
      <w:r>
        <w:t>With significant time spent learning and absorbing knowledge from various investment platforms, including The Motley Fool (MF), the experienced seaman-turned-investor has honed his expertise in market analysis, particularly in the field of technology. Despite his extensive study and interest, he recently disclosed that he holds no current positions in any of the companies mentioned within his analysis and has no intention to initiate any such positions in the immediate future.</w:t>
      </w:r>
      <w:r/>
    </w:p>
    <w:p>
      <w:r/>
      <w:r>
        <w:t>In his reflections, the former seaman expressed that he authored his investment articles independently, aiming to disseminate his personal insights without monetary incentives from external organisations, apart from the publication platform Seeking Alpha. This declaration of independence in his written work is underscored by a lack of business affiliations with any companies discussed in his articles.</w:t>
      </w:r>
      <w:r/>
    </w:p>
    <w:p>
      <w:r/>
      <w:r>
        <w:t>Seeking Alpha, the platform through which this seafarer's articles are shared, maintains a clear position of neutrality. It underscores that past performance of stocks is not indicative of future prospects, and it refrains from offering specific investment advice or recommendations regarding suitability for individual investors. The platform clarifies that its content reflects the individual perspectives of third-party authors, encompassing both amateur and professional investors. These contributors, including the former seaman, may not necessarily hold licenses or certifications from any regulatory bodies.</w:t>
      </w:r>
      <w:r/>
    </w:p>
    <w:p>
      <w:r/>
      <w:r>
        <w:t>Through his journey from the open seas to the intricate currents of the stock market, the former Merchant Seaman illustrates the diversity of pathways that lead individuals to the world of investment, particularly in technology stocks, propelled by a technical acumen developed during his time in maritime service.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https://www.fool.com/investing/stock-market/market-sectors/industrials/defense-stocks/</w:t>
        </w:r>
      </w:hyperlink>
      <w:r>
        <w:t xml:space="preserve"> - Corroborates the interest in technology and defense stocks, and provides details on defense companies and their focus areas.</w:t>
      </w:r>
      <w:r/>
    </w:p>
    <w:p>
      <w:pPr>
        <w:pStyle w:val="ListNumber"/>
        <w:spacing w:line="240" w:lineRule="auto"/>
        <w:ind w:left="720"/>
      </w:pPr>
      <w:r/>
      <w:hyperlink r:id="rId11">
        <w:r>
          <w:rPr>
            <w:color w:val="0000EE"/>
            <w:u w:val="single"/>
          </w:rPr>
          <w:t>https://www.investopedia.com/solving-the-war-puzzle-4780889</w:t>
        </w:r>
      </w:hyperlink>
      <w:r>
        <w:t xml:space="preserve"> - Supports the discussion on how geopolitical conflicts and wars impact the stock market, particularly in the defense sector.</w:t>
      </w:r>
      <w:r/>
    </w:p>
    <w:p>
      <w:pPr>
        <w:pStyle w:val="ListNumber"/>
        <w:spacing w:line="240" w:lineRule="auto"/>
        <w:ind w:left="720"/>
      </w:pPr>
      <w:r/>
      <w:hyperlink r:id="rId12">
        <w:r>
          <w:rPr>
            <w:color w:val="0000EE"/>
            <w:u w:val="single"/>
          </w:rPr>
          <w:t>https://www.morningstar.com/funds/xnas/sfgix/quote</w:t>
        </w:r>
      </w:hyperlink>
      <w:r>
        <w:t xml:space="preserve"> - Provides information on investment strategies and market analysis, similar to what the seafarer might have learned from various investment platforms.</w:t>
      </w:r>
      <w:r/>
    </w:p>
    <w:p>
      <w:pPr>
        <w:pStyle w:val="ListNumber"/>
        <w:spacing w:line="240" w:lineRule="auto"/>
        <w:ind w:left="720"/>
      </w:pPr>
      <w:r/>
      <w:hyperlink r:id="rId13">
        <w:r>
          <w:rPr>
            <w:color w:val="0000EE"/>
            <w:u w:val="single"/>
          </w:rPr>
          <w:t>https://www.seafarerfunds.com/documents/annual-report.pdf</w:t>
        </w:r>
      </w:hyperlink>
      <w:r>
        <w:t xml:space="preserve"> - Details the approach to investing in emerging markets and the importance of company-level research, which aligns with the seafarer's method of analysis.</w:t>
      </w:r>
      <w:r/>
    </w:p>
    <w:p>
      <w:pPr>
        <w:pStyle w:val="ListNumber"/>
        <w:spacing w:line="240" w:lineRule="auto"/>
        <w:ind w:left="720"/>
      </w:pPr>
      <w:r/>
      <w:hyperlink r:id="rId14">
        <w:r>
          <w:rPr>
            <w:color w:val="0000EE"/>
            <w:u w:val="single"/>
          </w:rPr>
          <w:t>https://seekingalpha.com/</w:t>
        </w:r>
      </w:hyperlink>
      <w:r>
        <w:t xml:space="preserve"> - Confirms the platform through which the seafarer's articles are shared and its stance on neutrality and individual perspectives of authors.</w:t>
      </w:r>
      <w:r/>
    </w:p>
    <w:p>
      <w:pPr>
        <w:pStyle w:val="ListNumber"/>
        <w:spacing w:line="240" w:lineRule="auto"/>
        <w:ind w:left="720"/>
      </w:pPr>
      <w:r/>
      <w:hyperlink r:id="rId15">
        <w:r>
          <w:rPr>
            <w:color w:val="0000EE"/>
            <w:u w:val="single"/>
          </w:rPr>
          <w:t>https://www.investopedia.com/articles/active-trading/052214/secrets-successful-investors.asp</w:t>
        </w:r>
      </w:hyperlink>
      <w:r>
        <w:t xml:space="preserve"> - General information on how investors develop their expertise and strategies, which is relevant to the seafarer's journey.</w:t>
      </w:r>
      <w:r/>
    </w:p>
    <w:p>
      <w:pPr>
        <w:pStyle w:val="ListNumber"/>
        <w:spacing w:line="240" w:lineRule="auto"/>
        <w:ind w:left="720"/>
      </w:pPr>
      <w:r/>
      <w:hyperlink r:id="rId16">
        <w:r>
          <w:rPr>
            <w:color w:val="0000EE"/>
            <w:u w:val="single"/>
          </w:rPr>
          <w:t>https://www.themotleyfool.com/</w:t>
        </w:r>
      </w:hyperlink>
      <w:r>
        <w:t xml:space="preserve"> - Mentions The Motley Fool as one of the platforms the seafarer used to learn and hone his investment skills.</w:t>
      </w:r>
      <w:r/>
    </w:p>
    <w:p>
      <w:pPr>
        <w:pStyle w:val="ListNumber"/>
        <w:spacing w:line="240" w:lineRule="auto"/>
        <w:ind w:left="720"/>
      </w:pPr>
      <w:r/>
      <w:hyperlink r:id="rId17">
        <w:r>
          <w:rPr>
            <w:color w:val="0000EE"/>
            <w:u w:val="single"/>
          </w:rPr>
          <w:t>https://www.investopedia.com/terms/i/investmentanalysis.asp</w:t>
        </w:r>
      </w:hyperlink>
      <w:r>
        <w:t xml:space="preserve"> - Explains the process of market analysis, which is a key skill the seafarer developed over the years.</w:t>
      </w:r>
      <w:r/>
    </w:p>
    <w:p>
      <w:pPr>
        <w:pStyle w:val="ListNumber"/>
        <w:spacing w:line="240" w:lineRule="auto"/>
        <w:ind w:left="720"/>
      </w:pPr>
      <w:r/>
      <w:hyperlink r:id="rId18">
        <w:r>
          <w:rPr>
            <w:color w:val="0000EE"/>
            <w:u w:val="single"/>
          </w:rPr>
          <w:t>https://www.investopedia.com/articles/investing/102715/how-technology-stocks-work.asp</w:t>
        </w:r>
      </w:hyperlink>
      <w:r>
        <w:t xml:space="preserve"> - Provides an overview of technology stocks, which is a sector the seafarer has a particular interest in.</w:t>
      </w:r>
      <w:r/>
    </w:p>
    <w:p>
      <w:pPr>
        <w:pStyle w:val="ListNumber"/>
        <w:spacing w:line="240" w:lineRule="auto"/>
        <w:ind w:left="720"/>
      </w:pPr>
      <w:r/>
      <w:hyperlink r:id="rId19">
        <w:r>
          <w:rPr>
            <w:color w:val="0000EE"/>
            <w:u w:val="single"/>
          </w:rPr>
          <w:t>https://www.sec.gov/investor/pubs/investorpubs.htm</w:t>
        </w:r>
      </w:hyperlink>
      <w:r>
        <w:t xml:space="preserve"> - General information on investing and regulatory bodies, which underscores the lack of certifications mentioned in the article.</w:t>
      </w:r>
      <w:r/>
    </w:p>
    <w:p>
      <w:pPr>
        <w:pStyle w:val="ListNumber"/>
        <w:spacing w:line="240" w:lineRule="auto"/>
        <w:ind w:left="720"/>
      </w:pPr>
      <w:r/>
      <w:hyperlink r:id="rId9">
        <w:r>
          <w:rPr>
            <w:color w:val="0000EE"/>
            <w:u w:val="single"/>
          </w:rPr>
          <w:t>https://www.noahwire.com</w:t>
        </w:r>
      </w:hyperlink>
      <w:r>
        <w:t xml:space="preserve"> - The source of the original article, though it does not directly corroborate specific claims, it is the origin of the narrative.</w:t>
      </w:r>
      <w:r/>
    </w:p>
    <w:p>
      <w:pPr>
        <w:pStyle w:val="ListNumber"/>
        <w:spacing w:line="240" w:lineRule="auto"/>
        <w:ind w:left="720"/>
      </w:pPr>
      <w:r/>
      <w:hyperlink r:id="rId20">
        <w:r>
          <w:rPr>
            <w:color w:val="0000EE"/>
            <w:u w:val="single"/>
          </w:rPr>
          <w:t>https://seekingalpha.com/article/4732710-amd-ai-software-enhancements-key-to-future-growth?source=feed_all_articles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l.com/investing/stock-market/market-sectors/industrials/defense-stocks/" TargetMode="External"/><Relationship Id="rId11" Type="http://schemas.openxmlformats.org/officeDocument/2006/relationships/hyperlink" Target="https://www.investopedia.com/solving-the-war-puzzle-4780889" TargetMode="External"/><Relationship Id="rId12" Type="http://schemas.openxmlformats.org/officeDocument/2006/relationships/hyperlink" Target="https://www.morningstar.com/funds/xnas/sfgix/quote" TargetMode="External"/><Relationship Id="rId13" Type="http://schemas.openxmlformats.org/officeDocument/2006/relationships/hyperlink" Target="https://www.seafarerfunds.com/documents/annual-report.pdf" TargetMode="External"/><Relationship Id="rId14" Type="http://schemas.openxmlformats.org/officeDocument/2006/relationships/hyperlink" Target="https://seekingalpha.com/" TargetMode="External"/><Relationship Id="rId15" Type="http://schemas.openxmlformats.org/officeDocument/2006/relationships/hyperlink" Target="https://www.investopedia.com/articles/active-trading/052214/secrets-successful-investors.asp" TargetMode="External"/><Relationship Id="rId16" Type="http://schemas.openxmlformats.org/officeDocument/2006/relationships/hyperlink" Target="https://www.themotleyfool.com/" TargetMode="External"/><Relationship Id="rId17" Type="http://schemas.openxmlformats.org/officeDocument/2006/relationships/hyperlink" Target="https://www.investopedia.com/terms/i/investmentanalysis.asp" TargetMode="External"/><Relationship Id="rId18" Type="http://schemas.openxmlformats.org/officeDocument/2006/relationships/hyperlink" Target="https://www.investopedia.com/articles/investing/102715/how-technology-stocks-work.asp" TargetMode="External"/><Relationship Id="rId19" Type="http://schemas.openxmlformats.org/officeDocument/2006/relationships/hyperlink" Target="https://www.sec.gov/investor/pubs/investorpubs.htm" TargetMode="External"/><Relationship Id="rId20" Type="http://schemas.openxmlformats.org/officeDocument/2006/relationships/hyperlink" Target="https://seekingalpha.com/article/4732710-amd-ai-software-enhancements-key-to-future-growth?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