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WorldVuer launches cutting-edge Touch Media Router with AI capabilities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rapidly evolving landscape of digital communication, WorldVuer's latest release, the Touch Media Router, is making waves by incorporating advanced artificial intelligence (AI) capabilities. Designed to enhance both personal and professional network experiences, this router promises to redefine the standards of speed, security, and reliability in internet connectivity.</w:t>
      </w:r>
      <w:r/>
    </w:p>
    <w:p>
      <w:r/>
      <w:r>
        <w:t>WorldVuer's Touch Media Router distinguishes itself from traditional routers through its embedded Tensor Processing Unit (TPU), which enables sophisticated AI and machine learning (ML) operations. These technologies serve to automatically enhance network performance, effectively manage data traffic, and bolster security measures against real-time threats. This holistic approach offers users a seamless internet experience, tailored to the dynamic requirements of modern connectivity.</w:t>
      </w:r>
      <w:r/>
    </w:p>
    <w:p>
      <w:r/>
      <w:r>
        <w:t>The Touch Media Router's introduction comes as a timely response to burgeoning demand for robust internet solutions, especially against the backdrop of growing remote work trends, increasingly smart households, and the proliferation of bandwidth-intensive applications such as video streaming and online gaming. Michael Sutton, Chief Marketing Manager at WorldVuer, shared insights into the company’s strategic emphasis on emerging markets and how the Touch Media Router stands poised to capture a significant portion of the projected $2.8 billion AI router market.</w:t>
      </w:r>
      <w:r/>
    </w:p>
    <w:p>
      <w:r/>
      <w:r>
        <w:t>Central to the Touch Media Router's innovative capabilities are its AI-driven features. AI and ML technologies within the router monitor and interpret network traffic in real-time, proactively managing bandwidth to preempt congestion and adaptively distribute resources according to evolving user needs. These predictive abilities are further enhanced by AI algorithms that automatically recognise and neutralise security threats without the need for human intervention.</w:t>
      </w:r>
      <w:r/>
    </w:p>
    <w:p>
      <w:r/>
      <w:r>
        <w:t>In addition, the router employs edge computing techniques, processing data locally to minimise latency. This approach ensures swifter data handling, which is especially crucial for activities relying on high-speed internet connections. Enhanced cybersecurity is another focal area for WorldVuer, with the Touch Media Router utilising real-time analytics to identify and mitigate potential cyber threats, ensuring the integrity of user data against malicious activities.</w:t>
      </w:r>
      <w:r/>
    </w:p>
    <w:p>
      <w:r/>
      <w:r>
        <w:t>Among its standout features is the router's self-learning capability. By adjusting settings based on user habits and patterns, the Touch Media Router provides optimised performance for specific devices or applications, effectively learning and improving from daily operations to better meet user needs.</w:t>
      </w:r>
      <w:r/>
    </w:p>
    <w:p>
      <w:r/>
      <w:r>
        <w:t>In an industry marked by technological advancements and competitive pressures, WorldVuer seeks to establish itself as a pivotal player. By integrating AI, ML, tensor computing, and top-tier security measures, the Touch Media Router sets a high standard in the AI-powered router domain, aiming to deliver unparalleled user satisfaction in a complex and growing market.</w:t>
      </w:r>
      <w:r/>
    </w:p>
    <w:p>
      <w:r/>
      <w:r>
        <w:t>As WorldVuer moves forward with its expansion plans into smart home and enterprise networks, the company’s commitment to leveraging AI for better connectivity solutions is clear. This initiative not only supports WorldVuer's market growth ambitions but also addresses the increasing intricacies associated with modern internet usage.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https://www.wvistore.com</w:t>
        </w:r>
      </w:hyperlink>
      <w:r>
        <w:t xml:space="preserve"> - This link corroborates WorldVuer's involvement in advanced media solutions and their commitment to innovative technologies, including the Touch Media Router.</w:t>
      </w:r>
      <w:r/>
    </w:p>
    <w:p>
      <w:pPr>
        <w:pStyle w:val="ListNumber"/>
        <w:spacing w:line="240" w:lineRule="auto"/>
        <w:ind w:left="720"/>
      </w:pPr>
      <w:r/>
      <w:hyperlink r:id="rId10">
        <w:r>
          <w:rPr>
            <w:color w:val="0000EE"/>
            <w:u w:val="single"/>
          </w:rPr>
          <w:t>https://www.wvistore.com</w:t>
        </w:r>
      </w:hyperlink>
      <w:r>
        <w:t xml:space="preserve"> - This source provides information on WorldVuer's market leadership and their focus on delivering engaging online experiences, which aligns with the introduction of the Touch Media Router.</w:t>
      </w:r>
      <w:r/>
    </w:p>
    <w:p>
      <w:pPr>
        <w:pStyle w:val="ListNumber"/>
        <w:spacing w:line="240" w:lineRule="auto"/>
        <w:ind w:left="720"/>
      </w:pPr>
      <w:r/>
      <w:hyperlink r:id="rId11">
        <w:r>
          <w:rPr>
            <w:color w:val="0000EE"/>
            <w:u w:val="single"/>
          </w:rPr>
          <w:t>https://www.juniper.net/us/en/the-feed/topics/ai-and-machine-learning/journey-into-ai-with-marvis-our-virtual-network-assistant.html</w:t>
        </w:r>
      </w:hyperlink>
      <w:r>
        <w:t xml:space="preserve"> - This article discusses the integration of AI and machine learning in network devices, similar to the AI-driven features of the Touch Media Router.</w:t>
      </w:r>
      <w:r/>
    </w:p>
    <w:p>
      <w:pPr>
        <w:pStyle w:val="ListNumber"/>
        <w:spacing w:line="240" w:lineRule="auto"/>
        <w:ind w:left="720"/>
      </w:pPr>
      <w:r/>
      <w:hyperlink r:id="rId11">
        <w:r>
          <w:rPr>
            <w:color w:val="0000EE"/>
            <w:u w:val="single"/>
          </w:rPr>
          <w:t>https://www.juniper.net/us/en/the-feed/topics/ai-and-machine-learning/journey-into-ai-with-marvis-our-virtual-network-assistant.html</w:t>
        </w:r>
      </w:hyperlink>
      <w:r>
        <w:t xml:space="preserve"> - It highlights the use of AI for real-time threat management and performance enhancement, which are key features of the Touch Media Router.</w:t>
      </w:r>
      <w:r/>
    </w:p>
    <w:p>
      <w:pPr>
        <w:pStyle w:val="ListNumber"/>
        <w:spacing w:line="240" w:lineRule="auto"/>
        <w:ind w:left="720"/>
      </w:pPr>
      <w:r/>
      <w:hyperlink r:id="rId12">
        <w:r>
          <w:rPr>
            <w:color w:val="0000EE"/>
            <w:u w:val="single"/>
          </w:rPr>
          <w:t>https://media.einnews.com</w:t>
        </w:r>
      </w:hyperlink>
      <w:r>
        <w:t xml:space="preserve"> - Although not directly related, this source mentions AI-powered routers, which is relevant to the context of advanced AI capabilities in the Touch Media Router.</w:t>
      </w:r>
      <w:r/>
    </w:p>
    <w:p>
      <w:pPr>
        <w:pStyle w:val="ListNumber"/>
        <w:spacing w:line="240" w:lineRule="auto"/>
        <w:ind w:left="720"/>
      </w:pPr>
      <w:r/>
      <w:hyperlink r:id="rId13">
        <w:r>
          <w:rPr>
            <w:color w:val="0000EE"/>
            <w:u w:val="single"/>
          </w:rPr>
          <w:t>https://www.ttec.com/glossary/intelligent-routing</w:t>
        </w:r>
      </w:hyperlink>
      <w:r>
        <w:t xml:space="preserve"> - This article on intelligent routing illustrates the concept of using AI and rules to manage and optimize traffic, similar to the Touch Media Router's AI-driven traffic management.</w:t>
      </w:r>
      <w:r/>
    </w:p>
    <w:p>
      <w:pPr>
        <w:pStyle w:val="ListNumber"/>
        <w:spacing w:line="240" w:lineRule="auto"/>
        <w:ind w:left="720"/>
      </w:pPr>
      <w:r/>
      <w:hyperlink r:id="rId13">
        <w:r>
          <w:rPr>
            <w:color w:val="0000EE"/>
            <w:u w:val="single"/>
          </w:rPr>
          <w:t>https://www.ttec.com/glossary/intelligent-routing</w:t>
        </w:r>
      </w:hyperlink>
      <w:r>
        <w:t xml:space="preserve"> - It discusses the importance of real-time adjustments and adaptive resource distribution, which are also features of the Touch Media Router.</w:t>
      </w:r>
      <w:r/>
    </w:p>
    <w:p>
      <w:pPr>
        <w:pStyle w:val="ListNumber"/>
        <w:spacing w:line="240" w:lineRule="auto"/>
        <w:ind w:left="720"/>
      </w:pPr>
      <w:r/>
      <w:hyperlink r:id="rId10">
        <w:r>
          <w:rPr>
            <w:color w:val="0000EE"/>
            <w:u w:val="single"/>
          </w:rPr>
          <w:t>https://www.wvistore.com</w:t>
        </w:r>
      </w:hyperlink>
      <w:r>
        <w:t xml:space="preserve"> - WorldVuer's emphasis on edge computing and local data processing to minimize latency is consistent with their approach to enhancing network performance.</w:t>
      </w:r>
      <w:r/>
    </w:p>
    <w:p>
      <w:pPr>
        <w:pStyle w:val="ListNumber"/>
        <w:spacing w:line="240" w:lineRule="auto"/>
        <w:ind w:left="720"/>
      </w:pPr>
      <w:r/>
      <w:hyperlink r:id="rId10">
        <w:r>
          <w:rPr>
            <w:color w:val="0000EE"/>
            <w:u w:val="single"/>
          </w:rPr>
          <w:t>https://www.wvistore.com</w:t>
        </w:r>
      </w:hyperlink>
      <w:r>
        <w:t xml:space="preserve"> - The source details WorldVuer's focus on cybersecurity, which is a critical aspect of the Touch Media Router's real-time threat mitigation capabilities.</w:t>
      </w:r>
      <w:r/>
    </w:p>
    <w:p>
      <w:pPr>
        <w:pStyle w:val="ListNumber"/>
        <w:spacing w:line="240" w:lineRule="auto"/>
        <w:ind w:left="720"/>
      </w:pPr>
      <w:r/>
      <w:hyperlink r:id="rId11">
        <w:r>
          <w:rPr>
            <w:color w:val="0000EE"/>
            <w:u w:val="single"/>
          </w:rPr>
          <w:t>https://www.juniper.net/us/en/the-feed/topics/ai-and-machine-learning/journey-into-ai-with-marvis-our-virtual-network-assistant.html</w:t>
        </w:r>
      </w:hyperlink>
      <w:r>
        <w:t xml:space="preserve"> - This article explains how AI can be used for self-learning and adaptive improvements in network devices, similar to the Touch Media Router's self-learning capability.</w:t>
      </w:r>
      <w:r/>
    </w:p>
    <w:p>
      <w:pPr>
        <w:pStyle w:val="ListNumber"/>
        <w:spacing w:line="240" w:lineRule="auto"/>
        <w:ind w:left="720"/>
      </w:pPr>
      <w:r/>
      <w:hyperlink r:id="rId10">
        <w:r>
          <w:rPr>
            <w:color w:val="0000EE"/>
            <w:u w:val="single"/>
          </w:rPr>
          <w:t>https://www.wvistore.com</w:t>
        </w:r>
      </w:hyperlink>
      <w:r>
        <w:t xml:space="preserve"> - WorldVuer's expansion plans into smart home and enterprise networks align with their strategic emphasis on emerging markets and the AI router market mentioned in the article.</w:t>
      </w:r>
      <w:r/>
    </w:p>
    <w:p>
      <w:pPr>
        <w:pStyle w:val="ListNumber"/>
        <w:spacing w:line="240" w:lineRule="auto"/>
        <w:ind w:left="720"/>
      </w:pPr>
      <w:r/>
      <w:hyperlink r:id="rId14">
        <w:r>
          <w:rPr>
            <w:color w:val="0000EE"/>
            <w:u w:val="single"/>
          </w:rPr>
          <w:t>https://news.google.com/rss/articles/CBMimgFBVV95cUxOS0xyMlhhdi1LVHVsWjZMUWJkWWVCT2RfRzJSOGh1emtLc1A1YXJmWXlnRllGWFJpa1h3eXdmZnQzNWlfRXlaREVnbXl3bk9FSzl0LUVDTlhoN1cxajdMZ1RwSmFSTFljVy1ONkxzUHBoTGZQajRWU1lNMV9KdC1QOGlySG50dGdWRk12VlV2X0tHUW50TFc5RFl3?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wvistore.com" TargetMode="External"/><Relationship Id="rId11" Type="http://schemas.openxmlformats.org/officeDocument/2006/relationships/hyperlink" Target="https://www.juniper.net/us/en/the-feed/topics/ai-and-machine-learning/journey-into-ai-with-marvis-our-virtual-network-assistant.html" TargetMode="External"/><Relationship Id="rId12" Type="http://schemas.openxmlformats.org/officeDocument/2006/relationships/hyperlink" Target="https://media.einnews.com" TargetMode="External"/><Relationship Id="rId13" Type="http://schemas.openxmlformats.org/officeDocument/2006/relationships/hyperlink" Target="https://www.ttec.com/glossary/intelligent-routing" TargetMode="External"/><Relationship Id="rId14" Type="http://schemas.openxmlformats.org/officeDocument/2006/relationships/hyperlink" Target="https://news.google.com/rss/articles/CBMimgFBVV95cUxOS0xyMlhhdi1LVHVsWjZMUWJkWWVCT2RfRzJSOGh1emtLc1A1YXJmWXlnRllGWFJpa1h3eXdmZnQzNWlfRXlaREVnbXl3bk9FSzl0LUVDTlhoN1cxajdMZ1RwSmFSTFljVy1ONkxzUHBoTGZQajRWU1lNMV9KdC1QOGlySG50dGdWRk12VlV2X0tHUW50TFc5RFl3?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