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AI-assisted endoscopy module shows limited impact on serrated polyp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AI-Assisted Endoscopy Module Shows Limited Impact on Serrated Polyp Detection</w:t>
      </w:r>
      <w:r/>
    </w:p>
    <w:p>
      <w:r/>
      <w:r>
        <w:t>PHILADELPHIA—A recent study presented at the ACG Annual Scientific Meeting unveiled modest results from the use of an AI-assisted endoscopy module in colonoscopy procedures. Conducted by Dr Rajesh N. Keswani and his team at Northwestern Medicine, the research aimed to evaluate the effectiveness of the GI Genius (Medtronic) module in enhancing polyp detection during colonoscopies for patients who had previously tested positive through stool-based methods.</w:t>
      </w:r>
      <w:r/>
    </w:p>
    <w:p>
      <w:r/>
      <w:r>
        <w:t>The investigation occurred at a single urban academic centre, utilising four computer-aided detection (CADe) units across 12 endoscopy rooms. In this setup, a group of 51 providers performed colonoscopies over six months, rotating between procedures with and without the CADe system, based on availability. A total of 15,719 colonoscopies were conducted during this time, with 194 patients referred following a positive result from a multitarget stool DNA test (MT-sDNA, known as Cologuard by Exact Sciences) and 82 patients following a positive fecal immunological test (OC-Auto FIT by Polymedco).</w:t>
      </w:r>
      <w:r/>
    </w:p>
    <w:p>
      <w:r/>
      <w:r>
        <w:t>The study concentrated on determining the CADe system's influence on several key detection rates: adenoma detection rate (ADR), serrated polyp detection rate, and neoplasia detection rate (NDR). Results indicated that the CADe system only marginally improved neoplasia detection (74.6% with CADe vs. 67.9% without, with a P-value of .4) and adenoma detection (70.1% with CADe vs. 60.3% without, with a P-value of .2). It did not significantly impact serrated polyp detection rates (23.9% with CADe vs. 24.9% without).</w:t>
      </w:r>
      <w:r/>
    </w:p>
    <w:p>
      <w:r/>
      <w:r>
        <w:t>Dr Keswani noted, "In our single center analysis, AI had a non-significant improvement in the detection of adenomas, approximately by 10%, but had no impact on serrated polyp detection." The study was prompted by existing knowledge that computer-aided polyp detection tools generally enhance polyp identification in screening and surveillance contexts. However, their effectiveness among higher-risk patients, specifically those with positive stool-based test results, remains insufficiently understood.</w:t>
      </w:r>
      <w:r/>
    </w:p>
    <w:p>
      <w:r/>
      <w:r>
        <w:t>This research adds to the understanding of artificial intelligence's role in maintaining high-quality colonoscopy procedures. However, the study reflects the necessity for further investigation into AI's efficacy in detecting advanced neoplasia in patients who have already indicated potential issues through positive stool tests. The findings suggest a modest advancement, highlighting the need for additional research to explore potential improvements and refinements in AI-assisted colonoscopy techniques.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https://pmc.ncbi.nlm.nih.gov/articles/PMC10626328/</w:t>
        </w:r>
      </w:hyperlink>
      <w:r>
        <w:t xml:space="preserve"> - This article discusses the use of AI-aided colonoscopy, including the GI Genius module, and its impact on adenoma and serrated polyp detection rates, which is relevant to the study's focus on polyp detection.</w:t>
      </w:r>
      <w:r/>
    </w:p>
    <w:p>
      <w:pPr>
        <w:pStyle w:val="ListNumber"/>
        <w:spacing w:line="240" w:lineRule="auto"/>
        <w:ind w:left="720"/>
      </w:pPr>
      <w:r/>
      <w:hyperlink r:id="rId11">
        <w:r>
          <w:rPr>
            <w:color w:val="0000EE"/>
            <w:u w:val="single"/>
          </w:rPr>
          <w:t>https://www.healio.com/news/gastroenterology/20240823/aibased-gi-genius-boosts-adenoma-sessile-serrated-lesion-detection-vs-colonoscopy-alone</w:t>
        </w:r>
      </w:hyperlink>
      <w:r>
        <w:t xml:space="preserve"> - This article provides details on the GI Genius module's effectiveness in increasing adenoma and serrated polyp detection rates during colonoscopy, aligning with the study's objectives.</w:t>
      </w:r>
      <w:r/>
    </w:p>
    <w:p>
      <w:pPr>
        <w:pStyle w:val="ListNumber"/>
        <w:spacing w:line="240" w:lineRule="auto"/>
        <w:ind w:left="720"/>
      </w:pPr>
      <w:r/>
      <w:hyperlink r:id="rId12">
        <w:r>
          <w:rPr>
            <w:color w:val="0000EE"/>
            <w:u w:val="single"/>
          </w:rPr>
          <w:t>https://www.nature.com/articles/s41598-022-10597-y</w:t>
        </w:r>
      </w:hyperlink>
      <w:r>
        <w:t xml:space="preserve"> - This study evaluates the clinical impact of real-time CAD systems in colonoscopy, including their effect on detecting adenomas and serrated polyps, which is pertinent to the study's findings.</w:t>
      </w:r>
      <w:r/>
    </w:p>
    <w:p>
      <w:pPr>
        <w:pStyle w:val="ListNumber"/>
        <w:spacing w:line="240" w:lineRule="auto"/>
        <w:ind w:left="720"/>
      </w:pPr>
      <w:r/>
      <w:hyperlink r:id="rId13">
        <w:r>
          <w:rPr>
            <w:color w:val="0000EE"/>
            <w:u w:val="single"/>
          </w:rPr>
          <w:t>https://www.uhhospitals.org/for-clinicians/articles-and-news/articles/2022/11/uh-receives-additional-gi-genius-ai-modules-for-endoscopy-screening</w:t>
        </w:r>
      </w:hyperlink>
      <w:r>
        <w:t xml:space="preserve"> - This article discusses the use of the GI Genius AI module in improving polyp detection rates and its clinical implications, supporting the study's context on AI-assisted colonoscopy.</w:t>
      </w:r>
      <w:r/>
    </w:p>
    <w:p>
      <w:pPr>
        <w:pStyle w:val="ListNumber"/>
        <w:spacing w:line="240" w:lineRule="auto"/>
        <w:ind w:left="720"/>
      </w:pPr>
      <w:r/>
      <w:hyperlink r:id="rId14">
        <w:r>
          <w:rPr>
            <w:color w:val="0000EE"/>
            <w:u w:val="single"/>
          </w:rPr>
          <w:t>https://pmc.ncbi.nlm.nih.gov/articles/PMC9321269/</w:t>
        </w:r>
      </w:hyperlink>
      <w:r>
        <w:t xml:space="preserve"> - This study assesses the performance of real-time AI-aided colonoscopy in detecting colonic polyps, including small flat lesions, which is relevant to the study's focus on polyp detection rates.</w:t>
      </w:r>
      <w:r/>
    </w:p>
    <w:p>
      <w:pPr>
        <w:pStyle w:val="ListNumber"/>
        <w:spacing w:line="240" w:lineRule="auto"/>
        <w:ind w:left="720"/>
      </w:pPr>
      <w:r/>
      <w:hyperlink r:id="rId10">
        <w:r>
          <w:rPr>
            <w:color w:val="0000EE"/>
            <w:u w:val="single"/>
          </w:rPr>
          <w:t>https://pmc.ncbi.nlm.nih.gov/articles/PMC10626328/</w:t>
        </w:r>
      </w:hyperlink>
      <w:r>
        <w:t xml:space="preserve"> - This article highlights the benefits of CADe systems in enhancing adenoma detection rates and their limitations, such as the difficulty in differentiating between sessile serrated and hyperplastic polyps.</w:t>
      </w:r>
      <w:r/>
    </w:p>
    <w:p>
      <w:pPr>
        <w:pStyle w:val="ListNumber"/>
        <w:spacing w:line="240" w:lineRule="auto"/>
        <w:ind w:left="720"/>
      </w:pPr>
      <w:r/>
      <w:hyperlink r:id="rId11">
        <w:r>
          <w:rPr>
            <w:color w:val="0000EE"/>
            <w:u w:val="single"/>
          </w:rPr>
          <w:t>https://www.healio.com/news/gastroenterology/20240823/aibased-gi-genius-boosts-adenoma-sessile-serrated-lesion-detection-vs-colonoscopy-alone</w:t>
        </w:r>
      </w:hyperlink>
      <w:r>
        <w:t xml:space="preserve"> - This article details the results of the COLO-DETECT trial, which showed significant improvements in adenoma and serrated polyp detection rates using the GI Genius module, contrasting with the modest results in the mentioned study.</w:t>
      </w:r>
      <w:r/>
    </w:p>
    <w:p>
      <w:pPr>
        <w:pStyle w:val="ListNumber"/>
        <w:spacing w:line="240" w:lineRule="auto"/>
        <w:ind w:left="720"/>
      </w:pPr>
      <w:r/>
      <w:hyperlink r:id="rId12">
        <w:r>
          <w:rPr>
            <w:color w:val="0000EE"/>
            <w:u w:val="single"/>
          </w:rPr>
          <w:t>https://www.nature.com/articles/s41598-022-10597-y</w:t>
        </w:r>
      </w:hyperlink>
      <w:r>
        <w:t xml:space="preserve"> - This study mentions the trend towards improved detection of neoplastic polyps, including serrated polyps, using real-time CAD systems, which aligns with the need for further research on AI's efficacy.</w:t>
      </w:r>
      <w:r/>
    </w:p>
    <w:p>
      <w:pPr>
        <w:pStyle w:val="ListNumber"/>
        <w:spacing w:line="240" w:lineRule="auto"/>
        <w:ind w:left="720"/>
      </w:pPr>
      <w:r/>
      <w:hyperlink r:id="rId13">
        <w:r>
          <w:rPr>
            <w:color w:val="0000EE"/>
            <w:u w:val="single"/>
          </w:rPr>
          <w:t>https://www.uhhospitals.org/for-clinicians/articles-and-news/articles/2022/11/uh-receives-additional-gi-genius-ai-modules-for-endoscopy-screening</w:t>
        </w:r>
      </w:hyperlink>
      <w:r>
        <w:t xml:space="preserve"> - This article emphasizes the high sensitivity and low false positive rate of the GI Genius module, highlighting its potential in reducing missed pre-cancerous polyps during colonoscopy.</w:t>
      </w:r>
      <w:r/>
    </w:p>
    <w:p>
      <w:pPr>
        <w:pStyle w:val="ListNumber"/>
        <w:spacing w:line="240" w:lineRule="auto"/>
        <w:ind w:left="720"/>
      </w:pPr>
      <w:r/>
      <w:hyperlink r:id="rId14">
        <w:r>
          <w:rPr>
            <w:color w:val="0000EE"/>
            <w:u w:val="single"/>
          </w:rPr>
          <w:t>https://pmc.ncbi.nlm.nih.gov/articles/PMC9321269/</w:t>
        </w:r>
      </w:hyperlink>
      <w:r>
        <w:t xml:space="preserve"> - This study underscores the importance of real-time AI support in colonoscopy for detecting small flat lesions and the need for further improvements in AI-assisted colonoscopy techniques.</w:t>
      </w:r>
      <w:r/>
    </w:p>
    <w:p>
      <w:pPr>
        <w:pStyle w:val="ListNumber"/>
        <w:spacing w:line="240" w:lineRule="auto"/>
        <w:ind w:left="720"/>
      </w:pPr>
      <w:r/>
      <w:hyperlink r:id="rId11">
        <w:r>
          <w:rPr>
            <w:color w:val="0000EE"/>
            <w:u w:val="single"/>
          </w:rPr>
          <w:t>https://www.healio.com/news/gastroenterology/20240823/aibased-gi-genius-boosts-adenoma-sessile-serrated-lesion-detection-vs-colonoscopy-alone</w:t>
        </w:r>
      </w:hyperlink>
      <w:r>
        <w:t xml:space="preserve"> - This article recommends the adoption of AI-assisted endoscopy modules like GI Genius to improve polyp detection and reduce the incidence of post-colonoscopy colorectal cancer, reflecting the broader clinical significance of AI in colonoscopy.</w:t>
      </w:r>
      <w:r/>
    </w:p>
    <w:p>
      <w:pPr>
        <w:pStyle w:val="ListNumber"/>
        <w:spacing w:line="240" w:lineRule="auto"/>
        <w:ind w:left="720"/>
      </w:pPr>
      <w:r/>
      <w:hyperlink r:id="rId15">
        <w:r>
          <w:rPr>
            <w:color w:val="0000EE"/>
            <w:u w:val="single"/>
          </w:rPr>
          <w:t>https://www.healio.com/news/gastroenterology/20241104/aiassisted-gi-genius-had-no-impact-on-serrated-polyp-detection-in-positive-stool-tests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10626328/" TargetMode="External"/><Relationship Id="rId11" Type="http://schemas.openxmlformats.org/officeDocument/2006/relationships/hyperlink" Target="https://www.healio.com/news/gastroenterology/20240823/aibased-gi-genius-boosts-adenoma-sessile-serrated-lesion-detection-vs-colonoscopy-alone" TargetMode="External"/><Relationship Id="rId12" Type="http://schemas.openxmlformats.org/officeDocument/2006/relationships/hyperlink" Target="https://www.nature.com/articles/s41598-022-10597-y" TargetMode="External"/><Relationship Id="rId13" Type="http://schemas.openxmlformats.org/officeDocument/2006/relationships/hyperlink" Target="https://www.uhhospitals.org/for-clinicians/articles-and-news/articles/2022/11/uh-receives-additional-gi-genius-ai-modules-for-endoscopy-screening" TargetMode="External"/><Relationship Id="rId14" Type="http://schemas.openxmlformats.org/officeDocument/2006/relationships/hyperlink" Target="https://pmc.ncbi.nlm.nih.gov/articles/PMC9321269/" TargetMode="External"/><Relationship Id="rId15" Type="http://schemas.openxmlformats.org/officeDocument/2006/relationships/hyperlink" Target="https://www.healio.com/news/gastroenterology/20241104/aiassisted-gi-genius-had-no-impact-on-serrated-polyp-detection-in-positive-stool-te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