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Alaya AI launches innovative Open Data Platform to enhance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Alaya AI has taken a pioneering step in the artificial intelligence (AI) landscape with the launch of its new Open Data Platform (ODP). This innovative platform is meticulously designed to integrate seamlessly with Web3 ecosystems, meeting the burgeoning demand for efficient data management within decentralized applications. The ODP promises to enhance accessibility, security, and scalability for AI-driven projects and businesses, including major players like OpenAI and Tesla. </w:t>
      </w:r>
      <w:r/>
    </w:p>
    <w:p>
      <w:r/>
      <w:r>
        <w:t xml:space="preserve">Selected for the esteemed Season 8 of the Binance MVB (Most Valuable Builder) project, Alaya AI is poised to make significant strides in furthering its mission. This affiliation represents a milestone in Alaya AI's journey, offering substantial opportunities for deeper collaboration with Binance Labs and BNBCHAIN. </w:t>
      </w:r>
      <w:r/>
    </w:p>
    <w:p>
      <w:r/>
      <w:r>
        <w:rPr>
          <w:b/>
        </w:rPr>
        <w:t>A Vision for a Decentralized AI Ecosystem</w:t>
      </w:r>
      <w:r/>
    </w:p>
    <w:p>
      <w:r/>
      <w:r>
        <w:t>Alaya AI's Open Data Platform embodies the company’s commitment to building an open, transparent, and collaborative AI environment. By adopting Web3's decentralized architecture, Alaya AI grants developers and enterprises the ability to manage data within a secure, transparent, and permissionless framework. The platform leverages blockchain technology, particularly through smart contracts, to govern data usage, ensuring trust and privacy. This approach not only aligns with current technological trends but also positions the company to harness future growth in the AI and Web3 sectors.</w:t>
      </w:r>
      <w:r/>
    </w:p>
    <w:p>
      <w:r/>
      <w:r>
        <w:rPr>
          <w:b/>
        </w:rPr>
        <w:t>Key Features of the Open Data Platform</w:t>
      </w:r>
      <w:r/>
    </w:p>
    <w:p>
      <w:r/>
      <w:r>
        <w:t>The nucleus of Alaya AI's platform is its advanced Data Auto-Labelling Toolset. This toolset is redefining how efficiently data can be annotated, dramatically decreasing the time required for manual labelling. By automating the labelling process, Alaya AI enables developers to concentrate on critical tasks, thereby expediting project development and lowering costs. The versatility of the toolset allows it to integrate smoothly with various data types and workflows, making it a vital asset for diverse AI developments.</w:t>
      </w:r>
      <w:r/>
    </w:p>
    <w:p>
      <w:r/>
      <w:r>
        <w:t>Additionally, the platform boasts a powerful Dynamic Visual Data Segmentation and Discrete Tracking feature. This technology enhances the accuracy of real-time data segmentation, facilitating continuous monitoring of complex datasets like visual or sensor data. The discrete tracking capability enables the platform to follow individual data points over time, offering insights unattainable through static analysis. This function is crucial for advancing industries that require high precision, such as autonomous driving, healthcare diagnostics, and smart city technologies.</w:t>
      </w:r>
      <w:r/>
    </w:p>
    <w:p>
      <w:r/>
      <w:r>
        <w:rPr>
          <w:b/>
        </w:rPr>
        <w:t>A Pillar for Future AI Developments</w:t>
      </w:r>
      <w:r/>
    </w:p>
    <w:p>
      <w:r/>
      <w:r>
        <w:t>As Alaya AI navigates the intersection of AI and Web3, its Open Data Platform serves as a vital component for developers and enterprises adapting to the fast-paced technological landscape. The platform’s features, including automated labelling and dynamic data segmentation grounded in Web3 governance models, signify a significant advancement in scalable AI development.</w:t>
      </w:r>
      <w:r/>
    </w:p>
    <w:p>
      <w:r/>
      <w:r>
        <w:t>Looking ahead, Alaya AI is focused on continuous innovation. The company has outlined a roadmap that will introduce further enhancements designed to empower the next wave of AI-driven, decentralized applications. This forward-thinking approach underscores Alaya AI's role as a frontrunner in both the AI and Web3 arenas.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https://www.blockchain-council.org/ai/alaya-ai/</w:t>
        </w:r>
      </w:hyperlink>
      <w:r>
        <w:t xml:space="preserve"> - Corroborates Alaya AI's integration with Web3 ecosystems, its use of blockchain technology for security and transparency, and its advanced data management tools.</w:t>
      </w:r>
      <w:r/>
    </w:p>
    <w:p>
      <w:pPr>
        <w:pStyle w:val="ListNumber"/>
        <w:spacing w:line="240" w:lineRule="auto"/>
        <w:ind w:left="720"/>
      </w:pPr>
      <w:r/>
      <w:hyperlink r:id="rId11">
        <w:r>
          <w:rPr>
            <w:color w:val="0000EE"/>
            <w:u w:val="single"/>
          </w:rPr>
          <w:t>https://www.barchart.com/story/news/29383804/alaya-ai-unveils-groundbreaking-open-data-platform-revolutionizing-web3ai-integration</w:t>
        </w:r>
      </w:hyperlink>
      <w:r>
        <w:t xml:space="preserve"> - Supports the launch of Alaya AI's Open Data Platform and its alignment with Web3's decentralized principles for secure and transparent data management.</w:t>
      </w:r>
      <w:r/>
    </w:p>
    <w:p>
      <w:pPr>
        <w:pStyle w:val="ListNumber"/>
        <w:spacing w:line="240" w:lineRule="auto"/>
        <w:ind w:left="720"/>
      </w:pPr>
      <w:r/>
      <w:hyperlink r:id="rId12">
        <w:r>
          <w:rPr>
            <w:color w:val="0000EE"/>
            <w:u w:val="single"/>
          </w:rPr>
          <w:t>https://www.rootdata.com/Projects/detail/Alaya?k=MTI0MzY%3D</w:t>
        </w:r>
      </w:hyperlink>
      <w:r>
        <w:t xml:space="preserve"> - Provides details on Alaya AI's mission to connect AI model developers with individual AI data providers through a gamified platform supported by Web3 communities and token/NFT incentives.</w:t>
      </w:r>
      <w:r/>
    </w:p>
    <w:p>
      <w:pPr>
        <w:pStyle w:val="ListNumber"/>
        <w:spacing w:line="240" w:lineRule="auto"/>
        <w:ind w:left="720"/>
      </w:pPr>
      <w:r/>
      <w:hyperlink r:id="rId10">
        <w:r>
          <w:rPr>
            <w:color w:val="0000EE"/>
            <w:u w:val="single"/>
          </w:rPr>
          <w:t>https://www.blockchain-council.org/ai/alaya-ai/</w:t>
        </w:r>
      </w:hyperlink>
      <w:r>
        <w:t xml:space="preserve"> - Explains the key features of Alaya AI, including high-quality data collection, data labeling and validation, and the use of zero-knowledge encryption for privacy and security.</w:t>
      </w:r>
      <w:r/>
    </w:p>
    <w:p>
      <w:pPr>
        <w:pStyle w:val="ListNumber"/>
        <w:spacing w:line="240" w:lineRule="auto"/>
        <w:ind w:left="720"/>
      </w:pPr>
      <w:r/>
      <w:hyperlink r:id="rId13">
        <w:r>
          <w:rPr>
            <w:color w:val="0000EE"/>
            <w:u w:val="single"/>
          </w:rPr>
          <w:t>https://dappradar.com/dapp/alaya-ai</w:t>
        </w:r>
      </w:hyperlink>
      <w:r>
        <w:t xml:space="preserve"> - Describes Alaya AI as an open, composable Web3 data sampling and auto-labelling AI infrastructure powered by distributed communities.</w:t>
      </w:r>
      <w:r/>
    </w:p>
    <w:p>
      <w:pPr>
        <w:pStyle w:val="ListNumber"/>
        <w:spacing w:line="240" w:lineRule="auto"/>
        <w:ind w:left="720"/>
      </w:pPr>
      <w:r/>
      <w:hyperlink r:id="rId11">
        <w:r>
          <w:rPr>
            <w:color w:val="0000EE"/>
            <w:u w:val="single"/>
          </w:rPr>
          <w:t>https://www.barchart.com/story/news/29383804/alaya-ai-unveils-groundbreaking-open-data-platform-revolutionizing-web3ai-integration</w:t>
        </w:r>
      </w:hyperlink>
      <w:r>
        <w:t xml:space="preserve"> - Mentions Alaya AI's selection for the Binance MVB (Most Valuable Builder) project and its implications for collaboration with Binance Labs and BNBCHAIN.</w:t>
      </w:r>
      <w:r/>
    </w:p>
    <w:p>
      <w:pPr>
        <w:pStyle w:val="ListNumber"/>
        <w:spacing w:line="240" w:lineRule="auto"/>
        <w:ind w:left="720"/>
      </w:pPr>
      <w:r/>
      <w:hyperlink r:id="rId10">
        <w:r>
          <w:rPr>
            <w:color w:val="0000EE"/>
            <w:u w:val="single"/>
          </w:rPr>
          <w:t>https://www.blockchain-council.org/ai/alaya-ai/</w:t>
        </w:r>
      </w:hyperlink>
      <w:r>
        <w:t xml:space="preserve"> - Details the platform's advanced data management tools, including a data bidding exchange and secure data infrastructure adhering to privacy laws like GDPR.</w:t>
      </w:r>
      <w:r/>
    </w:p>
    <w:p>
      <w:pPr>
        <w:pStyle w:val="ListNumber"/>
        <w:spacing w:line="240" w:lineRule="auto"/>
        <w:ind w:left="720"/>
      </w:pPr>
      <w:r/>
      <w:hyperlink r:id="rId12">
        <w:r>
          <w:rPr>
            <w:color w:val="0000EE"/>
            <w:u w:val="single"/>
          </w:rPr>
          <w:t>https://www.rootdata.com/Projects/detail/Alaya?k=MTI0MzY%3D</w:t>
        </w:r>
      </w:hyperlink>
      <w:r>
        <w:t xml:space="preserve"> - Lists similar projects and competitors in the decentralized AI data marketplace, such as Masa, Valyu Network, and LayerAl.</w:t>
      </w:r>
      <w:r/>
    </w:p>
    <w:p>
      <w:pPr>
        <w:pStyle w:val="ListNumber"/>
        <w:spacing w:line="240" w:lineRule="auto"/>
        <w:ind w:left="720"/>
      </w:pPr>
      <w:r/>
      <w:hyperlink r:id="rId10">
        <w:r>
          <w:rPr>
            <w:color w:val="0000EE"/>
            <w:u w:val="single"/>
          </w:rPr>
          <w:t>https://www.blockchain-council.org/ai/alaya-ai/</w:t>
        </w:r>
      </w:hyperlink>
      <w:r>
        <w:t xml:space="preserve"> - Explains how Alaya AI's platform leverages blockchain technology and smart contracts to ensure trust, privacy, and transparency in data usage.</w:t>
      </w:r>
      <w:r/>
    </w:p>
    <w:p>
      <w:pPr>
        <w:pStyle w:val="ListNumber"/>
        <w:spacing w:line="240" w:lineRule="auto"/>
        <w:ind w:left="720"/>
      </w:pPr>
      <w:r/>
      <w:hyperlink r:id="rId14">
        <w:r>
          <w:rPr>
            <w:color w:val="0000EE"/>
            <w:u w:val="single"/>
          </w:rPr>
          <w:t>https://dappbay.bnbchain.org/detail/alaya-ai</w:t>
        </w:r>
      </w:hyperlink>
      <w:r>
        <w:t xml:space="preserve"> - Describes Alaya AI's features, including intelligent optimization, targeted sampling, custom preprocessing, and superior privacy, aligning with its vision for a decentralized AI ecosystem.</w:t>
      </w:r>
      <w:r/>
    </w:p>
    <w:p>
      <w:pPr>
        <w:pStyle w:val="ListNumber"/>
        <w:spacing w:line="240" w:lineRule="auto"/>
        <w:ind w:left="720"/>
      </w:pPr>
      <w:r/>
      <w:hyperlink r:id="rId10">
        <w:r>
          <w:rPr>
            <w:color w:val="0000EE"/>
            <w:u w:val="single"/>
          </w:rPr>
          <w:t>https://www.blockchain-council.org/ai/alaya-ai/</w:t>
        </w:r>
      </w:hyperlink>
      <w:r>
        <w:t xml:space="preserve"> - Outlines the platform's integration with social commerce, fostering community collaboration in data collection and analysis, and the use of token incentives and NFTs.</w:t>
      </w:r>
      <w:r/>
    </w:p>
    <w:p>
      <w:pPr>
        <w:pStyle w:val="ListNumber"/>
        <w:spacing w:line="240" w:lineRule="auto"/>
        <w:ind w:left="720"/>
      </w:pPr>
      <w:r/>
      <w:hyperlink r:id="rId15">
        <w:r>
          <w:rPr>
            <w:color w:val="0000EE"/>
            <w:u w:val="single"/>
          </w:rPr>
          <w:t>https://techbullion.com/alaya-ai-unveils-groundbreaking-open-data-platform-revolutionizing-web3-ai-integration/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ckchain-council.org/ai/alaya-ai/" TargetMode="External"/><Relationship Id="rId11" Type="http://schemas.openxmlformats.org/officeDocument/2006/relationships/hyperlink" Target="https://www.barchart.com/story/news/29383804/alaya-ai-unveils-groundbreaking-open-data-platform-revolutionizing-web3ai-integration" TargetMode="External"/><Relationship Id="rId12" Type="http://schemas.openxmlformats.org/officeDocument/2006/relationships/hyperlink" Target="https://www.rootdata.com/Projects/detail/Alaya?k=MTI0MzY%3D" TargetMode="External"/><Relationship Id="rId13" Type="http://schemas.openxmlformats.org/officeDocument/2006/relationships/hyperlink" Target="https://dappradar.com/dapp/alaya-ai" TargetMode="External"/><Relationship Id="rId14" Type="http://schemas.openxmlformats.org/officeDocument/2006/relationships/hyperlink" Target="https://dappbay.bnbchain.org/detail/alaya-ai" TargetMode="External"/><Relationship Id="rId15" Type="http://schemas.openxmlformats.org/officeDocument/2006/relationships/hyperlink" Target="https://techbullion.com/alaya-ai-unveils-groundbreaking-open-data-platform-revolutionizing-web3-ai-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