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MacOS 15.1 with AI enhancements and user experience upgrades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unveiled the latest update to its MacOS operating system, version 15.1, bringing with it several enhancements aimed at improving user experience and efficiency. The update includes a long-awaited improvement focusing on Apple's proprietary AI, dubbed Apple Intelligence. However, this particular addition is still on a trial basis, requiring users to join a waiting list before gaining access.</w:t>
      </w:r>
      <w:r/>
    </w:p>
    <w:p>
      <w:r/>
      <w:r>
        <w:t>MacOS 15.1 introduces features catering to both typical users and those seeking efficiency in their daily digital interactions. Key among these is the enhancement in Apple Mail, where a new summarisation capability has been integrated. This feature employs Apple Intelligence to deliver concise summaries of lengthy emails, improving the workflow for users such as writers, journalists, and business professionals who often find themselves sifting through extensive correspondence. While users report that the summaries are generally accurate, the AI does present a caveat about potential limitations when dealing with emails containing non-textual elements.</w:t>
      </w:r>
      <w:r/>
    </w:p>
    <w:p>
      <w:r/>
      <w:r>
        <w:t>Another significant improvement accompanies the newly designed battery indicator for MacBook users. The update brings a more accessible approach to power management by allowing easy activation of Low Power Mode directly from the battery icon. The mode optimises MacOS by reducing system performance, suspending background activities, dimming the screen, and adjusting ProMotion displays to 60Hz, all contributing to conserving battery life, crucial for users frequently on the move.</w:t>
      </w:r>
      <w:r/>
    </w:p>
    <w:p>
      <w:r/>
      <w:r>
        <w:t>The addition of the "Reduce Interruptions" feature in the Focus Mode is also noteworthy. This AI-integrated option, known as "Intelligent Breakthrough and Silencing," customises notifications based on user importance, allowing only vital alerts to break through the silence. Thus, this feature offers an alternative that is smarter than the traditional Do Not Disturb mode, giving users more control over which notifications are prioritised. Applicability spans across all focus modes, enhancing productivity for professionals who require uninterrupted work sessions.</w:t>
      </w:r>
      <w:r/>
    </w:p>
    <w:p>
      <w:r/>
      <w:r>
        <w:t>While this comprehensive update offers an array of useful features, its impact varies among users. Those who frequently use AI capabilities or rely on iPhone integration may find the update particularly appealing. Meanwhile, MacBook users enjoying the benefits of an improved battery interface and focused work environment through intelligent notifications will also appreciate the new functionalities.</w:t>
      </w:r>
      <w:r/>
    </w:p>
    <w:p>
      <w:r/>
      <w:r>
        <w:t>Overall, MacOS 15.1 solidifies Apple's commitment to enhancing user experience through technological innovation, even if its full potential is yet to be unlocked due to the phased introduction of Apple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https://www.isc.upenn.edu/macos-151-released-apple-intelligence-betas-10282024</w:t>
        </w:r>
      </w:hyperlink>
      <w:r>
        <w:t xml:space="preserve"> - This link corroborates the introduction of Apple Intelligence in macOS 15.1, its beta status, and the need to join a waiting list for access.</w:t>
      </w:r>
      <w:r/>
    </w:p>
    <w:p>
      <w:pPr>
        <w:pStyle w:val="ListNumber"/>
        <w:spacing w:line="240" w:lineRule="auto"/>
        <w:ind w:left="720"/>
      </w:pPr>
      <w:r/>
      <w:hyperlink r:id="rId11">
        <w:r>
          <w:rPr>
            <w:color w:val="0000EE"/>
            <w:u w:val="single"/>
          </w:rPr>
          <w:t>https://support.apple.com/guide/mac-help/get-started-with-apple-intelligence-mchl46361784/mac</w:t>
        </w:r>
      </w:hyperlink>
      <w:r>
        <w:t xml:space="preserve"> - This link explains the features of Apple Intelligence, including summarization, enhanced Siri, and writing assistance, and how to get started with it.</w:t>
      </w:r>
      <w:r/>
    </w:p>
    <w:p>
      <w:pPr>
        <w:pStyle w:val="ListNumber"/>
        <w:spacing w:line="240" w:lineRule="auto"/>
        <w:ind w:left="720"/>
      </w:pPr>
      <w:r/>
      <w:hyperlink r:id="rId12">
        <w:r>
          <w:rPr>
            <w:color w:val="0000EE"/>
            <w:u w:val="single"/>
          </w:rPr>
          <w:t>https://support.apple.com/en-au/guide/mac-help/mchl46361784/mac</w:t>
        </w:r>
      </w:hyperlink>
      <w:r>
        <w:t xml:space="preserve"> - This link details the capabilities of Apple Intelligence, such as summarizing notifications, mail, and messages, and its availability on various devices.</w:t>
      </w:r>
      <w:r/>
    </w:p>
    <w:p>
      <w:pPr>
        <w:pStyle w:val="ListNumber"/>
        <w:spacing w:line="240" w:lineRule="auto"/>
        <w:ind w:left="720"/>
      </w:pPr>
      <w:r/>
      <w:hyperlink r:id="rId13">
        <w:r>
          <w:rPr>
            <w:color w:val="0000EE"/>
            <w:u w:val="single"/>
          </w:rPr>
          <w:t>https://www.apple.com/ca/newsroom/2024/10/apple-intelligence-is-available-today-on-iphone-ipad-and-mac/</w:t>
        </w:r>
      </w:hyperlink>
      <w:r>
        <w:t xml:space="preserve"> - This link confirms the release of Apple Intelligence with macOS 15.1, iOS 18.1, and iPadOS 18.1, and its initial availability in U.S. English.</w:t>
      </w:r>
      <w:r/>
    </w:p>
    <w:p>
      <w:pPr>
        <w:pStyle w:val="ListNumber"/>
        <w:spacing w:line="240" w:lineRule="auto"/>
        <w:ind w:left="720"/>
      </w:pPr>
      <w:r/>
      <w:hyperlink r:id="rId14">
        <w:r>
          <w:rPr>
            <w:color w:val="0000EE"/>
            <w:u w:val="single"/>
          </w:rPr>
          <w:t>https://appleinsider.com/articles/24/10/28/apple-intelligence-arrives-on-the-mac-with-macos-sequoia-update</w:t>
        </w:r>
      </w:hyperlink>
      <w:r>
        <w:t xml:space="preserve"> - This link discusses the specific features introduced in macOS Sequoia 15.1, including Writing Tools, improved Siri, and the Clean Up tool for Photos.</w:t>
      </w:r>
      <w:r/>
    </w:p>
    <w:p>
      <w:pPr>
        <w:pStyle w:val="ListNumber"/>
        <w:spacing w:line="240" w:lineRule="auto"/>
        <w:ind w:left="720"/>
      </w:pPr>
      <w:r/>
      <w:hyperlink r:id="rId10">
        <w:r>
          <w:rPr>
            <w:color w:val="0000EE"/>
            <w:u w:val="single"/>
          </w:rPr>
          <w:t>https://www.isc.upenn.edu/macos-151-released-apple-intelligence-betas-10282024</w:t>
        </w:r>
      </w:hyperlink>
      <w:r>
        <w:t xml:space="preserve"> - This link mentions the integration of Apple Intelligence with system settings and its impact on institutional systems, highlighting the need for careful consideration by administrators.</w:t>
      </w:r>
      <w:r/>
    </w:p>
    <w:p>
      <w:pPr>
        <w:pStyle w:val="ListNumber"/>
        <w:spacing w:line="240" w:lineRule="auto"/>
        <w:ind w:left="720"/>
      </w:pPr>
      <w:r/>
      <w:hyperlink r:id="rId11">
        <w:r>
          <w:rPr>
            <w:color w:val="0000EE"/>
            <w:u w:val="single"/>
          </w:rPr>
          <w:t>https://support.apple.com/guide/mac-help/get-started-with-apple-intelligence-mchl46361784/mac</w:t>
        </w:r>
      </w:hyperlink>
      <w:r>
        <w:t xml:space="preserve"> - This link explains how Apple Intelligence uses generative models and on-device processing to protect user privacy.</w:t>
      </w:r>
      <w:r/>
    </w:p>
    <w:p>
      <w:pPr>
        <w:pStyle w:val="ListNumber"/>
        <w:spacing w:line="240" w:lineRule="auto"/>
        <w:ind w:left="720"/>
      </w:pPr>
      <w:r/>
      <w:hyperlink r:id="rId12">
        <w:r>
          <w:rPr>
            <w:color w:val="0000EE"/>
            <w:u w:val="single"/>
          </w:rPr>
          <w:t>https://support.apple.com/en-au/guide/mac-help/mchl46361784/mac</w:t>
        </w:r>
      </w:hyperlink>
      <w:r>
        <w:t xml:space="preserve"> - This link details the 'Reduce Interruptions' feature and how it customizes notifications based on user importance, enhancing productivity.</w:t>
      </w:r>
      <w:r/>
    </w:p>
    <w:p>
      <w:pPr>
        <w:pStyle w:val="ListNumber"/>
        <w:spacing w:line="240" w:lineRule="auto"/>
        <w:ind w:left="720"/>
      </w:pPr>
      <w:r/>
      <w:hyperlink r:id="rId13">
        <w:r>
          <w:rPr>
            <w:color w:val="0000EE"/>
            <w:u w:val="single"/>
          </w:rPr>
          <w:t>https://www.apple.com/ca/newsroom/2024/10/apple-intelligence-is-available-today-on-iphone-ipad-and-mac/</w:t>
        </w:r>
      </w:hyperlink>
      <w:r>
        <w:t xml:space="preserve"> - This link highlights the broader impact of Apple Intelligence across iPhone, iPad, and Mac, including its potential to transform user experiences.</w:t>
      </w:r>
      <w:r/>
    </w:p>
    <w:p>
      <w:pPr>
        <w:pStyle w:val="ListNumber"/>
        <w:spacing w:line="240" w:lineRule="auto"/>
        <w:ind w:left="720"/>
      </w:pPr>
      <w:r/>
      <w:hyperlink r:id="rId14">
        <w:r>
          <w:rPr>
            <w:color w:val="0000EE"/>
            <w:u w:val="single"/>
          </w:rPr>
          <w:t>https://appleinsider.com/articles/24/10/28/apple-intelligence-arrives-on-the-mac-with-macos-sequoia-update</w:t>
        </w:r>
      </w:hyperlink>
      <w:r>
        <w:t xml:space="preserve"> - This link mentions the phased introduction of Apple Intelligence features and the ongoing development of additional capabilities.</w:t>
      </w:r>
      <w:r/>
    </w:p>
    <w:p>
      <w:pPr>
        <w:pStyle w:val="ListNumber"/>
        <w:spacing w:line="240" w:lineRule="auto"/>
        <w:ind w:left="720"/>
      </w:pPr>
      <w:r/>
      <w:hyperlink r:id="rId12">
        <w:r>
          <w:rPr>
            <w:color w:val="0000EE"/>
            <w:u w:val="single"/>
          </w:rPr>
          <w:t>https://support.apple.com/en-au/guide/mac-help/mchl46361784/mac</w:t>
        </w:r>
      </w:hyperlink>
      <w:r>
        <w:t xml:space="preserve"> - This link provides information on the supported devices for Apple Intelligence, including Macs with M1 or later processors.</w:t>
      </w:r>
      <w:r/>
    </w:p>
    <w:p>
      <w:pPr>
        <w:pStyle w:val="ListNumber"/>
        <w:spacing w:line="240" w:lineRule="auto"/>
        <w:ind w:left="720"/>
      </w:pPr>
      <w:r/>
      <w:hyperlink r:id="rId15">
        <w:r>
          <w:rPr>
            <w:color w:val="0000EE"/>
            <w:u w:val="single"/>
          </w:rPr>
          <w:t>https://www.zdnet.com/article/3-handy-upgrades-in-macos-15-1-especially-if-ai-isnt-your-thing-like-me/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sc.upenn.edu/macos-151-released-apple-intelligence-betas-10282024" TargetMode="External"/><Relationship Id="rId11" Type="http://schemas.openxmlformats.org/officeDocument/2006/relationships/hyperlink" Target="https://support.apple.com/guide/mac-help/get-started-with-apple-intelligence-mchl46361784/mac" TargetMode="External"/><Relationship Id="rId12" Type="http://schemas.openxmlformats.org/officeDocument/2006/relationships/hyperlink" Target="https://support.apple.com/en-au/guide/mac-help/mchl46361784/mac" TargetMode="External"/><Relationship Id="rId13" Type="http://schemas.openxmlformats.org/officeDocument/2006/relationships/hyperlink" Target="https://www.apple.com/ca/newsroom/2024/10/apple-intelligence-is-available-today-on-iphone-ipad-and-mac/" TargetMode="External"/><Relationship Id="rId14" Type="http://schemas.openxmlformats.org/officeDocument/2006/relationships/hyperlink" Target="https://appleinsider.com/articles/24/10/28/apple-intelligence-arrives-on-the-mac-with-macos-sequoia-update" TargetMode="External"/><Relationship Id="rId15" Type="http://schemas.openxmlformats.org/officeDocument/2006/relationships/hyperlink" Target="https://www.zdnet.com/article/3-handy-upgrades-in-macos-15-1-especially-if-ai-isnt-your-thing-like-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