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explored in latest episode of 'The AI Fix'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Explored in Latest Episode of 'The AI Fix' Podcast</w:t>
      </w:r>
      <w:r/>
    </w:p>
    <w:p>
      <w:r/>
      <w:r>
        <w:t>The latest episode of "The AI Fix," a podcast dedicated to exploring developments and narratives within the world of artificial intelligence, has been released. Hosted by Graham Cluley and Mark Stockley, episode 23 delves into a variety of intriguing and thought-provoking topics, framing both the challenges and curiosities that AI presents today.</w:t>
      </w:r>
      <w:r/>
    </w:p>
    <w:p>
      <w:r/>
      <w:r>
        <w:t>This edition touches on a significant issue within AI's impact on society — specifically its intersection with gender dynamics in STEM fields. The hosts discuss how artificial intelligence technologies continue to affect women working in science, technology, engineering, and mathematics (STEM), introducing a new dimension to the ongoing conversation about gender parity in these disciplines.</w:t>
      </w:r>
      <w:r/>
    </w:p>
    <w:p>
      <w:r/>
      <w:r>
        <w:t>Additionally, host Graham Cluley shares his innovative yet unconventional idea for handling medical emergencies, showcasing the podcast's signature blend of technology and humour. The episode offers listeners a unique segment where a beloved chat show host is intriguingly brought back 'from the grave', a testament to AI’s capabilities in reviving historical figures in new contexts.</w:t>
      </w:r>
      <w:r/>
    </w:p>
    <w:p>
      <w:r/>
      <w:r>
        <w:t>The podcast also touches on the etymological history of the term 'computer virus', revealing that these digital threats were nearly known as 'computer weeds'. This historical insight provides a fascinating glimpse into the early days of computing terminology and the culture that shaped it.</w:t>
      </w:r>
      <w:r/>
    </w:p>
    <w:p>
      <w:r/>
      <w:r>
        <w:t>Listeners are treated to a riveting story involving a murder, a moth, and an AI journalist, narrated by Cluley. Meanwhile, co-host Mark Stockley pits Cluley against a cutting-edge computer programme in a mathematics Olympiad, offering amusing insights into AI's capabilities in competitive environments.</w:t>
      </w:r>
      <w:r/>
    </w:p>
    <w:p>
      <w:r/>
      <w:r>
        <w:t>"The AI Fix" podcast, known for its engaging and varied content, is available on platforms such as Apple Podcasts and Spotify. Listeners are encouraged to subscribe for regular updates and follow the hosts' active presence on social media for more insights into AI developments.</w:t>
      </w:r>
      <w:r/>
    </w:p>
    <w:p>
      <w:r/>
      <w:r>
        <w:t>Graham Cluley, notable for his expertise in computer security, and Mark Stockley, renowned for his work in digital marketing and technology, bring knowledgeable perspectives to this podcast that caters to both AI enthusiasts and casual listeners alike. Interactions between the hosts often blend technical knowledge with their distinct sense of humour, making complex topics accessible and entertaining.</w:t>
      </w:r>
      <w:r/>
    </w:p>
    <w:p>
      <w:r/>
      <w:r>
        <w:t>For more information and additional episodes, potential listeners can visit the podcast’s official website or engage with the vibrant discussions on Twitter, where Cluley and Stockley maintain active profiles. The ongoing dialogue within each episode emphasizes AI's pervasive role in modern society, while allowing listeners the space to form their own viewpoints on the multifaceted world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https://theaifix.show/episodes/</w:t>
        </w:r>
      </w:hyperlink>
      <w:r>
        <w:t xml:space="preserve"> - Corroborates the existence and episode structure of 'The AI Fix' podcast, including the hosts and various episode topics.</w:t>
      </w:r>
      <w:r/>
    </w:p>
    <w:p>
      <w:pPr>
        <w:pStyle w:val="ListNumber"/>
        <w:spacing w:line="240" w:lineRule="auto"/>
        <w:ind w:left="720"/>
      </w:pPr>
      <w:r/>
      <w:hyperlink r:id="rId11">
        <w:r>
          <w:rPr>
            <w:color w:val="0000EE"/>
            <w:u w:val="single"/>
          </w:rPr>
          <w:t>https://www.youtube.com/watch?v=gT__r-dwDpc</w:t>
        </w:r>
      </w:hyperlink>
      <w:r>
        <w:t xml:space="preserve"> - Provides details about episode 23, including the discussion on AI's impact on women in STEM and the revival of a beloved chat show host using AI.</w:t>
      </w:r>
      <w:r/>
    </w:p>
    <w:p>
      <w:pPr>
        <w:pStyle w:val="ListNumber"/>
        <w:spacing w:line="240" w:lineRule="auto"/>
        <w:ind w:left="720"/>
      </w:pPr>
      <w:r/>
      <w:hyperlink r:id="rId12">
        <w:r>
          <w:rPr>
            <w:color w:val="0000EE"/>
            <w:u w:val="single"/>
          </w:rPr>
          <w:t>https://theaifix.show</w:t>
        </w:r>
      </w:hyperlink>
      <w:r>
        <w:t xml:space="preserve"> - Confirms the hosts of the podcast, Graham Cluley and Mark Stockley, and their expertise in technology and computer security.</w:t>
      </w:r>
      <w:r/>
    </w:p>
    <w:p>
      <w:pPr>
        <w:pStyle w:val="ListNumber"/>
        <w:spacing w:line="240" w:lineRule="auto"/>
        <w:ind w:left="720"/>
      </w:pPr>
      <w:r/>
      <w:hyperlink r:id="rId13">
        <w:r>
          <w:rPr>
            <w:color w:val="0000EE"/>
            <w:u w:val="single"/>
          </w:rPr>
          <w:t>https://grahamcluley.com/the-ai-fix-23/</w:t>
        </w:r>
      </w:hyperlink>
      <w:r>
        <w:t xml:space="preserve"> - Supports the content of episode 23, including the discussion on AI's impact on women in STEM and Graham Cluley's medical emergency idea.</w:t>
      </w:r>
      <w:r/>
    </w:p>
    <w:p>
      <w:pPr>
        <w:pStyle w:val="ListNumber"/>
        <w:spacing w:line="240" w:lineRule="auto"/>
        <w:ind w:left="720"/>
      </w:pPr>
      <w:r/>
      <w:hyperlink r:id="rId14">
        <w:r>
          <w:rPr>
            <w:color w:val="0000EE"/>
            <w:u w:val="single"/>
          </w:rPr>
          <w:t>https://www.theguardian.com/media/2024/oct/26/michael-parkinson-virtually-ai-replica-chatshow</w:t>
        </w:r>
      </w:hyperlink>
      <w:r>
        <w:t xml:space="preserve"> - Corroborates the segment about a beloved chat show host being brought back 'from the grave' using AI.</w:t>
      </w:r>
      <w:r/>
    </w:p>
    <w:p>
      <w:pPr>
        <w:pStyle w:val="ListNumber"/>
        <w:spacing w:line="240" w:lineRule="auto"/>
        <w:ind w:left="720"/>
      </w:pPr>
      <w:r/>
      <w:hyperlink r:id="rId15">
        <w:r>
          <w:rPr>
            <w:color w:val="0000EE"/>
            <w:u w:val="single"/>
          </w:rPr>
          <w:t>https://www.bbc.co.uk/news/articles/c2060gy9zy1o</w:t>
        </w:r>
      </w:hyperlink>
      <w:r>
        <w:t xml:space="preserve"> - Provides additional context on AI applications, such as helping doctors detect broken bones on X-rays, mentioned in the podcast.</w:t>
      </w:r>
      <w:r/>
    </w:p>
    <w:p>
      <w:pPr>
        <w:pStyle w:val="ListNumber"/>
        <w:spacing w:line="240" w:lineRule="auto"/>
        <w:ind w:left="720"/>
      </w:pPr>
      <w:r/>
      <w:hyperlink r:id="rId16">
        <w:r>
          <w:rPr>
            <w:color w:val="0000EE"/>
            <w:u w:val="single"/>
          </w:rPr>
          <w:t>https://theaifix.show/hosts/graham-cluley/</w:t>
        </w:r>
      </w:hyperlink>
      <w:r>
        <w:t xml:space="preserve"> - Details Graham Cluley's background and expertise in computer security, relevant to his contributions to the podcast.</w:t>
      </w:r>
      <w:r/>
    </w:p>
    <w:p>
      <w:pPr>
        <w:pStyle w:val="ListNumber"/>
        <w:spacing w:line="240" w:lineRule="auto"/>
        <w:ind w:left="720"/>
      </w:pPr>
      <w:r/>
      <w:hyperlink r:id="rId17">
        <w:r>
          <w:rPr>
            <w:color w:val="0000EE"/>
            <w:u w:val="single"/>
          </w:rPr>
          <w:t>https://theaifix.show/hosts/mark-stockley/</w:t>
        </w:r>
      </w:hyperlink>
      <w:r>
        <w:t xml:space="preserve"> - Details Mark Stockley's background and expertise in digital marketing and technology, relevant to his contributions to the podcast.</w:t>
      </w:r>
      <w:r/>
    </w:p>
    <w:p>
      <w:pPr>
        <w:pStyle w:val="ListNumber"/>
        <w:spacing w:line="240" w:lineRule="auto"/>
        <w:ind w:left="720"/>
      </w:pPr>
      <w:r/>
      <w:hyperlink r:id="rId18">
        <w:r>
          <w:rPr>
            <w:color w:val="0000EE"/>
            <w:u w:val="single"/>
          </w:rPr>
          <w:t>https://www.independent.co.uk/tech/agi-openai-chatgpt-artifiical-intelligence-b2635615.html</w:t>
        </w:r>
      </w:hyperlink>
      <w:r>
        <w:t xml:space="preserve"> - Supports the broader discussion on AI developments and readiness for advanced AI, a theme often explored in the podcast.</w:t>
      </w:r>
      <w:r/>
    </w:p>
    <w:p>
      <w:pPr>
        <w:pStyle w:val="ListNumber"/>
        <w:spacing w:line="240" w:lineRule="auto"/>
        <w:ind w:left="720"/>
      </w:pPr>
      <w:r/>
      <w:hyperlink r:id="rId19">
        <w:r>
          <w:rPr>
            <w:color w:val="0000EE"/>
            <w:u w:val="single"/>
          </w:rPr>
          <w:t>https://futurism.com/ai-fake-racially-diverse-writers</w:t>
        </w:r>
      </w:hyperlink>
      <w:r>
        <w:t xml:space="preserve"> - Corroborates the podcast's coverage of AI-generated content and its implications, such as AI creating articles with fake bylines.</w:t>
      </w:r>
      <w:r/>
    </w:p>
    <w:p>
      <w:pPr>
        <w:pStyle w:val="ListNumber"/>
        <w:spacing w:line="240" w:lineRule="auto"/>
        <w:ind w:left="720"/>
      </w:pPr>
      <w:r/>
      <w:hyperlink r:id="rId20">
        <w:r>
          <w:rPr>
            <w:color w:val="0000EE"/>
            <w:u w:val="single"/>
          </w:rPr>
          <w:t>https://theaifix.show/contact/</w:t>
        </w:r>
      </w:hyperlink>
      <w:r>
        <w:t xml:space="preserve"> - Provides information on how to engage with the podcast, including feedback and sponsorship opportunities, as mentioned in the article.</w:t>
      </w:r>
      <w:r/>
    </w:p>
    <w:p>
      <w:pPr>
        <w:pStyle w:val="ListNumber"/>
        <w:spacing w:line="240" w:lineRule="auto"/>
        <w:ind w:left="720"/>
      </w:pPr>
      <w:r/>
      <w:hyperlink r:id="rId13">
        <w:r>
          <w:rPr>
            <w:color w:val="0000EE"/>
            <w:u w:val="single"/>
          </w:rPr>
          <w:t>https://grahamcluley.com/the-ai-fix-23/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aifix.show/episodes/" TargetMode="External"/><Relationship Id="rId11" Type="http://schemas.openxmlformats.org/officeDocument/2006/relationships/hyperlink" Target="https://www.youtube.com/watch?v=gT__r-dwDpc" TargetMode="External"/><Relationship Id="rId12" Type="http://schemas.openxmlformats.org/officeDocument/2006/relationships/hyperlink" Target="https://theaifix.show" TargetMode="External"/><Relationship Id="rId13" Type="http://schemas.openxmlformats.org/officeDocument/2006/relationships/hyperlink" Target="https://grahamcluley.com/the-ai-fix-23/" TargetMode="External"/><Relationship Id="rId14" Type="http://schemas.openxmlformats.org/officeDocument/2006/relationships/hyperlink" Target="https://www.theguardian.com/media/2024/oct/26/michael-parkinson-virtually-ai-replica-chatshow" TargetMode="External"/><Relationship Id="rId15" Type="http://schemas.openxmlformats.org/officeDocument/2006/relationships/hyperlink" Target="https://www.bbc.co.uk/news/articles/c2060gy9zy1o" TargetMode="External"/><Relationship Id="rId16" Type="http://schemas.openxmlformats.org/officeDocument/2006/relationships/hyperlink" Target="https://theaifix.show/hosts/graham-cluley/" TargetMode="External"/><Relationship Id="rId17" Type="http://schemas.openxmlformats.org/officeDocument/2006/relationships/hyperlink" Target="https://theaifix.show/hosts/mark-stockley/" TargetMode="External"/><Relationship Id="rId18" Type="http://schemas.openxmlformats.org/officeDocument/2006/relationships/hyperlink" Target="https://www.independent.co.uk/tech/agi-openai-chatgpt-artifiical-intelligence-b2635615.html" TargetMode="External"/><Relationship Id="rId19" Type="http://schemas.openxmlformats.org/officeDocument/2006/relationships/hyperlink" Target="https://futurism.com/ai-fake-racially-diverse-writers" TargetMode="External"/><Relationship Id="rId20" Type="http://schemas.openxmlformats.org/officeDocument/2006/relationships/hyperlink" Target="https://theaifix.show/cont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