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Beck and Woods tackle AI in filmmaking with their new film 'Heretic'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the influence of artificial intelligence on creative industries is sparking widespread debate, filmmakers Scott Beck and Bryan Woods are making their stance clear with their latest movie, "Heretic." Set to premiere in theatres on November 8, "Heretic" features Hugh Grant in a leading role that delves into complex religious themes. Grant plays a theological scholar with questionable intentions towards two Mormon missionaries, portrayed by Sophie Thatcher and Chloe East.</w:t>
      </w:r>
      <w:r/>
    </w:p>
    <w:p>
      <w:r/>
      <w:r>
        <w:t>What sets "Heretic" apart from many contemporary films is its explicit declaration during the end credits that no generative AI was employed in its creation. This decision, fully supported by the indie studio A24, is a significant statement in an industry increasingly dominated by digital technology. The directors, who co-wrote the screenplay and achieved fame with "A Quiet Place," are vocal critics of generative AI's role in filmmaking.</w:t>
      </w:r>
      <w:r/>
    </w:p>
    <w:p>
      <w:r/>
      <w:r>
        <w:t>A24's backing comes as no surprise to Beck, who lauds the studio for its artist-friendly approach. "They’re a home where you feel like you’re working with human beings," Beck noted, contrasting A24's culture with what he perceives as the industry's shift towards algorithm-based decision-making driven by test scores and profit margins. The inclusion of an anti-AI message is part of a broader conversation about the ethical implications of AI in creative processes.</w:t>
      </w:r>
      <w:r/>
    </w:p>
    <w:p>
      <w:r/>
      <w:r>
        <w:t>Bryan Woods echoed this sentiment, likening generative AI to "an algorithm jumbling a bunch of [content] together... and spitting it out as art," which he suggests borders on theft. Woods firmly believes in the need for a human touch in artistic and business decisions, forecasting a precarious future if AI continues to displace human roles.</w:t>
      </w:r>
      <w:r/>
    </w:p>
    <w:p>
      <w:r/>
      <w:r>
        <w:t>This move by Beck and Woods isn't without precedent at A24. The studio recently faced similar AI-related scrutiny with "The Legend of Ochi." The film's trailer prompted speculation about the use of AI, leading director Isaiah Saxon to clarify on social media that the project relied on traditional techniques like animatronics and puppetry rather than AI.</w:t>
      </w:r>
      <w:r/>
    </w:p>
    <w:p>
      <w:r/>
      <w:r>
        <w:t>Isaiah Saxon, making his directorial debut with "The Legend of Ochi," was quick to defend his work's authenticity against AI speculation, highlighting the years of manual craft that went into the film's production. A24 confirmed that Saxon's approach stayed true to handmade filmmaking, further emphasizing the studio's commitment to traditional artistic methods.</w:t>
      </w:r>
      <w:r/>
    </w:p>
    <w:p>
      <w:r/>
      <w:r>
        <w:t>In the broader context, the discussions emerging around "Heretic" and "The Legend of Ochi" reflect a growing conversation around the role of human creativity versus AI-generated content in filmmaking. As technology continues to evolve, filmmakers like Beck and Woods are at the forefront, urging the industry to consider the implications and maintain a focus on the craft that embodies the essence of cinema.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https://variety.com/2024/film/news/heretic-directors-slam-ai-end-credits-1236198415/</w:t>
        </w:r>
      </w:hyperlink>
      <w:r>
        <w:t xml:space="preserve"> - Directors Scott Beck and Bryan Woods explain their reasons for including a message in the end credits of 'Heretic' distancing themselves from generative AI.</w:t>
      </w:r>
      <w:r/>
    </w:p>
    <w:p>
      <w:pPr>
        <w:pStyle w:val="ListNumber"/>
        <w:spacing w:line="240" w:lineRule="auto"/>
        <w:ind w:left="720"/>
      </w:pPr>
      <w:r/>
      <w:hyperlink r:id="rId11">
        <w:r>
          <w:rPr>
            <w:color w:val="0000EE"/>
            <w:u w:val="single"/>
          </w:rPr>
          <w:t>https://getcoai.com/news/heretic-film-directors-include-anti-ai-disclaimer-in-film-credits/</w:t>
        </w:r>
      </w:hyperlink>
      <w:r>
        <w:t xml:space="preserve"> - The inclusion of a message in the credits stating 'No generative AI was used in the making of this film' and the directors' stance on AI in filmmaking.</w:t>
      </w:r>
      <w:r/>
    </w:p>
    <w:p>
      <w:pPr>
        <w:pStyle w:val="ListNumber"/>
        <w:spacing w:line="240" w:lineRule="auto"/>
        <w:ind w:left="720"/>
      </w:pPr>
      <w:r/>
      <w:hyperlink r:id="rId12">
        <w:r>
          <w:rPr>
            <w:color w:val="0000EE"/>
            <w:u w:val="single"/>
          </w:rPr>
          <w:t>https://vitrina.ai/blog/heretic-directors-warn-hollywood-about-ai-in-end-credits-bury-it-underground-to-prevent-catastrophe/</w:t>
        </w:r>
      </w:hyperlink>
      <w:r>
        <w:t xml:space="preserve"> - Details on the plot of 'Heretic,' the minimal use of visual effects, and the directors' critique of generative AI as 'an algorithm jumbling a bunch of stuff together and then presenting it as art'.</w:t>
      </w:r>
      <w:r/>
    </w:p>
    <w:p>
      <w:pPr>
        <w:pStyle w:val="ListNumber"/>
        <w:spacing w:line="240" w:lineRule="auto"/>
        <w:ind w:left="720"/>
      </w:pPr>
      <w:r/>
      <w:hyperlink r:id="rId13">
        <w:r>
          <w:rPr>
            <w:color w:val="0000EE"/>
            <w:u w:val="single"/>
          </w:rPr>
          <w:t>https://filmstories.co.uk/news/heretic-filmmakers-put-a-message-ai-in-their-horror-films-end-credits/</w:t>
        </w:r>
      </w:hyperlink>
      <w:r>
        <w:t xml:space="preserve"> - Confirmation of the message 'No generative AI was used in the making of this film' in the end credits of 'Heretic'.</w:t>
      </w:r>
      <w:r/>
    </w:p>
    <w:p>
      <w:pPr>
        <w:pStyle w:val="ListNumber"/>
        <w:spacing w:line="240" w:lineRule="auto"/>
        <w:ind w:left="720"/>
      </w:pPr>
      <w:r/>
      <w:hyperlink r:id="rId14">
        <w:r>
          <w:rPr>
            <w:color w:val="0000EE"/>
            <w:u w:val="single"/>
          </w:rPr>
          <w:t>https://www.reddit.com/r/Fauxmoi/comments/1gjw91g/heretic_directors_used_end_credits_to_warn/</w:t>
        </w:r>
      </w:hyperlink>
      <w:r>
        <w:t xml:space="preserve"> - Bryan Woods' concerns about AI replacing human jobs and the need for discussions on human involvement in art and business.</w:t>
      </w:r>
      <w:r/>
    </w:p>
    <w:p>
      <w:pPr>
        <w:pStyle w:val="ListNumber"/>
        <w:spacing w:line="240" w:lineRule="auto"/>
        <w:ind w:left="720"/>
      </w:pPr>
      <w:r/>
      <w:hyperlink r:id="rId12">
        <w:r>
          <w:rPr>
            <w:color w:val="0000EE"/>
            <w:u w:val="single"/>
          </w:rPr>
          <w:t>https://vitrina.ai/blog/heretic-directors-warn-hollywood-about-ai-in-end-credits-bury-it-underground-to-prevent-catastrophe/</w:t>
        </w:r>
      </w:hyperlink>
      <w:r>
        <w:t xml:space="preserve"> - A24's support for artistic integrity and the directors' appreciation for the studio's artist-friendly approach.</w:t>
      </w:r>
      <w:r/>
    </w:p>
    <w:p>
      <w:pPr>
        <w:pStyle w:val="ListNumber"/>
        <w:spacing w:line="240" w:lineRule="auto"/>
        <w:ind w:left="720"/>
      </w:pPr>
      <w:r/>
      <w:hyperlink r:id="rId11">
        <w:r>
          <w:rPr>
            <w:color w:val="0000EE"/>
            <w:u w:val="single"/>
          </w:rPr>
          <w:t>https://getcoai.com/news/heretic-film-directors-include-anti-ai-disclaimer-in-film-credits/</w:t>
        </w:r>
      </w:hyperlink>
      <w:r>
        <w:t xml:space="preserve"> - The broader industry context, including partnerships between studios and tech companies, and the ethical implications of AI in filmmaking.</w:t>
      </w:r>
      <w:r/>
    </w:p>
    <w:p>
      <w:pPr>
        <w:pStyle w:val="ListNumber"/>
        <w:spacing w:line="240" w:lineRule="auto"/>
        <w:ind w:left="720"/>
      </w:pPr>
      <w:r/>
      <w:hyperlink r:id="rId12">
        <w:r>
          <w:rPr>
            <w:color w:val="0000EE"/>
            <w:u w:val="single"/>
          </w:rPr>
          <w:t>https://vitrina.ai/blog/heretic-directors-warn-hollywood-about-ai-in-end-credits-bury-it-underground-to-prevent-catastrophe/</w:t>
        </w:r>
      </w:hyperlink>
      <w:r>
        <w:t xml:space="preserve"> - Bryan Woods' warning about the potential threat of AI to the essence of filmmaking and the prediction of job losses due to AI advancements.</w:t>
      </w:r>
      <w:r/>
    </w:p>
    <w:p>
      <w:pPr>
        <w:pStyle w:val="ListNumber"/>
        <w:spacing w:line="240" w:lineRule="auto"/>
        <w:ind w:left="720"/>
      </w:pPr>
      <w:r/>
      <w:hyperlink r:id="rId10">
        <w:r>
          <w:rPr>
            <w:color w:val="0000EE"/>
            <w:u w:val="single"/>
          </w:rPr>
          <w:t>https://variety.com/2024/film/news/heretic-directors-slam-ai-end-credits-1236198415/</w:t>
        </w:r>
      </w:hyperlink>
      <w:r>
        <w:t xml:space="preserve"> - The directors' previous success with 'A Quiet Place' and their current stance on generative AI in filmmaking.</w:t>
      </w:r>
      <w:r/>
    </w:p>
    <w:p>
      <w:pPr>
        <w:pStyle w:val="ListNumber"/>
        <w:spacing w:line="240" w:lineRule="auto"/>
        <w:ind w:left="720"/>
      </w:pPr>
      <w:r/>
      <w:hyperlink r:id="rId13">
        <w:r>
          <w:rPr>
            <w:color w:val="0000EE"/>
            <w:u w:val="single"/>
          </w:rPr>
          <w:t>https://filmstories.co.uk/news/heretic-filmmakers-put-a-message-ai-in-their-horror-films-end-credits/</w:t>
        </w:r>
      </w:hyperlink>
      <w:r>
        <w:t xml:space="preserve"> - The film 'Heretic' featuring Hugh Grant and the complex religious themes it explores.</w:t>
      </w:r>
      <w:r/>
    </w:p>
    <w:p>
      <w:pPr>
        <w:pStyle w:val="ListNumber"/>
        <w:spacing w:line="240" w:lineRule="auto"/>
        <w:ind w:left="720"/>
      </w:pPr>
      <w:r/>
      <w:hyperlink r:id="rId15">
        <w:r>
          <w:rPr>
            <w:color w:val="0000EE"/>
            <w:u w:val="single"/>
          </w:rPr>
          <w:t>https://www.indiewire.com/news/general-news/heretic-directors-a24-no-generative-ai-1235063015/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ariety.com/2024/film/news/heretic-directors-slam-ai-end-credits-1236198415/" TargetMode="External"/><Relationship Id="rId11" Type="http://schemas.openxmlformats.org/officeDocument/2006/relationships/hyperlink" Target="https://getcoai.com/news/heretic-film-directors-include-anti-ai-disclaimer-in-film-credits/" TargetMode="External"/><Relationship Id="rId12" Type="http://schemas.openxmlformats.org/officeDocument/2006/relationships/hyperlink" Target="https://vitrina.ai/blog/heretic-directors-warn-hollywood-about-ai-in-end-credits-bury-it-underground-to-prevent-catastrophe/" TargetMode="External"/><Relationship Id="rId13" Type="http://schemas.openxmlformats.org/officeDocument/2006/relationships/hyperlink" Target="https://filmstories.co.uk/news/heretic-filmmakers-put-a-message-ai-in-their-horror-films-end-credits/" TargetMode="External"/><Relationship Id="rId14" Type="http://schemas.openxmlformats.org/officeDocument/2006/relationships/hyperlink" Target="https://www.reddit.com/r/Fauxmoi/comments/1gjw91g/heretic_directors_used_end_credits_to_warn/" TargetMode="External"/><Relationship Id="rId15" Type="http://schemas.openxmlformats.org/officeDocument/2006/relationships/hyperlink" Target="https://www.indiewire.com/news/general-news/heretic-directors-a24-no-generative-ai-12350630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