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DreamWorks brings to life a heartwarming tale with “The Wild Robot”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DreamWorks Brings to Life a Heartwarming Tale with “The Wild Robot”</w:t>
      </w:r>
      <w:r/>
    </w:p>
    <w:p>
      <w:r/>
      <w:r>
        <w:t>DreamWorks Animation has unveiled its latest cinematic offering, "The Wild Robot," a spellbinding film set against the backdrop of a future where humanity grapples with the consequences of ecological upheaval. This film, however, diverges prominently from any didactic narrative about climate change, opting instead for a narrative exploration of adaptability, empathy, and the quest for sentience in an era dominated by technology.</w:t>
      </w:r>
      <w:r/>
    </w:p>
    <w:p>
      <w:r/>
      <w:r>
        <w:t>Set in the not-so-distant future, the film imaginatively portrays a world where rising tides have submerged much of the familiar landscape, save for glimpses like the tips of the Golden Gate Bridge. Human society has retreated to technologically advanced domed cities, meticulously shielded from the transformed world outside.</w:t>
      </w:r>
      <w:r/>
    </w:p>
    <w:p>
      <w:r/>
      <w:r>
        <w:t>The film’s plot is catalysed when a shipment of robotic workers bound for one of these domed enclaves finds itself plunged into turmoil. A wreck at sea results in the lone ‘survivor’ of the shipwrecked cargo, ROZZUM Unit 7134—'Roz' as she soon becomes known—washing ashore on an uncharted island. Armed with a voice lent by Lupita Nyong’o, Roz embarks on a journey of programmed benevolence, intent on serving the local wildlife she encounters.</w:t>
      </w:r>
      <w:r/>
    </w:p>
    <w:p>
      <w:r/>
      <w:r>
        <w:t>Despite her intentions, Roz's presence initially is met with suspicion. The island’s residents, a medley of animals, are cautious of the metallic newcomer, embodying a natural scepticism towards what they perceive as altruism. This notion is succinctly encapsulated by a crafty fox named Fink, voiced by Pedro Pascal, who explains to Roz that just as she is programmed to assist others, the animals are programmed to survive by any means necessary.</w:t>
      </w:r>
      <w:r/>
    </w:p>
    <w:p>
      <w:r/>
      <w:r>
        <w:t>A pivotal moment unfolds when Roz inadvertently triggers the death of a mother goose. In the wake of this tragedy, Roz finds herself with the responsibility of nurturing the goose’s orphaned egg. When the gosling finally emerges, Roz must grapple with a novel challenge: parenting. Under the guidance of a maternal possum, played by Catherine O’Hara, Roz embarks on a heartfelt journey to raise the gosling, delving into the complexities of motherly love and care.</w:t>
      </w:r>
      <w:r/>
    </w:p>
    <w:p>
      <w:r/>
      <w:r>
        <w:t>Throughout the narrative, Roz confronts the limitations and possibilities of her own programming. She navigates the fine line between obligatory kindness and authentic affection, a recurrent theme that prompts broader reflection on the nature of altruism. The story draws intriguing parallels with religious motifs, subtly evoking imagery reminiscent of biblical tales of redemption, sacrifice, and the Edenic transformation of a once savage island.</w:t>
      </w:r>
      <w:r/>
    </w:p>
    <w:p>
      <w:r/>
      <w:r>
        <w:t>The film’s thematic exploration extends an intriguing take on the oft-debated subject of artificial intelligence achieving sentience. “The Wild Robot” encapsulates this journey of self-discovery and consciousness through Roz’s evolving ability to love deeply and ethically, transcending her mechanical confines.</w:t>
      </w:r>
      <w:r/>
    </w:p>
    <w:p>
      <w:r/>
      <w:r>
        <w:t>In essence, DreamWorks' “The Wild Robot” offers a poignant storyline that resonates beyond a typical family film through its gentle, yet profound investigation into what it means to truly care. As Roz becomes more than her mere assembly of wires and metal, she embarks on a path that questions whether it is in the pursuit of love and empathy that one might find the real essence of humanity.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https://en.wikipedia.org/wiki/The_Wild_Robot_(2024_film)</w:t>
        </w:r>
      </w:hyperlink>
      <w:r>
        <w:t xml:space="preserve"> - Corroborates the plot of the film, including Roz's journey and her interactions with the island's wildlife, as well as the voice cast and production details.</w:t>
      </w:r>
      <w:r/>
    </w:p>
    <w:p>
      <w:pPr>
        <w:pStyle w:val="ListNumber"/>
        <w:spacing w:line="240" w:lineRule="auto"/>
        <w:ind w:left="720"/>
      </w:pPr>
      <w:r/>
      <w:hyperlink r:id="rId11">
        <w:r>
          <w:rPr>
            <w:color w:val="0000EE"/>
            <w:u w:val="single"/>
          </w:rPr>
          <w:t>https://www.nbcuniversal.com/article/dreamworks-animation-wild-robot-takes-no-1-global-box-office</w:t>
        </w:r>
      </w:hyperlink>
      <w:r>
        <w:t xml:space="preserve"> - Supports the film's global debut, box office performance, and critical reception, including its premiere at the Toronto International Film Festival.</w:t>
      </w:r>
      <w:r/>
    </w:p>
    <w:p>
      <w:pPr>
        <w:pStyle w:val="ListNumber"/>
        <w:spacing w:line="240" w:lineRule="auto"/>
        <w:ind w:left="720"/>
      </w:pPr>
      <w:r/>
      <w:hyperlink r:id="rId12">
        <w:r>
          <w:rPr>
            <w:color w:val="0000EE"/>
            <w:u w:val="single"/>
          </w:rPr>
          <w:t>https://www.peterbrownstudio.com/the-wild-robot-movie/</w:t>
        </w:r>
      </w:hyperlink>
      <w:r>
        <w:t xml:space="preserve"> - Provides details on the film's adaptation from Peter Brown's book, the voice cast, and the director Chris Sanders' involvement.</w:t>
      </w:r>
      <w:r/>
    </w:p>
    <w:p>
      <w:pPr>
        <w:pStyle w:val="ListNumber"/>
        <w:spacing w:line="240" w:lineRule="auto"/>
        <w:ind w:left="720"/>
      </w:pPr>
      <w:r/>
      <w:hyperlink r:id="rId13">
        <w:r>
          <w:rPr>
            <w:color w:val="0000EE"/>
            <w:u w:val="single"/>
          </w:rPr>
          <w:t>https://www.youtube.com/watch?v=67vbA5ZJdKQ</w:t>
        </w:r>
      </w:hyperlink>
      <w:r>
        <w:t xml:space="preserve"> - Offers the official trailer and additional details on the film's storyline, voice cast, and production team.</w:t>
      </w:r>
      <w:r/>
    </w:p>
    <w:p>
      <w:pPr>
        <w:pStyle w:val="ListNumber"/>
        <w:spacing w:line="240" w:lineRule="auto"/>
        <w:ind w:left="720"/>
      </w:pPr>
      <w:r/>
      <w:hyperlink r:id="rId14">
        <w:r>
          <w:rPr>
            <w:color w:val="0000EE"/>
            <w:u w:val="single"/>
          </w:rPr>
          <w:t>https://en.wikipedia.org/wiki/The_Wild_Robot_(2024_film)#Plot</w:t>
        </w:r>
      </w:hyperlink>
      <w:r>
        <w:t xml:space="preserve"> - Details the specific events in the plot, including Roz's activation, her interactions with the animals, and her role in raising the gosling.</w:t>
      </w:r>
      <w:r/>
    </w:p>
    <w:p>
      <w:pPr>
        <w:pStyle w:val="ListNumber"/>
        <w:spacing w:line="240" w:lineRule="auto"/>
        <w:ind w:left="720"/>
      </w:pPr>
      <w:r/>
      <w:hyperlink r:id="rId15">
        <w:r>
          <w:rPr>
            <w:color w:val="0000EE"/>
            <w:u w:val="single"/>
          </w:rPr>
          <w:t>https://www.nbcuniversal.com/article/dreamworks-animation-wild-robot-takes-no-1-global-box-office#DreamWorks_Animation's_'The_Wild_Robot'_Takes_No._1_At_the_Global_Box_Office</w:t>
        </w:r>
      </w:hyperlink>
      <w:r>
        <w:t xml:space="preserve"> - Supports the thematic exploration of the film, including its focus on adaptability, empathy, and the quest for sentience.</w:t>
      </w:r>
      <w:r/>
    </w:p>
    <w:p>
      <w:pPr>
        <w:pStyle w:val="ListNumber"/>
        <w:spacing w:line="240" w:lineRule="auto"/>
        <w:ind w:left="720"/>
      </w:pPr>
      <w:r/>
      <w:hyperlink r:id="rId16">
        <w:r>
          <w:rPr>
            <w:color w:val="0000EE"/>
            <w:u w:val="single"/>
          </w:rPr>
          <w:t>https://www.peterbrownstudio.com/the-wild-robot-movie/#Voice_Cast</w:t>
        </w:r>
      </w:hyperlink>
      <w:r>
        <w:t xml:space="preserve"> - Lists the voice cast, including Lupita Nyong’o, Pedro Pascal, and Catherine O’Hara, and their respective characters.</w:t>
      </w:r>
      <w:r/>
    </w:p>
    <w:p>
      <w:pPr>
        <w:pStyle w:val="ListNumber"/>
        <w:spacing w:line="240" w:lineRule="auto"/>
        <w:ind w:left="720"/>
      </w:pPr>
      <w:r/>
      <w:hyperlink r:id="rId17">
        <w:r>
          <w:rPr>
            <w:color w:val="0000EE"/>
            <w:u w:val="single"/>
          </w:rPr>
          <w:t>https://en.wikipedia.org/wiki/The_Wild_Robot_(2024_film)#Animation_and_design</w:t>
        </w:r>
      </w:hyperlink>
      <w:r>
        <w:t xml:space="preserve"> - Explains the film's unique animation style, which includes a hand-painted aesthetic inspired by classic Disney and Hayao Miyazaki films.</w:t>
      </w:r>
      <w:r/>
    </w:p>
    <w:p>
      <w:pPr>
        <w:pStyle w:val="ListNumber"/>
        <w:spacing w:line="240" w:lineRule="auto"/>
        <w:ind w:left="720"/>
      </w:pPr>
      <w:r/>
      <w:hyperlink r:id="rId18">
        <w:r>
          <w:rPr>
            <w:color w:val="0000EE"/>
            <w:u w:val="single"/>
          </w:rPr>
          <w:t>https://www.youtube.com/watch?v=Z6OjDvosd4A</w:t>
        </w:r>
      </w:hyperlink>
      <w:r>
        <w:t xml:space="preserve"> - Discusses the film as a pivotal moment for DreamWorks Animation, marking the end of an era for in-house production and its artistic significance.</w:t>
      </w:r>
      <w:r/>
    </w:p>
    <w:p>
      <w:pPr>
        <w:pStyle w:val="ListNumber"/>
        <w:spacing w:line="240" w:lineRule="auto"/>
        <w:ind w:left="720"/>
      </w:pPr>
      <w:r/>
      <w:hyperlink r:id="rId19">
        <w:r>
          <w:rPr>
            <w:color w:val="0000EE"/>
            <w:u w:val="single"/>
          </w:rPr>
          <w:t>https://en.wikipedia.org/wiki/The_Wild_Robot_(2024_film)#Development</w:t>
        </w:r>
      </w:hyperlink>
      <w:r>
        <w:t xml:space="preserve"> - Details the development process of the film, including how Chris Sanders encountered the book and his decision to adapt it into a film.</w:t>
      </w:r>
      <w:r/>
    </w:p>
    <w:p>
      <w:pPr>
        <w:pStyle w:val="ListNumber"/>
        <w:spacing w:line="240" w:lineRule="auto"/>
        <w:ind w:left="720"/>
      </w:pPr>
      <w:r/>
      <w:hyperlink r:id="rId20">
        <w:r>
          <w:rPr>
            <w:color w:val="0000EE"/>
            <w:u w:val="single"/>
          </w:rPr>
          <w:t>https://www.nbcuniversal.com/article/dreamworks-animation-wild-robot-takes-no-1-global-box-office#The_Wild_Robot_had_an_exciting_global_debut</w:t>
        </w:r>
      </w:hyperlink>
      <w:r>
        <w:t xml:space="preserve"> - Corroborates the film's critical and commercial success, including its 100% critics score at the Toronto International Film Festival and its current 98% rating on Rotten Tomatoes.</w:t>
      </w:r>
      <w:r/>
    </w:p>
    <w:p>
      <w:pPr>
        <w:pStyle w:val="ListNumber"/>
        <w:spacing w:line="240" w:lineRule="auto"/>
        <w:ind w:left="720"/>
      </w:pPr>
      <w:r/>
      <w:hyperlink r:id="rId21">
        <w:r>
          <w:rPr>
            <w:color w:val="0000EE"/>
            <w:u w:val="single"/>
          </w:rPr>
          <w:t>https://angelusnews.com/arts-culture/wild-robot-review/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The_Wild_Robot_(2024_film)" TargetMode="External"/><Relationship Id="rId11" Type="http://schemas.openxmlformats.org/officeDocument/2006/relationships/hyperlink" Target="https://www.nbcuniversal.com/article/dreamworks-animation-wild-robot-takes-no-1-global-box-office" TargetMode="External"/><Relationship Id="rId12" Type="http://schemas.openxmlformats.org/officeDocument/2006/relationships/hyperlink" Target="https://www.peterbrownstudio.com/the-wild-robot-movie/" TargetMode="External"/><Relationship Id="rId13" Type="http://schemas.openxmlformats.org/officeDocument/2006/relationships/hyperlink" Target="https://www.youtube.com/watch?v=67vbA5ZJdKQ" TargetMode="External"/><Relationship Id="rId14" Type="http://schemas.openxmlformats.org/officeDocument/2006/relationships/hyperlink" Target="https://en.wikipedia.org/wiki/The_Wild_Robot_(2024_film)#Plot" TargetMode="External"/><Relationship Id="rId15" Type="http://schemas.openxmlformats.org/officeDocument/2006/relationships/hyperlink" Target="https://www.nbcuniversal.com/article/dreamworks-animation-wild-robot-takes-no-1-global-box-office#DreamWorks_Animation's_'The_Wild_Robot'_Takes_No._1_At_the_Global_Box_Office" TargetMode="External"/><Relationship Id="rId16" Type="http://schemas.openxmlformats.org/officeDocument/2006/relationships/hyperlink" Target="https://www.peterbrownstudio.com/the-wild-robot-movie/#Voice_Cast" TargetMode="External"/><Relationship Id="rId17" Type="http://schemas.openxmlformats.org/officeDocument/2006/relationships/hyperlink" Target="https://en.wikipedia.org/wiki/The_Wild_Robot_(2024_film)#Animation_and_design" TargetMode="External"/><Relationship Id="rId18" Type="http://schemas.openxmlformats.org/officeDocument/2006/relationships/hyperlink" Target="https://www.youtube.com/watch?v=Z6OjDvosd4A" TargetMode="External"/><Relationship Id="rId19" Type="http://schemas.openxmlformats.org/officeDocument/2006/relationships/hyperlink" Target="https://en.wikipedia.org/wiki/The_Wild_Robot_(2024_film)#Development" TargetMode="External"/><Relationship Id="rId20" Type="http://schemas.openxmlformats.org/officeDocument/2006/relationships/hyperlink" Target="https://www.nbcuniversal.com/article/dreamworks-animation-wild-robot-takes-no-1-global-box-office#The_Wild_Robot_had_an_exciting_global_debut" TargetMode="External"/><Relationship Id="rId21" Type="http://schemas.openxmlformats.org/officeDocument/2006/relationships/hyperlink" Target="https://angelusnews.com/arts-culture/wild-robot-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