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Musk's influence over X amidst US election controversies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Elon Musk's Influence over X Amidst US Election Controversies</w:t>
      </w:r>
      <w:r/>
    </w:p>
    <w:p>
      <w:r/>
      <w:r>
        <w:t>In recent weeks, Elon Musk has drawn significant attention for his use of the social media platform X, formerly known as Twitter, especially amidst ongoing discussions related to the US presidential election. The transformation of X into what can be perceived as Musk's personal platform marks a unique phenomenon in the landscape of social media, where a billionaire is openly utilising a digital tool primarily for political expression and influence.</w:t>
      </w:r>
      <w:r/>
    </w:p>
    <w:p>
      <w:r/>
      <w:r>
        <w:t>During a highly contentious election period in the United States, Musk prompted his followers, a community consisting of over 50,000 people in the "election integrity community," to report purported instances of voter fraud. This forum, according to technology experts, bears a resemblance to conspiracy-driven groups seen in past elections, such as the "Stop the Steal" group from 2020. In what appears to be a parallel to that group, users quickly began circulating posts that sought to offer supposed evidence of electoral misconduct. These posts ranged from images of damaged ballots to videos of postal workers handling mail-in ballots, all accompanied by narratives suggesting voter interference.</w:t>
      </w:r>
      <w:r/>
    </w:p>
    <w:p>
      <w:r/>
      <w:r>
        <w:t>One notable aspect is how these claims are propagated without the factual investigations required to ascertain their validity. Instances of doxing or targeting individuals suspected of interfering with votes have been reported, escalating tensions and complicating the narrative around electoral integrity. This has led to an environment where accusations are made rapidly, often targeting individuals seen in these media, long before any official verification or investigation can occur.</w:t>
      </w:r>
      <w:r/>
    </w:p>
    <w:p>
      <w:r/>
      <w:r>
        <w:t>Musk's influence appears to stretch beyond these forums, as highlighted by a report from the Washington Post, which suggested that among the congressional accounts gaining the most traction on X, Republican voices predominantly reached viral status. This polarisation underscores the broader trend of the platform under Musk’s ownership, reflecting a biased amplification of content that often aligns with right-wing political views.</w:t>
      </w:r>
      <w:r/>
    </w:p>
    <w:p>
      <w:r/>
      <w:r>
        <w:t>Since purchasing the platform for $44 billion, Musk has steered its evolution, prominently featuring his political preferences, such as the restoration of former President Donald Trump's account and the frequent dissemination of pro-Trump content. Observers have noted that this strategic orientation appears to pay off in ways that go beyond traditional financial metrics, with potential long-term implications if Trump reascends to political power.</w:t>
      </w:r>
      <w:r/>
    </w:p>
    <w:p>
      <w:r/>
      <w:r>
        <w:t>As the election draws to a close, analysts anticipate a potential decline in the platform's engagement, as is typical following heightened political seasons. This raises questions about the future role of X in the political digital space and the lasting impact of Musk's influence during this election cycle.</w:t>
      </w:r>
      <w:r/>
    </w:p>
    <w:p>
      <w:r/>
      <w:r>
        <w:rPr>
          <w:b/>
        </w:rPr>
        <w:t>Big Tech Earnings Show Resilience and Growth</w:t>
      </w:r>
      <w:r/>
    </w:p>
    <w:p>
      <w:r/>
      <w:r>
        <w:t>In other news, five major technology companies, colloquially referred to as the "Magnificent Seven," reported promising quarterly earnings that exceeded Wall Street's revenue expectations. These companies, including Google, Microsoft, Meta, Amazon, and Apple, demonstrated robust financial health despite varied stock market reactions.</w:t>
      </w:r>
      <w:r/>
    </w:p>
    <w:p>
      <w:r/>
      <w:r>
        <w:t>A notable takeaway from these earnings reports is the enduring significance of digital advertisements, which remain a critical source of revenue across the internet economy. Major players like Google, Meta, and Amazon have shown that ads continue to underpin their vast financial empires, maintaining steady income streams.</w:t>
      </w:r>
      <w:r/>
    </w:p>
    <w:p>
      <w:r/>
      <w:r>
        <w:t>Additionally, the investment in artificial intelligence (AI) continues to yield significant dividends, particularly in the cloud services sector. Companies such as Google, Microsoft, and Amazon have all invested extensively in AI development, resulting in substantial growth within their cloud businesses. Meta has also benefited, thanks to its implementation of AI technology across various platforms, garnering positive investor responses.</w:t>
      </w:r>
      <w:r/>
    </w:p>
    <w:p>
      <w:r/>
      <w:r>
        <w:t>A surprising standout from these earnings reports is Reddit, which achieved profitability for the first time as a public company, with a remarkable 68% increase in revenue compared to the previous year. Reddit, a significant but smaller player in the digital advertising market, attributes its success to advertiser confidence and burgeoning AI collaborations. These partnerships enable AI companies to license Reddit’s vast dataset of human-authored text, critical for training advanced language models.</w:t>
      </w:r>
      <w:r/>
    </w:p>
    <w:p>
      <w:r/>
      <w:r>
        <w:rPr>
          <w:b/>
        </w:rPr>
        <w:t>Cultural Tides in the World of Online Trends and Entertainment</w:t>
      </w:r>
      <w:r/>
    </w:p>
    <w:p>
      <w:r/>
      <w:r>
        <w:t>On a lighter note, niche Halloween costumes sparked lively online discussions, featuring prominently on platforms like X and Instagram. Users engaged in meme-making centred around hyper-specific costume ideas, often reflecting internet culture's intricate inside jokes. This trend reveals a broader theme of how digital memes influence and shape real-world culture, even amid self-aware critiques from the community.</w:t>
      </w:r>
      <w:r/>
    </w:p>
    <w:p>
      <w:r/>
      <w:r>
        <w:t>Simultaneously, in the realm of music and entertainment, veteran singer Lulu recently marked the culmination of a 60-year career with a farewell tour. The concert showcased her enduring appeal and musical versatility, recounting her extensive career journey, including collaboration with icons and a repertoire that spans multiple genres. Despite shifts in the music industry, Lulu's performance demonstrated her adaptability and resilience, earning her continued admiration from audiences.</w:t>
      </w:r>
      <w:r/>
    </w:p>
    <w:p>
      <w:r/>
      <w:r>
        <w:t>Each of these stories reflects the nuanced interplay of technology, media, and popular culture, illustrating the multiple ways digital platforms influence both political discourse and entertainment trends.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https://fortune.com/2024/10/30/study-shows-elon-musk-tweets-pro-trump-appear-x-users-feeds-within-2-sessions/</w:t>
        </w:r>
      </w:hyperlink>
      <w:r>
        <w:t xml:space="preserve"> - Corroborates Elon Musk's use of X to promote pro-Trump content and his influence on the platform's algorithm to ensure his tweets appear in users' feeds.</w:t>
      </w:r>
      <w:r/>
    </w:p>
    <w:p>
      <w:pPr>
        <w:pStyle w:val="ListNumber"/>
        <w:spacing w:line="240" w:lineRule="auto"/>
        <w:ind w:left="720"/>
      </w:pPr>
      <w:r/>
      <w:hyperlink r:id="rId11">
        <w:r>
          <w:rPr>
            <w:color w:val="0000EE"/>
            <w:u w:val="single"/>
          </w:rPr>
          <w:t>https://abcnews.go.com/Politics/elon-musk-impact-wins-pennsylvania-experts-weigh/story?id=115363237</w:t>
        </w:r>
      </w:hyperlink>
      <w:r>
        <w:t xml:space="preserve"> - Details Elon Musk's campaign efforts in Pennsylvania, including his use of X for political posts and his involvement in town halls and sweepstakes.</w:t>
      </w:r>
      <w:r/>
    </w:p>
    <w:p>
      <w:pPr>
        <w:pStyle w:val="ListNumber"/>
        <w:spacing w:line="240" w:lineRule="auto"/>
        <w:ind w:left="720"/>
      </w:pPr>
      <w:r/>
      <w:hyperlink r:id="rId11">
        <w:r>
          <w:rPr>
            <w:color w:val="0000EE"/>
            <w:u w:val="single"/>
          </w:rPr>
          <w:t>https://abcnews.go.com/Politics/elon-musk-impact-wins-pennsylvania-experts-weigh/story?id=115363237</w:t>
        </w:r>
      </w:hyperlink>
      <w:r>
        <w:t xml:space="preserve"> - Discusses Musk's spreading of misleading election-related posts and his accusations against Democrats, highlighting the controversial nature of his political influence on X.</w:t>
      </w:r>
      <w:r/>
    </w:p>
    <w:p>
      <w:pPr>
        <w:pStyle w:val="ListNumber"/>
        <w:spacing w:line="240" w:lineRule="auto"/>
        <w:ind w:left="720"/>
      </w:pPr>
      <w:r/>
      <w:hyperlink r:id="rId10">
        <w:r>
          <w:rPr>
            <w:color w:val="0000EE"/>
            <w:u w:val="single"/>
          </w:rPr>
          <w:t>https://fortune.com/2024/10/30/study-shows-elon-musk-tweets-pro-trump-appear-x-users-feeds-within-2-sessions/</w:t>
        </w:r>
      </w:hyperlink>
      <w:r>
        <w:t xml:space="preserve"> - Explains how Musk has restored banned accounts and reduced content moderation, leading to an increase in political and often controversial content on X.</w:t>
      </w:r>
      <w:r/>
    </w:p>
    <w:p>
      <w:pPr>
        <w:pStyle w:val="ListNumber"/>
        <w:spacing w:line="240" w:lineRule="auto"/>
        <w:ind w:left="720"/>
      </w:pPr>
      <w:r/>
      <w:hyperlink r:id="rId12">
        <w:r>
          <w:rPr>
            <w:color w:val="0000EE"/>
            <w:u w:val="single"/>
          </w:rPr>
          <w:t>https://www.politico.com/news/2024/11/05/elon-musk-trump-twitter-x-election-00187467</w:t>
        </w:r>
      </w:hyperlink>
      <w:r>
        <w:t xml:space="preserve"> - Analyzes Musk's use of X as a partisan tool, comparing it to other social media platforms and discussing the legal and ethical implications of his actions.</w:t>
      </w:r>
      <w:r/>
    </w:p>
    <w:p>
      <w:pPr>
        <w:pStyle w:val="ListNumber"/>
        <w:spacing w:line="240" w:lineRule="auto"/>
        <w:ind w:left="720"/>
      </w:pPr>
      <w:r/>
      <w:hyperlink r:id="rId10">
        <w:r>
          <w:rPr>
            <w:color w:val="0000EE"/>
            <w:u w:val="single"/>
          </w:rPr>
          <w:t>https://fortune.com/2024/10/30/study-shows-elon-musk-tweets-pro-trump-appear-x-users-feeds-within-2-sessions/</w:t>
        </w:r>
      </w:hyperlink>
      <w:r>
        <w:t xml:space="preserve"> - Highlights the significant presence of pro-Trump content in user feeds on X, despite users not engaging with such content, and the potential long-term impact on public opinion.</w:t>
      </w:r>
      <w:r/>
    </w:p>
    <w:p>
      <w:pPr>
        <w:pStyle w:val="ListNumber"/>
        <w:spacing w:line="240" w:lineRule="auto"/>
        <w:ind w:left="720"/>
      </w:pPr>
      <w:r/>
      <w:hyperlink r:id="rId11">
        <w:r>
          <w:rPr>
            <w:color w:val="0000EE"/>
            <w:u w:val="single"/>
          </w:rPr>
          <w:t>https://abcnews.go.com/Politics/elon-musk-impact-wins-pennsylvania-experts-weigh/story?id=115363237</w:t>
        </w:r>
      </w:hyperlink>
      <w:r>
        <w:t xml:space="preserve"> - Mentions Musk's financial support for Trump, including donations and a $1 million sweepstakes, and the legal challenges associated with these actions.</w:t>
      </w:r>
      <w:r/>
    </w:p>
    <w:p>
      <w:pPr>
        <w:pStyle w:val="ListNumber"/>
        <w:spacing w:line="240" w:lineRule="auto"/>
        <w:ind w:left="720"/>
      </w:pPr>
      <w:r/>
      <w:hyperlink r:id="rId12">
        <w:r>
          <w:rPr>
            <w:color w:val="0000EE"/>
            <w:u w:val="single"/>
          </w:rPr>
          <w:t>https://www.politico.com/news/2024/11/05/elon-musk-trump-twitter-x-election-00187467</w:t>
        </w:r>
      </w:hyperlink>
      <w:r>
        <w:t xml:space="preserve"> - Discusses the potential political backlash against Musk's use of X to favor one candidate over another and the broader implications for social media's role in politics.</w:t>
      </w:r>
      <w:r/>
    </w:p>
    <w:p>
      <w:pPr>
        <w:pStyle w:val="ListNumber"/>
        <w:spacing w:line="240" w:lineRule="auto"/>
        <w:ind w:left="720"/>
      </w:pPr>
      <w:r/>
      <w:hyperlink r:id="rId10">
        <w:r>
          <w:rPr>
            <w:color w:val="0000EE"/>
            <w:u w:val="single"/>
          </w:rPr>
          <w:t>https://fortune.com/2024/10/30/study-shows-elon-musk-tweets-pro-trump-appear-x-users-feeds-within-2-sessions/</w:t>
        </w:r>
      </w:hyperlink>
      <w:r>
        <w:t xml:space="preserve"> - Details the impact of Musk's tweets on the platform, including the propagation of misleading claims and the polarized nature of the content on X.</w:t>
      </w:r>
      <w:r/>
    </w:p>
    <w:p>
      <w:pPr>
        <w:pStyle w:val="ListNumber"/>
        <w:spacing w:line="240" w:lineRule="auto"/>
        <w:ind w:left="720"/>
      </w:pPr>
      <w:r/>
      <w:hyperlink r:id="rId11">
        <w:r>
          <w:rPr>
            <w:color w:val="0000EE"/>
            <w:u w:val="single"/>
          </w:rPr>
          <w:t>https://abcnews.go.com/Politics/elon-musk-impact-wins-pennsylvania-experts-weigh/story?id=115363237</w:t>
        </w:r>
      </w:hyperlink>
      <w:r>
        <w:t xml:space="preserve"> - Provides context on Musk's town hall events and his emphasis on Pennsylvania's role in the election, further illustrating his active engagement in political campaigning through X.</w:t>
      </w:r>
      <w:r/>
    </w:p>
    <w:p>
      <w:pPr>
        <w:pStyle w:val="ListNumber"/>
        <w:spacing w:line="240" w:lineRule="auto"/>
        <w:ind w:left="720"/>
      </w:pPr>
      <w:r/>
      <w:hyperlink r:id="rId12">
        <w:r>
          <w:rPr>
            <w:color w:val="0000EE"/>
            <w:u w:val="single"/>
          </w:rPr>
          <w:t>https://www.politico.com/news/2024/11/05/elon-musk-trump-twitter-x-election-00187467</w:t>
        </w:r>
      </w:hyperlink>
      <w:r>
        <w:t xml:space="preserve"> - Explains the contrast between Musk's approach to X and other social media platforms, highlighting the unique nature of his influence and the potential costs and benefits associated with it.</w:t>
      </w:r>
      <w:r/>
    </w:p>
    <w:p>
      <w:pPr>
        <w:pStyle w:val="ListNumber"/>
        <w:spacing w:line="240" w:lineRule="auto"/>
        <w:ind w:left="720"/>
      </w:pPr>
      <w:r/>
      <w:hyperlink r:id="rId13">
        <w:r>
          <w:rPr>
            <w:color w:val="0000EE"/>
            <w:u w:val="single"/>
          </w:rPr>
          <w:t>https://www.theguardian.com/technology/2024/nov/04/elon-musk-x-network-donald-trump</w:t>
        </w:r>
      </w:hyperlink>
      <w:r>
        <w:t xml:space="preserve"> - Please view link - unable to able to access data</w:t>
      </w:r>
      <w:r/>
    </w:p>
    <w:p>
      <w:pPr>
        <w:pStyle w:val="ListNumber"/>
        <w:spacing w:line="240" w:lineRule="auto"/>
        <w:ind w:left="720"/>
      </w:pPr>
      <w:r/>
      <w:hyperlink r:id="rId14">
        <w:r>
          <w:rPr>
            <w:color w:val="0000EE"/>
            <w:u w:val="single"/>
          </w:rPr>
          <w:t>https://www.theguardian.com/music/2024/nov/05/lulu-review-farewell-tour-guildhall-portsmouth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4/10/30/study-shows-elon-musk-tweets-pro-trump-appear-x-users-feeds-within-2-sessions/" TargetMode="External"/><Relationship Id="rId11" Type="http://schemas.openxmlformats.org/officeDocument/2006/relationships/hyperlink" Target="https://abcnews.go.com/Politics/elon-musk-impact-wins-pennsylvania-experts-weigh/story?id=115363237" TargetMode="External"/><Relationship Id="rId12" Type="http://schemas.openxmlformats.org/officeDocument/2006/relationships/hyperlink" Target="https://www.politico.com/news/2024/11/05/elon-musk-trump-twitter-x-election-00187467" TargetMode="External"/><Relationship Id="rId13" Type="http://schemas.openxmlformats.org/officeDocument/2006/relationships/hyperlink" Target="https://www.theguardian.com/technology/2024/nov/04/elon-musk-x-network-donald-trump" TargetMode="External"/><Relationship Id="rId14" Type="http://schemas.openxmlformats.org/officeDocument/2006/relationships/hyperlink" Target="https://www.theguardian.com/music/2024/nov/05/lulu-review-farewell-tour-guildhall-portsmou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