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FORTEC Integrated launches advanced single-board computer for edge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FORTEC Integrated, a leading company in advanced technology solutions, has released a cutting-edge single-board computer (SBC), the IB962, designed specifically for edge applications. This announcement marks a significant advancement in the field of edge computing technology, as the IB962 is built to handle demanding artificial intelligence (AI) tasks while maintaining energy efficiency. This is achieved through the integration of the latest Intel® Core™ Ultra Meteor Lake processor.</w:t>
      </w:r>
      <w:r/>
    </w:p>
    <w:p>
      <w:r/>
      <w:r>
        <w:t>The innovative design of the IB962 includes the Intel Arc™ GPU and a newly integrated Vision Processing Unit (VPU), which collectively enhance the processing of image and video data directly on the device. This not only provides superior visual output but also optimises energy utilisation—critical factors for emerging applications in industrial and medical sectors, where high-quality real-time data processing is crucial.</w:t>
      </w:r>
      <w:r/>
    </w:p>
    <w:p>
      <w:r/>
      <w:r>
        <w:t>The IB962 is equipped with an extensive variety of connectivity options suited for high-resolution displays, such as HDMI, DisplayPort, LVDS, and Embedded DisplayPort (eDP). This makes it highly compatible for AI-driven visualisation tasks which are essential in scenarios like industrial automation for quality control and medical imaging analysis.</w:t>
      </w:r>
      <w:r/>
    </w:p>
    <w:p>
      <w:r/>
      <w:r>
        <w:t>For those requiring varied processing capacities, the IB962 model comes with Intel® Core™ Ultra 7 and Ultra 5 Meteor Lake-U/H processor variants. This allows it to cater to a broad spectrum of processing demands, all within a compact frame of 102 x 147 mm. Furthermore, this SBC can support up to 64 GB of DDR5 memory, accommodating the rapid processing of substantial data quantities and facilitating advanced multitasking capabilities.</w:t>
      </w:r>
      <w:r/>
    </w:p>
    <w:p>
      <w:r/>
      <w:r>
        <w:t>A standout feature of the IB962 is its edge AI capability, which processes data locally, reducing reliance on external servers or cloud-based infrastructures. This ‘edge’ data processing significantly reduces latency, cuts down on operational costs, and notably strengthens data security by minimising the risk of third-party data access. The device also offers fast analytical insights and rapid response times, assisting businesses in meeting stringent data protection regulations. Additionally, its edge-based design helps conserve energy by transmitting only essential data back to central servers, thus reducing overall power consumption.</w:t>
      </w:r>
      <w:r/>
    </w:p>
    <w:p>
      <w:r/>
      <w:r>
        <w:t>FORTEC Integrated provides a wide array of accessories to fit alongside the IB962 series, such as displays, touchscreens, solid-state drives (SSDs), and power supply options, ensuring robust and comprehensive solutions for its users. For software convenience, boards can optionally come with Windows 10 or 11 IoT Enterprise LTSC pre-installed. Additionally, FORTEC offers extensive support services, including consulting, BIOS customisation, and design-in support, ensuring users have the necessary assistance in integrating these technologies.</w:t>
      </w:r>
      <w:r/>
    </w:p>
    <w:p>
      <w:r/>
      <w:r>
        <w:t>This new development by FORTEC Integrated highlights significant advancements in the realm of edge computing, setting a high benchmark for future technology solutions geared towards rendering intensive AI applications with improved efficiency and 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https://www.fortec-integrated.de/en/news/detail/powerful-ai-capabilities-with-14th-gen-intelr-coretm-ultra-processor/</w:t>
        </w:r>
      </w:hyperlink>
      <w:r>
        <w:t xml:space="preserve"> - Corroborates the release of the IB962 SBC by FORTEC Integrated and its integration with Intel® Core™ Ultra Meteor Lake processors for edge AI applications.</w:t>
      </w:r>
      <w:r/>
    </w:p>
    <w:p>
      <w:pPr>
        <w:pStyle w:val="ListNumber"/>
        <w:spacing w:line="240" w:lineRule="auto"/>
        <w:ind w:left="720"/>
      </w:pPr>
      <w:r/>
      <w:hyperlink r:id="rId11">
        <w:r>
          <w:rPr>
            <w:color w:val="0000EE"/>
            <w:u w:val="single"/>
          </w:rPr>
          <w:t>https://www.fortec-integrated.de/en/products/embedded/single-board-computer/detail/ibase/ib962/</w:t>
        </w:r>
      </w:hyperlink>
      <w:r>
        <w:t xml:space="preserve"> - Provides technical details about the IB962, including the use of Intel® Core™ Ultra 7/5 100 Series processors and various connectivity options.</w:t>
      </w:r>
      <w:r/>
    </w:p>
    <w:p>
      <w:pPr>
        <w:pStyle w:val="ListNumber"/>
        <w:spacing w:line="240" w:lineRule="auto"/>
        <w:ind w:left="720"/>
      </w:pPr>
      <w:r/>
      <w:hyperlink r:id="rId12">
        <w:r>
          <w:rPr>
            <w:color w:val="0000EE"/>
            <w:u w:val="single"/>
          </w:rPr>
          <w:t>https://www.ibase.com.tw/en/product/category/Embedded_Computing/Single_Board_Computer/x86_based_3_5_Single_Board_Computer/IB962</w:t>
        </w:r>
      </w:hyperlink>
      <w:r>
        <w:t xml:space="preserve"> - Details the IB962's specifications, including the Intel Arc™ GPU, Vision Processing Unit (VPU), and extensive display capabilities like HDMI, DP++, LVDS, and eDP.</w:t>
      </w:r>
      <w:r/>
    </w:p>
    <w:p>
      <w:pPr>
        <w:pStyle w:val="ListNumber"/>
        <w:spacing w:line="240" w:lineRule="auto"/>
        <w:ind w:left="720"/>
      </w:pPr>
      <w:r/>
      <w:hyperlink r:id="rId12">
        <w:r>
          <w:rPr>
            <w:color w:val="0000EE"/>
            <w:u w:val="single"/>
          </w:rPr>
          <w:t>https://www.ibase.com.tw/en/product/category/Embedded_Computing/Single_Board_Computer/x86_based_3_5_Single_Board_Computer/IB962</w:t>
        </w:r>
      </w:hyperlink>
      <w:r>
        <w:t xml:space="preserve"> - Confirms the availability of Intel® Core™ Ultra 7 and Ultra 5 Meteor Lake-U/H processor variants and the support for up to 64 GB of DDR5 memory.</w:t>
      </w:r>
      <w:r/>
    </w:p>
    <w:p>
      <w:pPr>
        <w:pStyle w:val="ListNumber"/>
        <w:spacing w:line="240" w:lineRule="auto"/>
        <w:ind w:left="720"/>
      </w:pPr>
      <w:r/>
      <w:hyperlink r:id="rId13">
        <w:r>
          <w:rPr>
            <w:color w:val="0000EE"/>
            <w:u w:val="single"/>
          </w:rPr>
          <w:t>https://www.embedded.com/fortec-integrated-introduces-the-high-performance-ai-enabled-single-board-computer-sbc-ib962-for-edge-applications</w:t>
        </w:r>
      </w:hyperlink>
      <w:r>
        <w:t xml:space="preserve"> - Supports the edge AI capability of the IB962, highlighting its ability to process data locally and reduce reliance on external servers or cloud-based infrastructures.</w:t>
      </w:r>
      <w:r/>
    </w:p>
    <w:p>
      <w:pPr>
        <w:pStyle w:val="ListNumber"/>
        <w:spacing w:line="240" w:lineRule="auto"/>
        <w:ind w:left="720"/>
      </w:pPr>
      <w:r/>
      <w:hyperlink r:id="rId12">
        <w:r>
          <w:rPr>
            <w:color w:val="0000EE"/>
            <w:u w:val="single"/>
          </w:rPr>
          <w:t>https://www.ibase.com.tw/en/product/category/Embedded_Computing/Single_Board_Computer/x86_based_3_5_Single_Board_Computer/IB962</w:t>
        </w:r>
      </w:hyperlink>
      <w:r>
        <w:t xml:space="preserve"> - Details the compact dimensions of the IB962 (102 x 147 mm) and its various I/O options, including USB 3.2, USB 2.0, SATA III, and M.2 slots.</w:t>
      </w:r>
      <w:r/>
    </w:p>
    <w:p>
      <w:pPr>
        <w:pStyle w:val="ListNumber"/>
        <w:spacing w:line="240" w:lineRule="auto"/>
        <w:ind w:left="720"/>
      </w:pPr>
      <w:r/>
      <w:hyperlink r:id="rId14">
        <w:r>
          <w:rPr>
            <w:color w:val="0000EE"/>
            <w:u w:val="single"/>
          </w:rPr>
          <w:t>https://www.pressebox.com/pressrelease/distec-gmbh-0/fortec-integrated-expands-portfolio-with-the-high-performance-ai-enabled-single-board-computer-ib962-for-edge-applications/boxid/1223213</w:t>
        </w:r>
      </w:hyperlink>
      <w:r>
        <w:t xml:space="preserve"> - Highlights the energy efficiency and high computing power of the IB962, making it suitable for demanding AI applications in various sectors.</w:t>
      </w:r>
      <w:r/>
    </w:p>
    <w:p>
      <w:pPr>
        <w:pStyle w:val="ListNumber"/>
        <w:spacing w:line="240" w:lineRule="auto"/>
        <w:ind w:left="720"/>
      </w:pPr>
      <w:r/>
      <w:hyperlink r:id="rId12">
        <w:r>
          <w:rPr>
            <w:color w:val="0000EE"/>
            <w:u w:val="single"/>
          </w:rPr>
          <w:t>https://www.ibase.com.tw/en/product/category/Embedded_Computing/Single_Board_Computer/x86_based_3_5_Single_Board_Computer/IB962</w:t>
        </w:r>
      </w:hyperlink>
      <w:r>
        <w:t xml:space="preserve"> - Corroborates the availability of accessories and support services by FORTEC Integrated, including displays, touchscreens, SSDs, and power supply options.</w:t>
      </w:r>
      <w:r/>
    </w:p>
    <w:p>
      <w:pPr>
        <w:pStyle w:val="ListNumber"/>
        <w:spacing w:line="240" w:lineRule="auto"/>
        <w:ind w:left="720"/>
      </w:pPr>
      <w:r/>
      <w:hyperlink r:id="rId12">
        <w:r>
          <w:rPr>
            <w:color w:val="0000EE"/>
            <w:u w:val="single"/>
          </w:rPr>
          <w:t>https://www.ibase.com.tw/en/product/category/Embedded_Computing/Single_Board_Computer/x86_based_3_5_Single_Board_Computer/IB962</w:t>
        </w:r>
      </w:hyperlink>
      <w:r>
        <w:t xml:space="preserve"> - Details the software options, such as Windows 10 or 11 IoT Enterprise LTSC pre-installed, and the extensive support services including consulting and BIOS customisation.</w:t>
      </w:r>
      <w:r/>
    </w:p>
    <w:p>
      <w:pPr>
        <w:pStyle w:val="ListNumber"/>
        <w:spacing w:line="240" w:lineRule="auto"/>
        <w:ind w:left="720"/>
      </w:pPr>
      <w:r/>
      <w:hyperlink r:id="rId13">
        <w:r>
          <w:rPr>
            <w:color w:val="0000EE"/>
            <w:u w:val="single"/>
          </w:rPr>
          <w:t>https://www.embedded.com/fortec-integrated-introduces-the-high-performance-ai-enabled-single-board-computer-sbc-ib962-for-edge-applications</w:t>
        </w:r>
      </w:hyperlink>
      <w:r>
        <w:t xml:space="preserve"> - Supports the significance of the IB962 in advancing edge computing technology, particularly for intensive AI applications with improved efficiency and security.</w:t>
      </w:r>
      <w:r/>
    </w:p>
    <w:p>
      <w:pPr>
        <w:pStyle w:val="ListNumber"/>
        <w:spacing w:line="240" w:lineRule="auto"/>
        <w:ind w:left="720"/>
      </w:pPr>
      <w:r/>
      <w:hyperlink r:id="rId11">
        <w:r>
          <w:rPr>
            <w:color w:val="0000EE"/>
            <w:u w:val="single"/>
          </w:rPr>
          <w:t>https://www.fortec-integrated.de/en/products/embedded/single-board-computer/detail/ibase/ib962/</w:t>
        </w:r>
      </w:hyperlink>
      <w:r>
        <w:t xml:space="preserve"> - Provides additional technical specifications and features of the IB962, reinforcing its suitability for industrial and medical sectors.</w:t>
      </w:r>
      <w:r/>
    </w:p>
    <w:p>
      <w:pPr>
        <w:pStyle w:val="ListNumber"/>
        <w:spacing w:line="240" w:lineRule="auto"/>
        <w:ind w:left="720"/>
      </w:pPr>
      <w:r/>
      <w:hyperlink r:id="rId15">
        <w:r>
          <w:rPr>
            <w:color w:val="0000EE"/>
            <w:u w:val="single"/>
          </w:rPr>
          <w:t>https://www.embedded.com/fortec-integrated-introduces-the-high-performance-ai-enabled-single-board-computer-sbc-ib962-for-edge-applications/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tec-integrated.de/en/news/detail/powerful-ai-capabilities-with-14th-gen-intelr-coretm-ultra-processor/" TargetMode="External"/><Relationship Id="rId11" Type="http://schemas.openxmlformats.org/officeDocument/2006/relationships/hyperlink" Target="https://www.fortec-integrated.de/en/products/embedded/single-board-computer/detail/ibase/ib962/" TargetMode="External"/><Relationship Id="rId12" Type="http://schemas.openxmlformats.org/officeDocument/2006/relationships/hyperlink" Target="https://www.ibase.com.tw/en/product/category/Embedded_Computing/Single_Board_Computer/x86_based_3_5_Single_Board_Computer/IB962" TargetMode="External"/><Relationship Id="rId13" Type="http://schemas.openxmlformats.org/officeDocument/2006/relationships/hyperlink" Target="https://www.embedded.com/fortec-integrated-introduces-the-high-performance-ai-enabled-single-board-computer-sbc-ib962-for-edge-applications" TargetMode="External"/><Relationship Id="rId14" Type="http://schemas.openxmlformats.org/officeDocument/2006/relationships/hyperlink" Target="https://www.pressebox.com/pressrelease/distec-gmbh-0/fortec-integrated-expands-portfolio-with-the-high-performance-ai-enabled-single-board-computer-ib962-for-edge-applications/boxid/1223213" TargetMode="External"/><Relationship Id="rId15" Type="http://schemas.openxmlformats.org/officeDocument/2006/relationships/hyperlink" Target="https://www.embedded.com/fortec-integrated-introduces-the-high-performance-ai-enabled-single-board-computer-sbc-ib962-for-edge-appl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