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unveils AI Teammate to enhance workplace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introduced its vision for an AI-powered virtual assistant named "AI Teammate" during its annual developer conference, Google I/O 2024. This new tool aims to enhance productivity by acting as a team-wide assistant, focusing on facilitating tasks like data analysis, project monitoring, and team collaboration within Google Workspace.</w:t>
      </w:r>
      <w:r/>
    </w:p>
    <w:p>
      <w:r/>
      <w:r>
        <w:t>The AI Teammate is poised to integrate into Google Workspace, an enhanced version of Google’s suite of productivity tools tailored for corporations and businesses. While AI Teammate shares the Gemini AI framework, it functions quite differently, not acting as a replacement chatbot but rather as a supportive virtual coworker with its own set of responsibilities.</w:t>
      </w:r>
      <w:r/>
    </w:p>
    <w:p>
      <w:r/>
      <w:r>
        <w:t>Demonstrated in a Google Workspace environment during the conference, AI Teammate's main role is to aid in streamlining workplace tasks. It can provide updates on project milestones, create summaries of discussions, and generate suggestions, all while maintaining transparency by sourcing where its information comes from. However, the prototype does not seem designed to replace managerial roles or make decisions that are traditionally human-led, such as delegating tasks.</w:t>
      </w:r>
      <w:r/>
    </w:p>
    <w:p>
      <w:r/>
      <w:r>
        <w:t>Sundar Pichai, CEO of Google, described AI Teammate as part of an emerging category of "AI agents," which he characterizes as intelligent systems capable of reasoning, planning, and working across various software and systems. These systems aim to handle tedious tasks under user supervision, demonstrating early steps toward deeper AI integration in digital workspaces.</w:t>
      </w:r>
      <w:r/>
    </w:p>
    <w:p>
      <w:r/>
      <w:r>
        <w:t>As of November 2024, AI Teammate is not yet released, with Google indicating it remains in a prototype stage. Aparna Pappu, Vice President and General Manager of Google Workspace, hinted at the company's ambitions to integrate such comprehensive AI functionalities into their platforms by 2025 and beyond. The current development seems aligned with longer-term goals rather than immediate deployment.</w:t>
      </w:r>
      <w:r/>
    </w:p>
    <w:p>
      <w:r/>
      <w:r>
        <w:t>The potential impact of AI Teammate, like other AI developments, raises questions about the future of work and employment. Historically, technologies like automation have replaced certain jobs, but they have also paved the way for new opportunities. AI Teammate is designed to assist with digitised tasks that are often repetitive and time-consuming for humans.</w:t>
      </w:r>
      <w:r/>
    </w:p>
    <w:p>
      <w:r/>
      <w:r>
        <w:t>The discussion around AI tools in the workplace continues to balance between innovation in productivity and the responsibilities humans retain in making critical decisions. With AI Teammate, Google seems to be crafting a tool that augments human capabilities rather than substitutes them, positioning it as an essential helper rather than a replacement for human intelligence and judgement in the workplace.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https://www.androidpolice.com/google-ai-teammate-guide/</w:t>
        </w:r>
      </w:hyperlink>
      <w:r>
        <w:t xml:space="preserve"> - Corroborates the introduction of AI Teammate at Google I/O 2024, its integration into Google Workspace, and its roles in data analysis, project monitoring, and team collaboration.</w:t>
      </w:r>
      <w:r/>
    </w:p>
    <w:p>
      <w:pPr>
        <w:pStyle w:val="ListNumber"/>
        <w:spacing w:line="240" w:lineRule="auto"/>
        <w:ind w:left="720"/>
      </w:pPr>
      <w:r/>
      <w:hyperlink r:id="rId10">
        <w:r>
          <w:rPr>
            <w:color w:val="0000EE"/>
            <w:u w:val="single"/>
          </w:rPr>
          <w:t>https://www.androidpolice.com/google-ai-teammate-guide/</w:t>
        </w:r>
      </w:hyperlink>
      <w:r>
        <w:t xml:space="preserve"> - Explains that AI Teammate is not a replacement for Gemini but a supportive virtual coworker with its own responsibilities and how it aids in streamlining workplace tasks.</w:t>
      </w:r>
      <w:r/>
    </w:p>
    <w:p>
      <w:pPr>
        <w:pStyle w:val="ListNumber"/>
        <w:spacing w:line="240" w:lineRule="auto"/>
        <w:ind w:left="720"/>
      </w:pPr>
      <w:r/>
      <w:hyperlink r:id="rId11">
        <w:r>
          <w:rPr>
            <w:color w:val="0000EE"/>
            <w:u w:val="single"/>
          </w:rPr>
          <w:t>https://mashable.com/article/google-io-2024-ai-teammate</w:t>
        </w:r>
      </w:hyperlink>
      <w:r>
        <w:t xml:space="preserve"> - Details AI Teammate's ability to integrate into group chats, emails, and documents, and its role in building a collective knowledge base from shared team information.</w:t>
      </w:r>
      <w:r/>
    </w:p>
    <w:p>
      <w:pPr>
        <w:pStyle w:val="ListNumber"/>
        <w:spacing w:line="240" w:lineRule="auto"/>
        <w:ind w:left="720"/>
      </w:pPr>
      <w:r/>
      <w:hyperlink r:id="rId11">
        <w:r>
          <w:rPr>
            <w:color w:val="0000EE"/>
            <w:u w:val="single"/>
          </w:rPr>
          <w:t>https://mashable.com/article/google-io-2024-ai-teammate</w:t>
        </w:r>
      </w:hyperlink>
      <w:r>
        <w:t xml:space="preserve"> - Describes AI Teammate's functionality in providing updates on project milestones, creating summaries, and generating suggestions, while maintaining transparency.</w:t>
      </w:r>
      <w:r/>
    </w:p>
    <w:p>
      <w:pPr>
        <w:pStyle w:val="ListNumber"/>
        <w:spacing w:line="240" w:lineRule="auto"/>
        <w:ind w:left="720"/>
      </w:pPr>
      <w:r/>
      <w:hyperlink r:id="rId10">
        <w:r>
          <w:rPr>
            <w:color w:val="0000EE"/>
            <w:u w:val="single"/>
          </w:rPr>
          <w:t>https://www.androidpolice.com/google-ai-teammate-guide/</w:t>
        </w:r>
      </w:hyperlink>
      <w:r>
        <w:t xml:space="preserve"> - Clarifies that AI Teammate does not replace managerial roles or make decisions traditionally handled by humans, such as delegating tasks.</w:t>
      </w:r>
      <w:r/>
    </w:p>
    <w:p>
      <w:pPr>
        <w:pStyle w:val="ListNumber"/>
        <w:spacing w:line="240" w:lineRule="auto"/>
        <w:ind w:left="720"/>
      </w:pPr>
      <w:r/>
      <w:hyperlink r:id="rId10">
        <w:r>
          <w:rPr>
            <w:color w:val="0000EE"/>
            <w:u w:val="single"/>
          </w:rPr>
          <w:t>https://www.androidpolice.com/google-ai-teammate-guide/</w:t>
        </w:r>
      </w:hyperlink>
      <w:r>
        <w:t xml:space="preserve"> - Quotes Sundar Pichai describing AI Teammate as part of the emerging category of 'AI agents' capable of reasoning, planning, and working across various software and systems.</w:t>
      </w:r>
      <w:r/>
    </w:p>
    <w:p>
      <w:pPr>
        <w:pStyle w:val="ListNumber"/>
        <w:spacing w:line="240" w:lineRule="auto"/>
        <w:ind w:left="720"/>
      </w:pPr>
      <w:r/>
      <w:hyperlink r:id="rId12">
        <w:r>
          <w:rPr>
            <w:color w:val="0000EE"/>
            <w:u w:val="single"/>
          </w:rPr>
          <w:t>https://mashable.com/article/google-io-2024-everything-announced</w:t>
        </w:r>
      </w:hyperlink>
      <w:r>
        <w:t xml:space="preserve"> - Provides context on AI agents and their role in handling tedious tasks under user supervision, as described by Sundar Pichai.</w:t>
      </w:r>
      <w:r/>
    </w:p>
    <w:p>
      <w:pPr>
        <w:pStyle w:val="ListNumber"/>
        <w:spacing w:line="240" w:lineRule="auto"/>
        <w:ind w:left="720"/>
      </w:pPr>
      <w:r/>
      <w:hyperlink r:id="rId10">
        <w:r>
          <w:rPr>
            <w:color w:val="0000EE"/>
            <w:u w:val="single"/>
          </w:rPr>
          <w:t>https://www.androidpolice.com/google-ai-teammate-guide/</w:t>
        </w:r>
      </w:hyperlink>
      <w:r>
        <w:t xml:space="preserve"> - Confirms that AI Teammate is not yet released and remains in a prototype stage, with a potential release hinted at by 2025 and beyond.</w:t>
      </w:r>
      <w:r/>
    </w:p>
    <w:p>
      <w:pPr>
        <w:pStyle w:val="ListNumber"/>
        <w:spacing w:line="240" w:lineRule="auto"/>
        <w:ind w:left="720"/>
      </w:pPr>
      <w:r/>
      <w:hyperlink r:id="rId13">
        <w:r>
          <w:rPr>
            <w:color w:val="0000EE"/>
            <w:u w:val="single"/>
          </w:rPr>
          <w:t>https://aieducation.substack.com/p/a-guide-to-google-io-2024</w:t>
        </w:r>
      </w:hyperlink>
      <w:r>
        <w:t xml:space="preserve"> - Supports the idea that AI Teammate is part of Google's long-term vision for integrating comprehensive AI functionalities into their platforms.</w:t>
      </w:r>
      <w:r/>
    </w:p>
    <w:p>
      <w:pPr>
        <w:pStyle w:val="ListNumber"/>
        <w:spacing w:line="240" w:lineRule="auto"/>
        <w:ind w:left="720"/>
      </w:pPr>
      <w:r/>
      <w:hyperlink r:id="rId14">
        <w:r>
          <w:rPr>
            <w:color w:val="0000EE"/>
            <w:u w:val="single"/>
          </w:rPr>
          <w:t>https://www.theverge.com/2024/5/14/24156638/learn-to-work-with-your-ai-teammate</w:t>
        </w:r>
      </w:hyperlink>
      <w:r>
        <w:t xml:space="preserve"> - Discusses the potential impact of AI Teammate on the future of work and employment, highlighting its role in assisting with digitized tasks.</w:t>
      </w:r>
      <w:r/>
    </w:p>
    <w:p>
      <w:pPr>
        <w:pStyle w:val="ListNumber"/>
        <w:spacing w:line="240" w:lineRule="auto"/>
        <w:ind w:left="720"/>
      </w:pPr>
      <w:r/>
      <w:hyperlink r:id="rId11">
        <w:r>
          <w:rPr>
            <w:color w:val="0000EE"/>
            <w:u w:val="single"/>
          </w:rPr>
          <w:t>https://mashable.com/article/google-io-2024-ai-teammate</w:t>
        </w:r>
      </w:hyperlink>
      <w:r>
        <w:t xml:space="preserve"> - Emphasizes that AI Teammate is designed to augment human capabilities rather than substitute them, positioning it as an essential helper in the workplace.</w:t>
      </w:r>
      <w:r/>
    </w:p>
    <w:p>
      <w:pPr>
        <w:pStyle w:val="ListNumber"/>
        <w:spacing w:line="240" w:lineRule="auto"/>
        <w:ind w:left="720"/>
      </w:pPr>
      <w:r/>
      <w:hyperlink r:id="rId10">
        <w:r>
          <w:rPr>
            <w:color w:val="0000EE"/>
            <w:u w:val="single"/>
          </w:rPr>
          <w:t>https://www.androidpolice.com/google-ai-teammate-guide/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droidpolice.com/google-ai-teammate-guide/" TargetMode="External"/><Relationship Id="rId11" Type="http://schemas.openxmlformats.org/officeDocument/2006/relationships/hyperlink" Target="https://mashable.com/article/google-io-2024-ai-teammate" TargetMode="External"/><Relationship Id="rId12" Type="http://schemas.openxmlformats.org/officeDocument/2006/relationships/hyperlink" Target="https://mashable.com/article/google-io-2024-everything-announced" TargetMode="External"/><Relationship Id="rId13" Type="http://schemas.openxmlformats.org/officeDocument/2006/relationships/hyperlink" Target="https://aieducation.substack.com/p/a-guide-to-google-io-2024" TargetMode="External"/><Relationship Id="rId14" Type="http://schemas.openxmlformats.org/officeDocument/2006/relationships/hyperlink" Target="https://www.theverge.com/2024/5/14/24156638/learn-to-work-with-your-ai-teamm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