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iZotope unveils Neutron 5 with advanced audio mixing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iZotope, a prominent player in the audio technology sphere, has unveiled the latest iteration of its smart mixing assistant tool, Neutron 5. This cutting-edge software update introduces three innovative modules along with a slate of upgrades and enhancements in processing speed, thus promising a more efficient workflow for audio professionals.</w:t>
      </w:r>
      <w:r/>
    </w:p>
    <w:p>
      <w:r/>
      <w:r>
        <w:t>Neutron 5, an AI-driven plugin known for its intelligent audio manipulation capabilities, now boasts a total of ten modules. The newly added modules, namely Clipper, Density, and Phase, complement the existing suite, which includes an EQ, Exciter, Compressor, and Sculptor. Each module brings unique enhancements to the audio signal path, leveraging iZotope’s proprietary artificial intelligence algorithms.</w:t>
      </w:r>
      <w:r/>
    </w:p>
    <w:p>
      <w:r/>
      <w:r>
        <w:t>The Clipper module is designed to optimise the headroom of any mix. It offers the flexibility to target both mid/side and transient and sustain elements independently. This feature is particularly advantageous for engineers looking to fine-tune specific characteristics of their mixes. Meanwhile, the Density module acts as an upward compressor, smoothing out dynamics while enriching the sound with added depth and thickness. These capabilities are crucial for producers and mixers aiming to achieve a fuller, more polished sound. The new Phase module employs sophisticated algorithms to detect and rectify potential phase issues, ensuring the audio is aligned correctly and sounds cohesive.</w:t>
      </w:r>
      <w:r/>
    </w:p>
    <w:p>
      <w:r/>
      <w:r>
        <w:t>All processing features within Neutron 5 can be operated manually, but for those seeking automated assistance, the updated Mix Assistant has been refined to offer a “faster and smarter” experience. This feature analyses audio signals and groups with heightened efficiency. The plugin also allows users to solo processed elements, providing an isolated listening experience to hear precisely what alterations Neutron is applying to the mix.</w:t>
      </w:r>
      <w:r/>
    </w:p>
    <w:p>
      <w:r/>
      <w:r>
        <w:t xml:space="preserve">The plugin is available at an introductory price of $174, eventually increasing to $249. This investment provides users with a powerful toolset for enhancing their audio projects. Additional information and demonstration videos showcasing Neutron 5’s capabilities are available on the iZotope website. </w:t>
      </w:r>
      <w:r/>
    </w:p>
    <w:p>
      <w:r/>
      <w:r>
        <w:t>Neutron 5's release is anticipated to be a valuable addition to the toolkit of sound engineers and producers, offering both seasoned professionals and newcomers advanced technology to streamline their mixing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https://www.youtube.com/watch?v=vsjZop8_Fq4</w:t>
        </w:r>
      </w:hyperlink>
      <w:r>
        <w:t xml:space="preserve"> - This video explains the new features in Neutron 5, including the three brand-new plugins and the faster and smarter Mix Assistant.</w:t>
      </w:r>
      <w:r/>
    </w:p>
    <w:p>
      <w:pPr>
        <w:pStyle w:val="ListNumber"/>
        <w:spacing w:line="240" w:lineRule="auto"/>
        <w:ind w:left="720"/>
      </w:pPr>
      <w:r/>
      <w:hyperlink r:id="rId11">
        <w:r>
          <w:rPr>
            <w:color w:val="0000EE"/>
            <w:u w:val="single"/>
          </w:rPr>
          <w:t>https://www.izotope.com/en/products/neutron/getting-started.html?srsltid=AfmBOoqm-zxRXYqyM3N_hjGNDRlJVMeDZ37vVOnFRlrYXZ_Dq51-pVG4</w:t>
        </w:r>
      </w:hyperlink>
      <w:r>
        <w:t xml:space="preserve"> - This page provides a detailed guide on getting started with Neutron 5, highlighting its new plugins and enhanced features.</w:t>
      </w:r>
      <w:r/>
    </w:p>
    <w:p>
      <w:pPr>
        <w:pStyle w:val="ListNumber"/>
        <w:spacing w:line="240" w:lineRule="auto"/>
        <w:ind w:left="720"/>
      </w:pPr>
      <w:r/>
      <w:hyperlink r:id="rId12">
        <w:r>
          <w:rPr>
            <w:color w:val="0000EE"/>
            <w:u w:val="single"/>
          </w:rPr>
          <w:t>https://www.youtube.com/watch?v=RJYID24KBD4</w:t>
        </w:r>
      </w:hyperlink>
      <w:r>
        <w:t xml:space="preserve"> - This video discusses the mixing tips and techniques using Neutron 5, including the use of the Mix Assistant and new plugins like Phase and Density.</w:t>
      </w:r>
      <w:r/>
    </w:p>
    <w:p>
      <w:pPr>
        <w:pStyle w:val="ListNumber"/>
        <w:spacing w:line="240" w:lineRule="auto"/>
        <w:ind w:left="720"/>
      </w:pPr>
      <w:r/>
      <w:hyperlink r:id="rId13">
        <w:r>
          <w:rPr>
            <w:color w:val="0000EE"/>
            <w:u w:val="single"/>
          </w:rPr>
          <w:t>https://www.izotope.com/en/products/neutron.html?srsltid=AfmBOor45zygflzhO3cr-STs2JtEgRJ82sXnOlPRhbVg7FZzdPQhwYYk</w:t>
        </w:r>
      </w:hyperlink>
      <w:r>
        <w:t xml:space="preserve"> - This page provides an overview of Neutron 5, including its new modules and the enhanced Mix Assistant feature.</w:t>
      </w:r>
      <w:r/>
    </w:p>
    <w:p>
      <w:pPr>
        <w:pStyle w:val="ListNumber"/>
        <w:spacing w:line="240" w:lineRule="auto"/>
        <w:ind w:left="720"/>
      </w:pPr>
      <w:r/>
      <w:hyperlink r:id="rId14">
        <w:r>
          <w:rPr>
            <w:color w:val="0000EE"/>
            <w:u w:val="single"/>
          </w:rPr>
          <w:t>https://www.musicradar.com/music-tech/plugins/izotope-updates-neutron-5-with-three-new-plugins-and-makes-its-ai-powered-mix-assistant-faster-and-smarter</w:t>
        </w:r>
      </w:hyperlink>
      <w:r>
        <w:t xml:space="preserve"> - This article details the new modules in Neutron 5, such as Clipper, Density, and Phase, and the improvements to the Mix Assistant.</w:t>
      </w:r>
      <w:r/>
    </w:p>
    <w:p>
      <w:pPr>
        <w:pStyle w:val="ListNumber"/>
        <w:spacing w:line="240" w:lineRule="auto"/>
        <w:ind w:left="720"/>
      </w:pPr>
      <w:r/>
      <w:hyperlink r:id="rId13">
        <w:r>
          <w:rPr>
            <w:color w:val="0000EE"/>
            <w:u w:val="single"/>
          </w:rPr>
          <w:t>https://www.izotope.com/en/products/neutron.html?srsltid=AfmBOor45zygflzhO3cr-STs2JtEgRJ82sXnOlPRhbVg7FZzdPQhwYYk</w:t>
        </w:r>
      </w:hyperlink>
      <w:r>
        <w:t xml:space="preserve"> - This page lists the total number of modules in Neutron 5, including the new additions and existing plugins like EQ, Exciter, Compressor, and Sculptor.</w:t>
      </w:r>
      <w:r/>
    </w:p>
    <w:p>
      <w:pPr>
        <w:pStyle w:val="ListNumber"/>
        <w:spacing w:line="240" w:lineRule="auto"/>
        <w:ind w:left="720"/>
      </w:pPr>
      <w:r/>
      <w:hyperlink r:id="rId14">
        <w:r>
          <w:rPr>
            <w:color w:val="0000EE"/>
            <w:u w:val="single"/>
          </w:rPr>
          <w:t>https://www.musicradar.com/music-tech/plugins/izotope-updates-neutron-5-with-three-new-plugins-and-makes-its-ai-powered-mix-assistant-faster-and-smarter</w:t>
        </w:r>
      </w:hyperlink>
      <w:r>
        <w:t xml:space="preserve"> - This article explains the functionality of the Clipper module, including its ability to target mid/side and transient/sustain elements independently.</w:t>
      </w:r>
      <w:r/>
    </w:p>
    <w:p>
      <w:pPr>
        <w:pStyle w:val="ListNumber"/>
        <w:spacing w:line="240" w:lineRule="auto"/>
        <w:ind w:left="720"/>
      </w:pPr>
      <w:r/>
      <w:hyperlink r:id="rId12">
        <w:r>
          <w:rPr>
            <w:color w:val="0000EE"/>
            <w:u w:val="single"/>
          </w:rPr>
          <w:t>https://www.youtube.com/watch?v=RJYID24KBD4</w:t>
        </w:r>
      </w:hyperlink>
      <w:r>
        <w:t xml:space="preserve"> - This video demonstrates how the Density module works as an upward compressor to smooth out dynamics and enrich the sound.</w:t>
      </w:r>
      <w:r/>
    </w:p>
    <w:p>
      <w:pPr>
        <w:pStyle w:val="ListNumber"/>
        <w:spacing w:line="240" w:lineRule="auto"/>
        <w:ind w:left="720"/>
      </w:pPr>
      <w:r/>
      <w:hyperlink r:id="rId14">
        <w:r>
          <w:rPr>
            <w:color w:val="0000EE"/>
            <w:u w:val="single"/>
          </w:rPr>
          <w:t>https://www.musicradar.com/music-tech/plugins/izotope-updates-neutron-5-with-three-new-plugins-and-makes-its-ai-powered-mix-assistant-faster-and-smarter</w:t>
        </w:r>
      </w:hyperlink>
      <w:r>
        <w:t xml:space="preserve"> - This article details the Phase module's capabilities in detecting and rectifying phase issues using phase rotation and phase delay adjustments.</w:t>
      </w:r>
      <w:r/>
    </w:p>
    <w:p>
      <w:pPr>
        <w:pStyle w:val="ListNumber"/>
        <w:spacing w:line="240" w:lineRule="auto"/>
        <w:ind w:left="720"/>
      </w:pPr>
      <w:r/>
      <w:hyperlink r:id="rId11">
        <w:r>
          <w:rPr>
            <w:color w:val="0000EE"/>
            <w:u w:val="single"/>
          </w:rPr>
          <w:t>https://www.izotope.com/en/products/neutron/getting-started.html?srsltid=AfmBOoqm-zxRXYqyM3N_hjGNDRlJVMeDZ37vVOnFRlrYXZ_Dq51-pVG4</w:t>
        </w:r>
      </w:hyperlink>
      <w:r>
        <w:t xml:space="preserve"> - This page explains how the updated Mix Assistant in Neutron 5 offers a faster and smarter experience by analyzing audio signals more efficiently.</w:t>
      </w:r>
      <w:r/>
    </w:p>
    <w:p>
      <w:pPr>
        <w:pStyle w:val="ListNumber"/>
        <w:spacing w:line="240" w:lineRule="auto"/>
        <w:ind w:left="720"/>
      </w:pPr>
      <w:r/>
      <w:hyperlink r:id="rId14">
        <w:r>
          <w:rPr>
            <w:color w:val="0000EE"/>
            <w:u w:val="single"/>
          </w:rPr>
          <w:t>https://www.musicradar.com/music-tech/plugins/izotope-updates-neutron-5-with-three-new-plugins-and-makes-its-ai-powered-mix-assistant-faster-and-smarter</w:t>
        </w:r>
      </w:hyperlink>
      <w:r>
        <w:t xml:space="preserve"> - This article mentions the introductory price of Neutron 5 and its eventual MSRP, highlighting the value it offers to sound engineers and producers.</w:t>
      </w:r>
      <w:r/>
    </w:p>
    <w:p>
      <w:pPr>
        <w:pStyle w:val="ListNumber"/>
        <w:spacing w:line="240" w:lineRule="auto"/>
        <w:ind w:left="720"/>
      </w:pPr>
      <w:r/>
      <w:hyperlink r:id="rId15">
        <w:r>
          <w:rPr>
            <w:color w:val="0000EE"/>
            <w:u w:val="single"/>
          </w:rPr>
          <w:t>https://djmag.com/tech/izotope-announces-new-version-of-ai-powered-mixing-tool-neutron-5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vsjZop8_Fq4" TargetMode="External"/><Relationship Id="rId11" Type="http://schemas.openxmlformats.org/officeDocument/2006/relationships/hyperlink" Target="https://www.izotope.com/en/products/neutron/getting-started.html?srsltid=AfmBOoqm-zxRXYqyM3N_hjGNDRlJVMeDZ37vVOnFRlrYXZ_Dq51-pVG4" TargetMode="External"/><Relationship Id="rId12" Type="http://schemas.openxmlformats.org/officeDocument/2006/relationships/hyperlink" Target="https://www.youtube.com/watch?v=RJYID24KBD4" TargetMode="External"/><Relationship Id="rId13" Type="http://schemas.openxmlformats.org/officeDocument/2006/relationships/hyperlink" Target="https://www.izotope.com/en/products/neutron.html?srsltid=AfmBOor45zygflzhO3cr-STs2JtEgRJ82sXnOlPRhbVg7FZzdPQhwYYk" TargetMode="External"/><Relationship Id="rId14" Type="http://schemas.openxmlformats.org/officeDocument/2006/relationships/hyperlink" Target="https://www.musicradar.com/music-tech/plugins/izotope-updates-neutron-5-with-three-new-plugins-and-makes-its-ai-powered-mix-assistant-faster-and-smarter" TargetMode="External"/><Relationship Id="rId15" Type="http://schemas.openxmlformats.org/officeDocument/2006/relationships/hyperlink" Target="https://djmag.com/tech/izotope-announces-new-version-of-ai-powered-mixing-tool-neutron-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