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Joel Embiid's altercation with columnist sparks heated debate among former NBA stars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events, Philadelphia 76ers centre Joel Embiid has found himself at the centre of a media storm following an altercation with Philadelphia Inquirer columnist Marcus Hayes. The incident stirred considerable discussion within the basketball community, both among fans and media pundits, leading to a heated exchange on the podcast "Gil's Arena," featuring former NBA players Nick Young, Kenyon Martin, Gilbert Arenas, and Brandon Jennings.</w:t>
      </w:r>
      <w:r/>
    </w:p>
    <w:p>
      <w:r/>
      <w:r>
        <w:t>The controversy began when Embiid allegedly pushed Hayes during an encounter, an act reportedly triggered by a column written by Hayes. The article, which contained references to Embiid's late brother and his young son, was critical of Embiid's on-court performances, a subject that has been sensitive for the player given his personal struggles. Embiid has been vocal about seeking respect from the Philadelphia fan base, particularly during challenging times in his personal life.</w:t>
      </w:r>
      <w:r/>
    </w:p>
    <w:p>
      <w:r/>
      <w:r>
        <w:t>The situation quickly became a talking point during an episode of "Gil's Arena." The podcast saw a lively debate among its hosts, with Brandon Jennings drawing parallels between Embiid and NBA legend Allen Iverson, suggesting that Embiid should play through injuries as Iverson once did. Jennings remarked on Iverson's ability to endure physical ailments, contrasting it with Embiid’s recent absences due to various injuries, including a knee issue.</w:t>
      </w:r>
      <w:r/>
    </w:p>
    <w:p>
      <w:r/>
      <w:r>
        <w:t>However, the discussion took an intense turn when Nick Young interjected with a rhetorical question about Iverson's resilience, comparing it to Embiid's recent injury history. The dialogue between the former players highlighted differing perspectives on expectations for NBA athletes in terms of playing while injured. Kenyon Martin supported the notion that comparisons between Embiid and Iverson were unreasonable, citing Embiid's recent playoff challenges, notably emphasising his efforts despite having undergone meniscus surgery.</w:t>
      </w:r>
      <w:r/>
    </w:p>
    <w:p>
      <w:r/>
      <w:r>
        <w:t>Gilbert Arenas added to the fray, attempting to correct Jennings' timeline about Iverson's accolades and playoff achievements. The debate highlighted disparate views on the legacies of both Iverson and Embiid, focusing on their contributions to the 76ers’ franchise. While Iverson led the team to the NBA Finals in 2001, Embiid's postseason runs have been marred by physical setbacks, stirring debate on his impact compared to Iverson’s.</w:t>
      </w:r>
      <w:r/>
    </w:p>
    <w:p>
      <w:r/>
      <w:r>
        <w:t xml:space="preserve">Despite the heated exchanges, both players are recognised for their significant achievements with the 76ers; Iverson as an 11-time All-Star and Embiid, more recently, as a 7-time All-Star and the 2023 NBA MVP. The podcast discussion underscored the broader discourse surrounding athlete durability, media pressures, and player legacy within the NBA framework, further fuelling the ongoing dialogue about team loyalty and performance expectations. </w:t>
      </w:r>
      <w:r/>
    </w:p>
    <w:p>
      <w:r/>
      <w:r>
        <w:t>This incident is only a fragment of the ongoing narrative within the basketball sphere regarding player-media interactions and their ramifications on the perceptions of athletes by fans and commentators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https://www.inquirer.com/sixers/joel-embiid-suspension-marcus-hayes-20241105.html</w:t>
        </w:r>
      </w:hyperlink>
      <w:r>
        <w:t xml:space="preserve"> - Corroborates the incident of Joel Embiid's altercation with Marcus Hayes, the reasons behind it, and the subsequent NBA suspension.</w:t>
      </w:r>
      <w:r/>
    </w:p>
    <w:p>
      <w:pPr>
        <w:pStyle w:val="ListNumber"/>
        <w:spacing w:line="240" w:lineRule="auto"/>
        <w:ind w:left="720"/>
      </w:pPr>
      <w:r/>
      <w:hyperlink r:id="rId11">
        <w:r>
          <w:rPr>
            <w:color w:val="0000EE"/>
            <w:u w:val="single"/>
          </w:rPr>
          <w:t>https://www.inquirer.com/sixers/joel-embiid-marcus-hayes-sixers-inquirer-locker-room-grizzlies-20241103.html</w:t>
        </w:r>
      </w:hyperlink>
      <w:r>
        <w:t xml:space="preserve"> - Details the altercation in the locker room, including Embiid's reaction to Hayes' column and the physical confrontation.</w:t>
      </w:r>
      <w:r/>
    </w:p>
    <w:p>
      <w:pPr>
        <w:pStyle w:val="ListNumber"/>
        <w:spacing w:line="240" w:lineRule="auto"/>
        <w:ind w:left="720"/>
      </w:pPr>
      <w:r/>
      <w:hyperlink r:id="rId12">
        <w:r>
          <w:rPr>
            <w:color w:val="0000EE"/>
            <w:u w:val="single"/>
          </w:rPr>
          <w:t>https://www.phillyvoice.com/joel-embiid-marcus-hayes-sixers-locker-room-altercation-columnist-nba-investigation/</w:t>
        </w:r>
      </w:hyperlink>
      <w:r>
        <w:t xml:space="preserve"> - Provides additional details on the altercation, including the content of Hayes' column and Embiid's response to it.</w:t>
      </w:r>
      <w:r/>
    </w:p>
    <w:p>
      <w:pPr>
        <w:pStyle w:val="ListNumber"/>
        <w:spacing w:line="240" w:lineRule="auto"/>
        <w:ind w:left="720"/>
      </w:pPr>
      <w:r/>
      <w:hyperlink r:id="rId13">
        <w:r>
          <w:rPr>
            <w:color w:val="0000EE"/>
            <w:u w:val="single"/>
          </w:rPr>
          <w:t>https://www.cbsnews.com/philadelphia/news/joel-embiid-suspended-shove-marcus-hayes-philadelphia/</w:t>
        </w:r>
      </w:hyperlink>
      <w:r>
        <w:t xml:space="preserve"> - Confirms Embiid's suspension and the reasons behind it, including the critical column by Hayes.</w:t>
      </w:r>
      <w:r/>
    </w:p>
    <w:p>
      <w:pPr>
        <w:pStyle w:val="ListNumber"/>
        <w:spacing w:line="240" w:lineRule="auto"/>
        <w:ind w:left="720"/>
      </w:pPr>
      <w:r/>
      <w:hyperlink r:id="rId10">
        <w:r>
          <w:rPr>
            <w:color w:val="0000EE"/>
            <w:u w:val="single"/>
          </w:rPr>
          <w:t>https://www.inquirer.com/sixers/joel-embiid-suspension-marcus-hayes-20241105.html</w:t>
        </w:r>
      </w:hyperlink>
      <w:r>
        <w:t xml:space="preserve"> - Mentions Embiid's injury and his absence from the start of the season, which was a point of criticism in Hayes' column.</w:t>
      </w:r>
      <w:r/>
    </w:p>
    <w:p>
      <w:pPr>
        <w:pStyle w:val="ListNumber"/>
        <w:spacing w:line="240" w:lineRule="auto"/>
        <w:ind w:left="720"/>
      </w:pPr>
      <w:r/>
      <w:hyperlink r:id="rId11">
        <w:r>
          <w:rPr>
            <w:color w:val="0000EE"/>
            <w:u w:val="single"/>
          </w:rPr>
          <w:t>https://www.inquirer.com/sixers/joel-embiid-marcus-hayes-sixers-inquirer-locker-room-grizzlies-20241103.html</w:t>
        </w:r>
      </w:hyperlink>
      <w:r>
        <w:t xml:space="preserve"> - Describes the reaction of the Sixers organization and the NBA to the altercation, including the investigation and subsequent suspension.</w:t>
      </w:r>
      <w:r/>
    </w:p>
    <w:p>
      <w:pPr>
        <w:pStyle w:val="ListNumber"/>
        <w:spacing w:line="240" w:lineRule="auto"/>
        <w:ind w:left="720"/>
      </w:pPr>
      <w:r/>
      <w:hyperlink r:id="rId12">
        <w:r>
          <w:rPr>
            <w:color w:val="0000EE"/>
            <w:u w:val="single"/>
          </w:rPr>
          <w:t>https://www.phillyvoice.com/joel-embiid-marcus-hayes-sixers-locker-room-altercation-columnist-nba-investigation/</w:t>
        </w:r>
      </w:hyperlink>
      <w:r>
        <w:t xml:space="preserve"> - Details the physical confrontation and the intervention by Embiid's teammates to prevent further escalation.</w:t>
      </w:r>
      <w:r/>
    </w:p>
    <w:p>
      <w:pPr>
        <w:pStyle w:val="ListNumber"/>
        <w:spacing w:line="240" w:lineRule="auto"/>
        <w:ind w:left="720"/>
      </w:pPr>
      <w:r/>
      <w:hyperlink r:id="rId13">
        <w:r>
          <w:rPr>
            <w:color w:val="0000EE"/>
            <w:u w:val="single"/>
          </w:rPr>
          <w:t>https://www.cbsnews.com/philadelphia/news/joel-embiid-suspended-shove-marcus-hayes-philadelphia/</w:t>
        </w:r>
      </w:hyperlink>
      <w:r>
        <w:t xml:space="preserve"> - Quotes Joe Dumars on the importance of mutual respect between players and media, highlighting the NBA's stance on the incident.</w:t>
      </w:r>
      <w:r/>
    </w:p>
    <w:p>
      <w:pPr>
        <w:pStyle w:val="ListNumber"/>
        <w:spacing w:line="240" w:lineRule="auto"/>
        <w:ind w:left="720"/>
      </w:pPr>
      <w:r/>
      <w:hyperlink r:id="rId10">
        <w:r>
          <w:rPr>
            <w:color w:val="0000EE"/>
            <w:u w:val="single"/>
          </w:rPr>
          <w:t>https://www.inquirer.com/sixers/joel-embiid-suspension-marcus-hayes-20241105.html</w:t>
        </w:r>
      </w:hyperlink>
      <w:r>
        <w:t xml:space="preserve"> - Mentions the financial impact of the suspension on Embiid and the team's current performance without him.</w:t>
      </w:r>
      <w:r/>
    </w:p>
    <w:p>
      <w:pPr>
        <w:pStyle w:val="ListNumber"/>
        <w:spacing w:line="240" w:lineRule="auto"/>
        <w:ind w:left="720"/>
      </w:pPr>
      <w:r/>
      <w:hyperlink r:id="rId11">
        <w:r>
          <w:rPr>
            <w:color w:val="0000EE"/>
            <w:u w:val="single"/>
          </w:rPr>
          <w:t>https://www.inquirer.com/sixers/joel-embiid-marcus-hayes-sixers-inquirer-locker-room-grizzlies-20241103.html</w:t>
        </w:r>
      </w:hyperlink>
      <w:r>
        <w:t xml:space="preserve"> - Includes statements from the Inquirer editor and the Sixers organization condemning the physical altercation and emphasizing the importance of professional interactions.</w:t>
      </w:r>
      <w:r/>
    </w:p>
    <w:p>
      <w:pPr>
        <w:pStyle w:val="ListNumber"/>
        <w:spacing w:line="240" w:lineRule="auto"/>
        <w:ind w:left="720"/>
      </w:pPr>
      <w:r/>
      <w:hyperlink r:id="rId12">
        <w:r>
          <w:rPr>
            <w:color w:val="0000EE"/>
            <w:u w:val="single"/>
          </w:rPr>
          <w:t>https://www.phillyvoice.com/joel-embiid-marcus-hayes-sixers-locker-room-altercation-columnist-nba-investigation/</w:t>
        </w:r>
      </w:hyperlink>
      <w:r>
        <w:t xml:space="preserve"> - Provides context on the broader discussion about player-media interactions and their implications within the NBA.</w:t>
      </w:r>
      <w:r/>
    </w:p>
    <w:p>
      <w:pPr>
        <w:pStyle w:val="ListNumber"/>
        <w:spacing w:line="240" w:lineRule="auto"/>
        <w:ind w:left="720"/>
      </w:pPr>
      <w:r/>
      <w:hyperlink r:id="rId14">
        <w:r>
          <w:rPr>
            <w:color w:val="0000EE"/>
            <w:u w:val="single"/>
          </w:rPr>
          <w:t>https://www.essentiallysports.com/nba-active-basketball-news-ai-sucked-it-up-joel-embiids-painful-medical-history-gets-torn-apart-in-heated-debate-between-ex-nba-stars/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quirer.com/sixers/joel-embiid-suspension-marcus-hayes-20241105.html" TargetMode="External"/><Relationship Id="rId11" Type="http://schemas.openxmlformats.org/officeDocument/2006/relationships/hyperlink" Target="https://www.inquirer.com/sixers/joel-embiid-marcus-hayes-sixers-inquirer-locker-room-grizzlies-20241103.html" TargetMode="External"/><Relationship Id="rId12" Type="http://schemas.openxmlformats.org/officeDocument/2006/relationships/hyperlink" Target="https://www.phillyvoice.com/joel-embiid-marcus-hayes-sixers-locker-room-altercation-columnist-nba-investigation/" TargetMode="External"/><Relationship Id="rId13" Type="http://schemas.openxmlformats.org/officeDocument/2006/relationships/hyperlink" Target="https://www.cbsnews.com/philadelphia/news/joel-embiid-suspended-shove-marcus-hayes-philadelphia/" TargetMode="External"/><Relationship Id="rId14" Type="http://schemas.openxmlformats.org/officeDocument/2006/relationships/hyperlink" Target="https://www.essentiallysports.com/nba-active-basketball-news-ai-sucked-it-up-joel-embiids-painful-medical-history-gets-torn-apart-in-heated-debate-between-ex-nba-st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