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M5Stack unveils new offline AI device for smart home and industrial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M5Stack, a company renowned for its innovative technological solutions, has introduced a new offline artificial intelligence device named the M5Stack Module LLM. Designed to function without internet dependency, the module serves as an integrated offline Large Language Model (LLM) inference unit, ideal for smart home automation, voice-activated assistants, and industrial control systems.</w:t>
      </w:r>
      <w:r/>
    </w:p>
    <w:p>
      <w:r/>
      <w:r>
        <w:t>This compact, box-shaped device is powered by the Axera Tech AX630C System on Chip (SoC), which includes a dual-core Arm Cortex-A53 CPU operating at 1.2 GHz, complemented by 4GB of LPDDR4 RAM and 32GB of eMMC flash storage. The module's Neural Processing Unit (NPU) supports up to 12.8 TOPS for INT4 operations and 3.2 TOPS for INT8 operations, facilitating robust AI processing capabilities.</w:t>
      </w:r>
      <w:r/>
    </w:p>
    <w:p>
      <w:r/>
      <w:r>
        <w:t>Key features of the M5Stack Module LLM include a built-in microphone and speaker, a microSD card slot for storage expansion and firmware updates, and a USB OTG port that supports peripheral connections such as cameras and debuggers. Additionally, the device is equipped with several AI audio functionalities, including text-to-speech (TTS), automatic speech recognition (ASR), and keyword spotting (KWS).</w:t>
      </w:r>
      <w:r/>
    </w:p>
    <w:p>
      <w:r/>
      <w:r>
        <w:t>The device measures a compact 54 x 54 x 13 mm and weighs just 17.4 grams, with a power consumption rate of 1.5W at full load, ensuring efficiency for long-term operations. It is compatible with numerous IoT controllers like the CoreMP135, CoreS3, and Core2, making it suitable for a wide array of technological ecosystems.</w:t>
      </w:r>
      <w:r/>
    </w:p>
    <w:p>
      <w:r/>
      <w:r>
        <w:t>The M5Stack Module LLM comes pre-installed with the Qwen2.5-0.5B language model, which supports wake-word detection, text-to-speech conversion, and speech recognition, crucial for standalone and integrated system applications. Future updates are expected to incorporate support for additional models such as Qwen2.5-1.5B, Llama3.2-1B, and InternVL2-1B. Furthermore, the module is configured to operate with computer vision models, including CLIP and YoloWorld, with forthcoming updates planned for DepthAnything and SegmentAnything models, ensuring its adaptability to emerging AI technologies.</w:t>
      </w:r>
      <w:r/>
    </w:p>
    <w:p>
      <w:r/>
      <w:r>
        <w:t>Despite its promising features, the M5Stack Module LLM is currently priced at $49.90 and was marked as out of stock at the time of the recent release. A debugging kit, sold separately, can add a 100 Mbps Ethernet port and a kernel serial port, transforming the module into a versatile single-board computer. Both the module and the debugging kit are anticipated to become available through M5Stack’s official store, as well as its Amazon and AliExpress platforms.</w:t>
      </w:r>
      <w:r/>
    </w:p>
    <w:p>
      <w:r/>
      <w:r>
        <w:t>This release adds the M5Stack Module LLM to a growing list of offline, on-device LLM-based solutions, competing with similar products like the SenseCAP Watcher and Useful Sensors’ AI in a box. Its integration with the StackFlow framework and compatibility with popular programming environments like Arduino and UIFlow provide an added advantage for developers seeking to implement sophisticated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https://www.linuxquestions.org/questions/syndicated-linux-news-67/lxer-m5stack-introduces-llm-module-for-offline-ai-applications-4175743538/</w:t>
        </w:r>
      </w:hyperlink>
      <w:r>
        <w:t xml:space="preserve"> - Introduces the M5Stack LLM Module as an offline AI inference module for terminal devices.</w:t>
      </w:r>
      <w:r/>
    </w:p>
    <w:p>
      <w:pPr>
        <w:pStyle w:val="ListNumber"/>
        <w:spacing w:line="240" w:lineRule="auto"/>
        <w:ind w:left="720"/>
      </w:pPr>
      <w:r/>
      <w:hyperlink r:id="rId11">
        <w:r>
          <w:rPr>
            <w:color w:val="0000EE"/>
            <w:u w:val="single"/>
          </w:rPr>
          <w:t>https://docs.m5stack.com/en/module/Module-llm</w:t>
        </w:r>
      </w:hyperlink>
      <w:r>
        <w:t xml:space="preserve"> - Details the specifications and features of the M5Stack Module LLM, including its SoC, memory, storage, and AI capabilities.</w:t>
      </w:r>
      <w:r/>
    </w:p>
    <w:p>
      <w:pPr>
        <w:pStyle w:val="ListNumber"/>
        <w:spacing w:line="240" w:lineRule="auto"/>
        <w:ind w:left="720"/>
      </w:pPr>
      <w:r/>
      <w:hyperlink r:id="rId12">
        <w:r>
          <w:rPr>
            <w:color w:val="0000EE"/>
            <w:u w:val="single"/>
          </w:rPr>
          <w:t>https://www.cnx-software.com/2024/11/05/m5stack-releases-ax630c-powered-offline-module-llm-for-local-smart-home-and-ai-applications/</w:t>
        </w:r>
      </w:hyperlink>
      <w:r>
        <w:t xml:space="preserve"> - Provides detailed specifications of the M5Stack Module LLM, including its processor, NPU, memory, and storage, as well as its power consumption and compatibility with various IoT controllers.</w:t>
      </w:r>
      <w:r/>
    </w:p>
    <w:p>
      <w:pPr>
        <w:pStyle w:val="ListNumber"/>
        <w:spacing w:line="240" w:lineRule="auto"/>
        <w:ind w:left="720"/>
      </w:pPr>
      <w:r/>
      <w:hyperlink r:id="rId13">
        <w:r>
          <w:rPr>
            <w:color w:val="0000EE"/>
            <w:u w:val="single"/>
          </w:rPr>
          <w:t>https://www.hackster.io/news/m5stack-adds-large-language-model-support-to-its-offerings-with-the-3-2-tops-llm-module-f0a4e061f0de</w:t>
        </w:r>
      </w:hyperlink>
      <w:r>
        <w:t xml:space="preserve"> - Explains the module's AI processing capabilities, its compatibility with multiple language models, and its support for computer vision models.</w:t>
      </w:r>
      <w:r/>
    </w:p>
    <w:p>
      <w:pPr>
        <w:pStyle w:val="ListNumber"/>
        <w:spacing w:line="240" w:lineRule="auto"/>
        <w:ind w:left="720"/>
      </w:pPr>
      <w:r/>
      <w:hyperlink r:id="rId11">
        <w:r>
          <w:rPr>
            <w:color w:val="0000EE"/>
            <w:u w:val="single"/>
          </w:rPr>
          <w:t>https://docs.m5stack.com/en/module/Module-llm</w:t>
        </w:r>
      </w:hyperlink>
      <w:r>
        <w:t xml:space="preserve"> - Describes the module's built-in microphone, speaker, microSD card slot, and USB OTG port, along with its AI audio functionalities.</w:t>
      </w:r>
      <w:r/>
    </w:p>
    <w:p>
      <w:pPr>
        <w:pStyle w:val="ListNumber"/>
        <w:spacing w:line="240" w:lineRule="auto"/>
        <w:ind w:left="720"/>
      </w:pPr>
      <w:r/>
      <w:hyperlink r:id="rId12">
        <w:r>
          <w:rPr>
            <w:color w:val="0000EE"/>
            <w:u w:val="single"/>
          </w:rPr>
          <w:t>https://www.cnx-software.com/2024/11/05/m5stack-releases-ax630c-powered-offline-module-llm-for-local-smart-home-and-ai-applications/</w:t>
        </w:r>
      </w:hyperlink>
      <w:r>
        <w:t xml:space="preserve"> - Details the module's dimensions, weight, and power consumption, highlighting its efficiency for long-term operations.</w:t>
      </w:r>
      <w:r/>
    </w:p>
    <w:p>
      <w:pPr>
        <w:pStyle w:val="ListNumber"/>
        <w:spacing w:line="240" w:lineRule="auto"/>
        <w:ind w:left="720"/>
      </w:pPr>
      <w:r/>
      <w:hyperlink r:id="rId11">
        <w:r>
          <w:rPr>
            <w:color w:val="0000EE"/>
            <w:u w:val="single"/>
          </w:rPr>
          <w:t>https://docs.m5stack.com/en/module/Module-llm</w:t>
        </w:r>
      </w:hyperlink>
      <w:r>
        <w:t xml:space="preserve"> - Lists the module's compatibility with various IoT controllers such as CoreMP135, CoreS3, and Core2.</w:t>
      </w:r>
      <w:r/>
    </w:p>
    <w:p>
      <w:pPr>
        <w:pStyle w:val="ListNumber"/>
        <w:spacing w:line="240" w:lineRule="auto"/>
        <w:ind w:left="720"/>
      </w:pPr>
      <w:r/>
      <w:hyperlink r:id="rId13">
        <w:r>
          <w:rPr>
            <w:color w:val="0000EE"/>
            <w:u w:val="single"/>
          </w:rPr>
          <w:t>https://www.hackster.io/news/m5stack-adds-large-language-model-support-to-its-offerings-with-the-3-2-tops-llm-module-f0a4e061f0de</w:t>
        </w:r>
      </w:hyperlink>
      <w:r>
        <w:t xml:space="preserve"> - Mentions the pre-installed Qwen2.5-0.5B language model and future updates for additional models like Qwen2.5-1.5B, Llama3.2-1B, and InternVL2-1B.</w:t>
      </w:r>
      <w:r/>
    </w:p>
    <w:p>
      <w:pPr>
        <w:pStyle w:val="ListNumber"/>
        <w:spacing w:line="240" w:lineRule="auto"/>
        <w:ind w:left="720"/>
      </w:pPr>
      <w:r/>
      <w:hyperlink r:id="rId12">
        <w:r>
          <w:rPr>
            <w:color w:val="0000EE"/>
            <w:u w:val="single"/>
          </w:rPr>
          <w:t>https://www.cnx-software.com/2024/11/05/m5stack-releases-ax630c-powered-offline-module-llm-for-local-smart-home-and-ai-applications/</w:t>
        </w:r>
      </w:hyperlink>
      <w:r>
        <w:t xml:space="preserve"> - Discusses the module's support for computer vision models like CLIP and YoloWorld, with planned updates for DepthAnything and SegmentAnything.</w:t>
      </w:r>
      <w:r/>
    </w:p>
    <w:p>
      <w:pPr>
        <w:pStyle w:val="ListNumber"/>
        <w:spacing w:line="240" w:lineRule="auto"/>
        <w:ind w:left="720"/>
      </w:pPr>
      <w:r/>
      <w:hyperlink r:id="rId13">
        <w:r>
          <w:rPr>
            <w:color w:val="0000EE"/>
            <w:u w:val="single"/>
          </w:rPr>
          <w:t>https://www.hackster.io/news/m5stack-adds-large-language-model-support-to-its-offerings-with-the-3-2-tops-llm-module-f0a4e061f0de</w:t>
        </w:r>
      </w:hyperlink>
      <w:r>
        <w:t xml:space="preserve"> - Mentions the module's price, availability, and the separate debugging kit that adds Ethernet and serial ports.</w:t>
      </w:r>
      <w:r/>
    </w:p>
    <w:p>
      <w:pPr>
        <w:pStyle w:val="ListNumber"/>
        <w:spacing w:line="240" w:lineRule="auto"/>
        <w:ind w:left="720"/>
      </w:pPr>
      <w:r/>
      <w:hyperlink r:id="rId11">
        <w:r>
          <w:rPr>
            <w:color w:val="0000EE"/>
            <w:u w:val="single"/>
          </w:rPr>
          <w:t>https://docs.m5stack.com/en/module/Module-llm</w:t>
        </w:r>
      </w:hyperlink>
      <w:r>
        <w:t xml:space="preserve"> - Highlights the module's integration with the StackFlow framework and its compatibility with Arduino and UIFlow libraries.</w:t>
      </w:r>
      <w:r/>
    </w:p>
    <w:p>
      <w:pPr>
        <w:pStyle w:val="ListNumber"/>
        <w:spacing w:line="240" w:lineRule="auto"/>
        <w:ind w:left="720"/>
      </w:pPr>
      <w:r/>
      <w:hyperlink r:id="rId12">
        <w:r>
          <w:rPr>
            <w:color w:val="0000EE"/>
            <w:u w:val="single"/>
          </w:rPr>
          <w:t>https://www.cnx-software.com/2024/11/05/m5stack-releases-ax630c-powered-offline-module-llm-for-local-smart-home-and-ai-applications/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uxquestions.org/questions/syndicated-linux-news-67/lxer-m5stack-introduces-llm-module-for-offline-ai-applications-4175743538/" TargetMode="External"/><Relationship Id="rId11" Type="http://schemas.openxmlformats.org/officeDocument/2006/relationships/hyperlink" Target="https://docs.m5stack.com/en/module/Module-llm" TargetMode="External"/><Relationship Id="rId12" Type="http://schemas.openxmlformats.org/officeDocument/2006/relationships/hyperlink" Target="https://www.cnx-software.com/2024/11/05/m5stack-releases-ax630c-powered-offline-module-llm-for-local-smart-home-and-ai-applications/" TargetMode="External"/><Relationship Id="rId13" Type="http://schemas.openxmlformats.org/officeDocument/2006/relationships/hyperlink" Target="https://www.hackster.io/news/m5stack-adds-large-language-model-support-to-its-offerings-with-the-3-2-tops-llm-module-f0a4e061f0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