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Magic Micro Mission: The forgotten pioneer of video game television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early 1980s, British television ventured into the emergent world of video games with a lesser-known show that preceded the widely-recognised classics like GamesMaster, Bits, and Thumb Bandits. This pioneering programme, Magic Micro Mission, surfaced in 1983, marking a groundbreaking moment in the fusion of gaming culture and television broadcast in the UK.</w:t>
      </w:r>
      <w:r/>
    </w:p>
    <w:p>
      <w:r/>
      <w:r>
        <w:t>Magic Micro Mission was crafted as an "edutainment" series by Central Independent Television. With a brief run of six episodes, each stretching to 25 minutes, the show was filmed at the ATV Centre studios in Birmingham during the summer of 1983. The series aimed to educate and entertain a budding audience intrigued by the world of computing and video games.</w:t>
      </w:r>
      <w:r/>
    </w:p>
    <w:p>
      <w:r/>
      <w:r>
        <w:t>The show was hosted by a trio of presenters: Adrian Hedley, known for his engaging style; Jo Wheeler, bringing her expertise to the fore; and Dr. John Barker, who portrayed a character called "Egg Head." Uniquely, the show featured a talking computer named Prune, voiced by actor Hilary Minster, capitalising on the then-innovative concept of artificial intelligence and computer interaction.</w:t>
      </w:r>
      <w:r/>
    </w:p>
    <w:p>
      <w:r/>
      <w:r>
        <w:t>Magic Micro Mission's ambitious scope was evident from its inaugural episode, which explored diverse facets of computing and gaming. It spotlighted gaming elements such as Ultimate's Jetpac, a game that has since become iconic, and featured pop culture references like Disney's Tron. A notable appearance by DJ Dave Lee Travis, affectionately known as "The Hairy Cornflake," underscored the growing cultural fascination with computers, as he enthusiastically extolled the virtues of technology.</w:t>
      </w:r>
      <w:r/>
    </w:p>
    <w:p>
      <w:r/>
      <w:r>
        <w:t>Dr. John Barker's Egg Head character made an eerily prescient prediction about the future digital landscape. He envisioned a world where daily activities such as banking, shopping, and voting could be conducted from home using computers. He also suggested a paradigm shift where remote work, facilitated by a network of computers, would become the norm, rendering physical proximity to workplaces obsolete. Further, he imagined a global network that could overcome language barriers, even jokingly alluding to regional dialects like Brummie.</w:t>
      </w:r>
      <w:r/>
    </w:p>
    <w:p>
      <w:r/>
      <w:r>
        <w:t>Although Magic Micro Mission did not achieve the longevity or fame of later gaming shows, it holds a noteworthy place in the history of video game television. By combining entertainment and education and introducing concepts such as AI and networked computing well before they became mainstream, the series was indeed ahead of its time. Despite its brief existence, Magic Micro Mission set the stage for future explorations of gaming and technology on television, addressing themes and ideas that continue to resonate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https://www.youtube.com/channel/UCe03ONnhJbAjuhaK4QdfI6g</w:t>
        </w:r>
      </w:hyperlink>
      <w:r>
        <w:t xml:space="preserve"> - Corroborates that Magic Micro Mission was an edutainment TV series for children in the UK, focusing on computer technology.</w:t>
      </w:r>
      <w:r/>
    </w:p>
    <w:p>
      <w:pPr>
        <w:pStyle w:val="ListNumber"/>
        <w:spacing w:line="240" w:lineRule="auto"/>
        <w:ind w:left="720"/>
      </w:pPr>
      <w:r/>
      <w:hyperlink r:id="rId11">
        <w:r>
          <w:rPr>
            <w:color w:val="0000EE"/>
            <w:u w:val="single"/>
          </w:rPr>
          <w:t>https://www.imdb.com/title/tt30209761/</w:t>
        </w:r>
      </w:hyperlink>
      <w:r>
        <w:t xml:space="preserve"> - Provides details about the show's release in 1983, its runtime, and the main cast, including Adrian Hedley, Jo Wheeler, and Dr. John Barker.</w:t>
      </w:r>
      <w:r/>
    </w:p>
    <w:p>
      <w:pPr>
        <w:pStyle w:val="ListNumber"/>
        <w:spacing w:line="240" w:lineRule="auto"/>
        <w:ind w:left="720"/>
      </w:pPr>
      <w:r/>
      <w:hyperlink r:id="rId11">
        <w:r>
          <w:rPr>
            <w:color w:val="0000EE"/>
            <w:u w:val="single"/>
          </w:rPr>
          <w:t>https://www.imdb.com/title/tt30209761/</w:t>
        </w:r>
      </w:hyperlink>
      <w:r>
        <w:t xml:space="preserve"> - Confirms the show was produced by Central Independent Television and had a brief run of six episodes.</w:t>
      </w:r>
      <w:r/>
    </w:p>
    <w:p>
      <w:pPr>
        <w:pStyle w:val="ListNumber"/>
        <w:spacing w:line="240" w:lineRule="auto"/>
        <w:ind w:left="720"/>
      </w:pPr>
      <w:r/>
      <w:hyperlink r:id="rId12">
        <w:r>
          <w:rPr>
            <w:color w:val="0000EE"/>
            <w:u w:val="single"/>
          </w:rPr>
          <w:t>https://www.timeextension.com/news/2024/11/this-proto-gamesmaster-tv-show-predicted-our-impending-ai-hellscape-40-years-ago</w:t>
        </w:r>
      </w:hyperlink>
      <w:r>
        <w:t xml:space="preserve"> - Highlights that Magic Micro Mission was broadcast in 1983 and was ahead of its time in predicting future digital landscapes.</w:t>
      </w:r>
      <w:r/>
    </w:p>
    <w:p>
      <w:pPr>
        <w:pStyle w:val="ListNumber"/>
        <w:spacing w:line="240" w:lineRule="auto"/>
        <w:ind w:left="720"/>
      </w:pPr>
      <w:r/>
      <w:hyperlink r:id="rId11">
        <w:r>
          <w:rPr>
            <w:color w:val="0000EE"/>
            <w:u w:val="single"/>
          </w:rPr>
          <w:t>https://www.imdb.com/title/tt30209761/</w:t>
        </w:r>
      </w:hyperlink>
      <w:r>
        <w:t xml:space="preserve"> - Lists the show's cast, including notable appearances by DJ Dave Lee Travis and other guests.</w:t>
      </w:r>
      <w:r/>
    </w:p>
    <w:p>
      <w:pPr>
        <w:pStyle w:val="ListNumber"/>
        <w:spacing w:line="240" w:lineRule="auto"/>
        <w:ind w:left="720"/>
      </w:pPr>
      <w:r/>
      <w:hyperlink r:id="rId10">
        <w:r>
          <w:rPr>
            <w:color w:val="0000EE"/>
            <w:u w:val="single"/>
          </w:rPr>
          <w:t>https://www.youtube.com/channel/UCe03ONnhJbAjuhaK4QdfI6g</w:t>
        </w:r>
      </w:hyperlink>
      <w:r>
        <w:t xml:space="preserve"> - Mentions the show's educational and entertaining approach to computing and video games.</w:t>
      </w:r>
      <w:r/>
    </w:p>
    <w:p>
      <w:pPr>
        <w:pStyle w:val="ListNumber"/>
        <w:spacing w:line="240" w:lineRule="auto"/>
        <w:ind w:left="720"/>
      </w:pPr>
      <w:r/>
      <w:hyperlink r:id="rId12">
        <w:r>
          <w:rPr>
            <w:color w:val="0000EE"/>
            <w:u w:val="single"/>
          </w:rPr>
          <w:t>https://www.timeextension.com/news/2024/11/this-proto-gamesmaster-tv-show-predicted-our-impending-ai-hellscape-40-years-ago</w:t>
        </w:r>
      </w:hyperlink>
      <w:r>
        <w:t xml:space="preserve"> - Discusses Dr. John Barker's predictions about the future digital landscape, including remote work and global networking.</w:t>
      </w:r>
      <w:r/>
    </w:p>
    <w:p>
      <w:pPr>
        <w:pStyle w:val="ListNumber"/>
        <w:spacing w:line="240" w:lineRule="auto"/>
        <w:ind w:left="720"/>
      </w:pPr>
      <w:r/>
      <w:hyperlink r:id="rId11">
        <w:r>
          <w:rPr>
            <w:color w:val="0000EE"/>
            <w:u w:val="single"/>
          </w:rPr>
          <w:t>https://www.imdb.com/title/tt30209761/</w:t>
        </w:r>
      </w:hyperlink>
      <w:r>
        <w:t xml:space="preserve"> - Details the show's setting and production, including filming at the ATV Centre studios in Birmingham.</w:t>
      </w:r>
      <w:r/>
    </w:p>
    <w:p>
      <w:pPr>
        <w:pStyle w:val="ListNumber"/>
        <w:spacing w:line="240" w:lineRule="auto"/>
        <w:ind w:left="720"/>
      </w:pPr>
      <w:r/>
      <w:hyperlink r:id="rId10">
        <w:r>
          <w:rPr>
            <w:color w:val="0000EE"/>
            <w:u w:val="single"/>
          </w:rPr>
          <w:t>https://www.youtube.com/channel/UCe03ONnhJbAjuhaK4QdfI6g</w:t>
        </w:r>
      </w:hyperlink>
      <w:r>
        <w:t xml:space="preserve"> - Mentions the unique feature of a talking computer named Prune, voiced by Hilary Minster.</w:t>
      </w:r>
      <w:r/>
    </w:p>
    <w:p>
      <w:pPr>
        <w:pStyle w:val="ListNumber"/>
        <w:spacing w:line="240" w:lineRule="auto"/>
        <w:ind w:left="720"/>
      </w:pPr>
      <w:r/>
      <w:hyperlink r:id="rId12">
        <w:r>
          <w:rPr>
            <w:color w:val="0000EE"/>
            <w:u w:val="single"/>
          </w:rPr>
          <w:t>https://www.timeextension.com/news/2024/11/this-proto-gamesmaster-tv-show-predicted-our-impending-ai-hellscape-40-years-ago</w:t>
        </w:r>
      </w:hyperlink>
      <w:r>
        <w:t xml:space="preserve"> - Highlights the show's impact on the history of video game television and its innovative concepts.</w:t>
      </w:r>
      <w:r/>
    </w:p>
    <w:p>
      <w:pPr>
        <w:pStyle w:val="ListNumber"/>
        <w:spacing w:line="240" w:lineRule="auto"/>
        <w:ind w:left="720"/>
      </w:pPr>
      <w:r/>
      <w:hyperlink r:id="rId12">
        <w:r>
          <w:rPr>
            <w:color w:val="0000EE"/>
            <w:u w:val="single"/>
          </w:rPr>
          <w:t>https://www.timeextension.com/news/2024/11/this-proto-gamesmaster-tv-show-predicted-our-impending-ai-hellscape-40-years-ago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channel/UCe03ONnhJbAjuhaK4QdfI6g" TargetMode="External"/><Relationship Id="rId11" Type="http://schemas.openxmlformats.org/officeDocument/2006/relationships/hyperlink" Target="https://www.imdb.com/title/tt30209761/" TargetMode="External"/><Relationship Id="rId12" Type="http://schemas.openxmlformats.org/officeDocument/2006/relationships/hyperlink" Target="https://www.timeextension.com/news/2024/11/this-proto-gamesmaster-tv-show-predicted-our-impending-ai-hellscape-40-years-a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