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ambitious nuclear-powered AI centre halted by rare bee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Ambitious Nuclear-Powered AI Centre Halted by Rare Bee Discovery</w:t>
      </w:r>
      <w:r/>
    </w:p>
    <w:p>
      <w:r/>
      <w:r>
        <w:t>Meta Platforms Inc., the company helmed by Mark Zuckerberg, has encountered an unexpected obstacle in its innovative plan to power artificial intelligence systems using nuclear energy. The ambitious project to establish a nuclear-powered AI data centre has been indefinitely postponed following the discovery of a rare species of bees at the proposed building site. This development was confirmed by Zuckerberg himself during an internal company meeting last week.</w:t>
      </w:r>
      <w:r/>
    </w:p>
    <w:p>
      <w:r/>
      <w:r>
        <w:t>The project, which sought to set a precedent as potentially the first of its kind to utilise nuclear power for AI data processing, was slated to be constructed near an undisclosed nuclear facility. However, the presence of the endangered bees, found during a mandatory environmental survey, has led to the project’s suspension, as reported by the Financial Times on November 4.</w:t>
      </w:r>
      <w:r/>
    </w:p>
    <w:p>
      <w:r/>
      <w:r>
        <w:t>Regulators have suspended the project in order to alleviate concerns surrounding the protection of these pollinators, crucial to both agriculture and the ecosystem. Specific details about the type of bees or the exact location of the project remain confidential. Meta, however, acknowledged the environmental implications and its responsibility towards preserving biodiversity.</w:t>
      </w:r>
      <w:r/>
    </w:p>
    <w:p>
      <w:r/>
      <w:r>
        <w:t>This unforeseen setback comes amidst growing efforts by major tech companies such as Meta, Microsoft, and Amazon, to find sustainable energy solutions to power their rapidly expanding AI infrastructures. These facilities demand significant energy, with reports indicating that an AI-assisted search query can consume up to ten times the energy of a standard search.</w:t>
      </w:r>
      <w:r/>
    </w:p>
    <w:p>
      <w:r/>
      <w:r>
        <w:t>Meta's initiative aimed to address this energy concern while also alleviating pressures on conventional energy grids, given the company’s remarkable 65 percent increase in indirect emissions over the past two years. In line with its sustainability goals and similar efforts by peers, the company has maintained net zero greenhouse gas emissions since 2020. Meta has invested significantly in a renewable energy portfolio and designed some of the tech industry's most sustainable data centres.</w:t>
      </w:r>
      <w:r/>
    </w:p>
    <w:p>
      <w:r/>
      <w:r>
        <w:t>However, this latest pause may also have been influenced by additional regulatory challenges, as hinted by sources cited in the Financial Times article. The project was part of a broader trend, with other tech leaders such as Google working on modular mini reactors and Microsoft exploring the revival of the Three Mile Island nuclear plant.</w:t>
      </w:r>
      <w:r/>
    </w:p>
    <w:p>
      <w:r/>
      <w:r>
        <w:t>The broader environmental implications are significant, especially considering that many bee species are under threat. The Centre for Biological Diversity reports that one in four native bee species in the United States is at risk of extinction, emphasising the importance of pollinator preservation. These insects play a vital role in pollinating numerous crops and wild flowering plants, enhancing biodiversity and ecosystem health.</w:t>
      </w:r>
      <w:r/>
    </w:p>
    <w:p>
      <w:r/>
      <w:r>
        <w:t>The suspension of Meta's plan underscores the ongoing balancing act between technological advancement and environmental conservation. As Meta looks to allocate an estimated $38 billion to capital expenses in 2024, a large portion of which is likely earmarked for AI and data centre projects, the company must navigate these complexities to enhance infrastructure while adhering to environmental responsibilities.</w:t>
      </w:r>
      <w:r/>
    </w:p>
    <w:p>
      <w:r/>
      <w:r>
        <w:t>The halted project serves as a reminder of the challenges tech giants face in marrying innovation with environmental stewardship. As industries strive to meet energy demands through alternative means, the resilience of nature and regulatory frameworks continues to play a pivotal role in shaping industrial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https://www.tipranks.com/news/metas-nasdaqmeta-ai-plans-stalled-as-rare-bee-halts-nuclear-data-center</w:t>
        </w:r>
      </w:hyperlink>
      <w:r>
        <w:t xml:space="preserve"> - Corroborates the discovery of a rare bee species halting Meta's nuclear-powered AI data center project and the project's significance as a potential first in using nuclear power for AI.</w:t>
      </w:r>
      <w:r/>
    </w:p>
    <w:p>
      <w:pPr>
        <w:pStyle w:val="ListNumber"/>
        <w:spacing w:line="240" w:lineRule="auto"/>
        <w:ind w:left="720"/>
      </w:pPr>
      <w:r/>
      <w:hyperlink r:id="rId11">
        <w:r>
          <w:rPr>
            <w:color w:val="0000EE"/>
            <w:u w:val="single"/>
          </w:rPr>
          <w:t>https://fortune.com/2024/11/05/meta-ai-data-center-mark-zuckerberg-nuclear-power-amazon-microsoft-three-mile-island-google/</w:t>
        </w:r>
      </w:hyperlink>
      <w:r>
        <w:t xml:space="preserve"> - Confirms the project's suspension due to environmental issues, including the discovery of rare bees, and provides context on other tech companies' nuclear power initiatives.</w:t>
      </w:r>
      <w:r/>
    </w:p>
    <w:p>
      <w:pPr>
        <w:pStyle w:val="ListNumber"/>
        <w:spacing w:line="240" w:lineRule="auto"/>
        <w:ind w:left="720"/>
      </w:pPr>
      <w:r/>
      <w:hyperlink r:id="rId12">
        <w:r>
          <w:rPr>
            <w:color w:val="0000EE"/>
            <w:u w:val="single"/>
          </w:rPr>
          <w:t>https://observer.com/2024/11/rare-bees-role-big-tech-data-center-ambitions/</w:t>
        </w:r>
      </w:hyperlink>
      <w:r>
        <w:t xml:space="preserve"> - Details the environmental and regulatory issues that led to the project's halt, including the role of rare bees, and Meta's broader efforts in biodiversity conservation.</w:t>
      </w:r>
      <w:r/>
    </w:p>
    <w:p>
      <w:pPr>
        <w:pStyle w:val="ListNumber"/>
        <w:spacing w:line="240" w:lineRule="auto"/>
        <w:ind w:left="720"/>
      </w:pPr>
      <w:r/>
      <w:hyperlink r:id="rId13">
        <w:r>
          <w:rPr>
            <w:color w:val="0000EE"/>
            <w:u w:val="single"/>
          </w:rPr>
          <w:t>https://san.com/cc/rare-bee-discovery-halts-facebook-parent-metas-nuclear-power-plans/</w:t>
        </w:r>
      </w:hyperlink>
      <w:r>
        <w:t xml:space="preserve"> - Supports the information about the rare bee discovery and its impact on Meta's nuclear-powered data center plans, as well as the company's ongoing search for carbon-free energy sources.</w:t>
      </w:r>
      <w:r/>
    </w:p>
    <w:p>
      <w:pPr>
        <w:pStyle w:val="ListNumber"/>
        <w:spacing w:line="240" w:lineRule="auto"/>
        <w:ind w:left="720"/>
      </w:pPr>
      <w:r/>
      <w:hyperlink r:id="rId14">
        <w:r>
          <w:rPr>
            <w:color w:val="0000EE"/>
            <w:u w:val="single"/>
          </w:rPr>
          <w:t>https://arstechnica.com/ai/2024/11/endangered-bees-stop-metas-plan-for-nuclear-powered-ai-data-center/</w:t>
        </w:r>
      </w:hyperlink>
      <w:r>
        <w:t xml:space="preserve"> - Confirms the suspension of the project due to the discovery of endangered bees and highlights the broader context of tech companies seeking sustainable energy solutions.</w:t>
      </w:r>
      <w:r/>
    </w:p>
    <w:p>
      <w:pPr>
        <w:pStyle w:val="ListNumber"/>
        <w:spacing w:line="240" w:lineRule="auto"/>
        <w:ind w:left="720"/>
      </w:pPr>
      <w:r/>
      <w:hyperlink r:id="rId10">
        <w:r>
          <w:rPr>
            <w:color w:val="0000EE"/>
            <w:u w:val="single"/>
          </w:rPr>
          <w:t>https://www.tipranks.com/news/metas-nasdaqmeta-ai-plans-stalled-as-rare-bee-halts-nuclear-data-center</w:t>
        </w:r>
      </w:hyperlink>
      <w:r>
        <w:t xml:space="preserve"> - Provides details on the energy demands of AI and the significance of nuclear power as a carbon-free energy source for tech companies like Meta, Amazon, and Google.</w:t>
      </w:r>
      <w:r/>
    </w:p>
    <w:p>
      <w:pPr>
        <w:pStyle w:val="ListNumber"/>
        <w:spacing w:line="240" w:lineRule="auto"/>
        <w:ind w:left="720"/>
      </w:pPr>
      <w:r/>
      <w:hyperlink r:id="rId11">
        <w:r>
          <w:rPr>
            <w:color w:val="0000EE"/>
            <w:u w:val="single"/>
          </w:rPr>
          <w:t>https://fortune.com/2024/11/05/meta-ai-data-center-mark-zuckerberg-nuclear-power-amazon-microsoft-three-mile-island-google/</w:t>
        </w:r>
      </w:hyperlink>
      <w:r>
        <w:t xml:space="preserve"> - Discusses Microsoft's deal with Constellation Energy to restart the Three Mile Island nuclear power plant and other tech companies' investments in nuclear energy.</w:t>
      </w:r>
      <w:r/>
    </w:p>
    <w:p>
      <w:pPr>
        <w:pStyle w:val="ListNumber"/>
        <w:spacing w:line="240" w:lineRule="auto"/>
        <w:ind w:left="720"/>
      </w:pPr>
      <w:r/>
      <w:hyperlink r:id="rId12">
        <w:r>
          <w:rPr>
            <w:color w:val="0000EE"/>
            <w:u w:val="single"/>
          </w:rPr>
          <w:t>https://observer.com/2024/11/rare-bees-role-big-tech-data-center-ambitions/</w:t>
        </w:r>
      </w:hyperlink>
      <w:r>
        <w:t xml:space="preserve"> - Highlights Meta's past efforts in pollinator conservation, such as the All-Ireland Pollinator Plan, and the company's ongoing commitment to biodiversity.</w:t>
      </w:r>
      <w:r/>
    </w:p>
    <w:p>
      <w:pPr>
        <w:pStyle w:val="ListNumber"/>
        <w:spacing w:line="240" w:lineRule="auto"/>
        <w:ind w:left="720"/>
      </w:pPr>
      <w:r/>
      <w:hyperlink r:id="rId13">
        <w:r>
          <w:rPr>
            <w:color w:val="0000EE"/>
            <w:u w:val="single"/>
          </w:rPr>
          <w:t>https://san.com/cc/rare-bee-discovery-halts-facebook-parent-metas-nuclear-power-plans/</w:t>
        </w:r>
      </w:hyperlink>
      <w:r>
        <w:t xml:space="preserve"> - Mentions the regulatory issues and the broader trend of tech companies exploring nuclear power to meet their energy demands while achieving renewable energy goals.</w:t>
      </w:r>
      <w:r/>
    </w:p>
    <w:p>
      <w:pPr>
        <w:pStyle w:val="ListNumber"/>
        <w:spacing w:line="240" w:lineRule="auto"/>
        <w:ind w:left="720"/>
      </w:pPr>
      <w:r/>
      <w:hyperlink r:id="rId14">
        <w:r>
          <w:rPr>
            <w:color w:val="0000EE"/>
            <w:u w:val="single"/>
          </w:rPr>
          <w:t>https://arstechnica.com/ai/2024/11/endangered-bees-stop-metas-plan-for-nuclear-powered-ai-data-center/</w:t>
        </w:r>
      </w:hyperlink>
      <w:r>
        <w:t xml:space="preserve"> - Emphasizes the importance of pollinator preservation and the challenges tech companies face in balancing technological advancement with environmental conservation.</w:t>
      </w:r>
      <w:r/>
    </w:p>
    <w:p>
      <w:pPr>
        <w:pStyle w:val="ListNumber"/>
        <w:spacing w:line="240" w:lineRule="auto"/>
        <w:ind w:left="720"/>
      </w:pPr>
      <w:r/>
      <w:hyperlink r:id="rId12">
        <w:r>
          <w:rPr>
            <w:color w:val="0000EE"/>
            <w:u w:val="single"/>
          </w:rPr>
          <w:t>https://observer.com/2024/11/rare-bees-role-big-tech-data-center-ambitions/</w:t>
        </w:r>
      </w:hyperlink>
      <w:r>
        <w:t xml:space="preserve"> - Details Meta's significant investments in AI and data center projects, including the estimated $38 billion in capital expenses for 2024, and the need to navigate environmental responsibilities.</w:t>
      </w:r>
      <w:r/>
    </w:p>
    <w:p>
      <w:pPr>
        <w:pStyle w:val="ListNumber"/>
        <w:spacing w:line="240" w:lineRule="auto"/>
        <w:ind w:left="720"/>
      </w:pPr>
      <w:r/>
      <w:hyperlink r:id="rId15">
        <w:r>
          <w:rPr>
            <w:color w:val="0000EE"/>
            <w:u w:val="single"/>
          </w:rPr>
          <w:t>https://www.newsweek.com/mark-zuckerberg-nuclear-powered-ai-bees-have-other-ideas-1980680</w:t>
        </w:r>
      </w:hyperlink>
      <w:r>
        <w:t xml:space="preserve"> - Please view link - unable to able to access data</w:t>
      </w:r>
      <w:r/>
    </w:p>
    <w:p>
      <w:pPr>
        <w:pStyle w:val="ListNumber"/>
        <w:spacing w:line="240" w:lineRule="auto"/>
        <w:ind w:left="720"/>
      </w:pPr>
      <w:r/>
      <w:hyperlink r:id="rId16">
        <w:r>
          <w:rPr>
            <w:color w:val="0000EE"/>
            <w:u w:val="single"/>
          </w:rPr>
          <w:t>https://www.techradar.com/pro/metas-plan-for-nuclear-datacenter-reportedly-undone-by-bees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ipranks.com/news/metas-nasdaqmeta-ai-plans-stalled-as-rare-bee-halts-nuclear-data-center" TargetMode="External"/><Relationship Id="rId11" Type="http://schemas.openxmlformats.org/officeDocument/2006/relationships/hyperlink" Target="https://fortune.com/2024/11/05/meta-ai-data-center-mark-zuckerberg-nuclear-power-amazon-microsoft-three-mile-island-google/" TargetMode="External"/><Relationship Id="rId12" Type="http://schemas.openxmlformats.org/officeDocument/2006/relationships/hyperlink" Target="https://observer.com/2024/11/rare-bees-role-big-tech-data-center-ambitions/" TargetMode="External"/><Relationship Id="rId13" Type="http://schemas.openxmlformats.org/officeDocument/2006/relationships/hyperlink" Target="https://san.com/cc/rare-bee-discovery-halts-facebook-parent-metas-nuclear-power-plans/" TargetMode="External"/><Relationship Id="rId14" Type="http://schemas.openxmlformats.org/officeDocument/2006/relationships/hyperlink" Target="https://arstechnica.com/ai/2024/11/endangered-bees-stop-metas-plan-for-nuclear-powered-ai-data-center/" TargetMode="External"/><Relationship Id="rId15" Type="http://schemas.openxmlformats.org/officeDocument/2006/relationships/hyperlink" Target="https://www.newsweek.com/mark-zuckerberg-nuclear-powered-ai-bees-have-other-ideas-1980680" TargetMode="External"/><Relationship Id="rId16" Type="http://schemas.openxmlformats.org/officeDocument/2006/relationships/hyperlink" Target="https://www.techradar.com/pro/metas-plan-for-nuclear-datacenter-reportedly-undone-by-b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