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enhances productivity tools with AI Copilot rollout in Asia-Pacific</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Microsoft has launched a new initiative aimed at enhancing productivity tools for its Microsoft 365 Personal and Family subscribers in selected Asian-Pacific countries. This update, announced by Microsoft Asia, expands the availability of Copilot, the company's AI-powered virtual assistant, to subscribers in Australia, New Zealand, Malaysia, Singapore, Taiwan, and Thailand. This move comes as Microsoft aims to integrate advanced AI capabilities across its suite of Office applications.</w:t>
      </w:r>
      <w:r/>
    </w:p>
    <w:p>
      <w:r/>
      <w:r>
        <w:t>Copilot, which has been previously available only through the expensive Copilot Pro subscription, will now be accessible at no additional cost for current subscribers once they update to the latest version. This integration will bring AI functionalities into commonly used applications such as Word, Excel, PowerPoint, Outlook, OneNote, and the Microsoft Designer app, which offers image generation capabilities. However, the added features will only be available to the primary user of Microsoft 365 Family subscriptions, not shared among other subscribers.</w:t>
      </w:r>
      <w:r/>
    </w:p>
    <w:p>
      <w:r/>
      <w:r>
        <w:t>The introduction of Copilot is structured around a monthly allotment of AI credits, further indicating Microsoft’s incremental approach to rolling out AI features. Should users exceed their credit limits, they are offered the option to subscribe to Copilot Pro for enhanced usage. Despite these added benefits, users should brace for an increase in subscription fees upon renewal — a point already underscored by an Australian subscriber reporting a rise from AU$139 to AU$179.</w:t>
      </w:r>
      <w:r/>
    </w:p>
    <w:p>
      <w:r/>
      <w:r>
        <w:t>The rollout is part of a regional trial, with expectations that it may eventually expand to other global markets, including the United States and Western Europe. This approach allows Microsoft to gather insights on customer reception and assess the IT infrastructure needed to support the introduction of Copilot on a larger scale.</w:t>
      </w:r>
      <w:r/>
    </w:p>
    <w:p>
      <w:r/>
      <w:r>
        <w:t>Amid this rollout, there has been some discontent among users. Discussions on social media platforms like Reddit highlight concerns about the mandatory nature of the AI features, which cannot be disabled, and their impact on system performance. Users, including postgraduate students, have voiced apprehensions that AI-assisted functionalities could be considered a breach of academic integrity policies.</w:t>
      </w:r>
      <w:r/>
    </w:p>
    <w:p>
      <w:r/>
      <w:r>
        <w:t>Simultaneously, StackSocial is continuing its offer of significant discounts on Microsoft Windows 11 Pro, another initiative to bolster productivity. For a limited time, the software can be purchased for $20, an 89% reduction from the usual price. Windows 11 Pro provides users with advanced security features such as biometric login and antivirus protection. It is designed to enhance user productivity with features like snap layouts, redocking, and voice typing, alongside offering superior gaming graphics through DirectX 12 Ultimate API.</w:t>
      </w:r>
      <w:r/>
    </w:p>
    <w:p>
      <w:r/>
      <w:r>
        <w:t>These developments reflect Microsoft's strategic emphasis on integrating AI into its software ecosystem, enhancing both utility and user experience for an array of consumers. While the Copilot features and Windows 11 Pro release offer robust solutions for tech enthusiasts and professional users, Microsoft continues to navigate user reactions and potential adjustments before broader global deployment.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https://www.microsoft.com/en-us/microsoft-365/copilot</w:t>
        </w:r>
      </w:hyperlink>
      <w:r>
        <w:t xml:space="preserve"> - This link explains how Microsoft 365 Copilot integrates AI into various Microsoft 365 apps, including Word, Excel, PowerPoint, Outlook, and Teams, enhancing productivity and workflow.</w:t>
      </w:r>
      <w:r/>
    </w:p>
    <w:p>
      <w:pPr>
        <w:pStyle w:val="ListNumber"/>
        <w:spacing w:line="240" w:lineRule="auto"/>
        <w:ind w:left="720"/>
      </w:pPr>
      <w:r/>
      <w:hyperlink r:id="rId11">
        <w:r>
          <w:rPr>
            <w:color w:val="0000EE"/>
            <w:u w:val="single"/>
          </w:rPr>
          <w:t>https://blogs.microsoft.com/blog/2023/03/16/introducing-microsoft-365-copilot-your-copilot-for-work/</w:t>
        </w:r>
      </w:hyperlink>
      <w:r>
        <w:t xml:space="preserve"> - This article introduces Microsoft 365 Copilot, detailing its integration with Microsoft 365 apps, its use of large language models, and its ability to access and utilize business data securely.</w:t>
      </w:r>
      <w:r/>
    </w:p>
    <w:p>
      <w:pPr>
        <w:pStyle w:val="ListNumber"/>
        <w:spacing w:line="240" w:lineRule="auto"/>
        <w:ind w:left="720"/>
      </w:pPr>
      <w:r/>
      <w:hyperlink r:id="rId12">
        <w:r>
          <w:rPr>
            <w:color w:val="0000EE"/>
            <w:u w:val="single"/>
          </w:rPr>
          <w:t>https://adoption.microsoft.com/en-us/copilot/</w:t>
        </w:r>
      </w:hyperlink>
      <w:r>
        <w:t xml:space="preserve"> - This link provides information on how Microsoft 365 Copilot can use files, emails, chats, and meeting information directly from Microsoft 365 apps, and it also mentions the availability of Copilot on mobile devices.</w:t>
      </w:r>
      <w:r/>
    </w:p>
    <w:p>
      <w:pPr>
        <w:pStyle w:val="ListNumber"/>
        <w:spacing w:line="240" w:lineRule="auto"/>
        <w:ind w:left="720"/>
      </w:pPr>
      <w:r/>
      <w:hyperlink r:id="rId13">
        <w:r>
          <w:rPr>
            <w:color w:val="0000EE"/>
            <w:u w:val="single"/>
          </w:rPr>
          <w:t>https://www.microsoft.com/en-us/microsoft-365/copilot/copilot-for-work</w:t>
        </w:r>
      </w:hyperlink>
      <w:r>
        <w:t xml:space="preserve"> - This page describes how Microsoft 365 Copilot saves time, amplifies productivity, and drives business forward by combining AI with everyday apps, and it highlights the security and compliance features of Copilot.</w:t>
      </w:r>
      <w:r/>
    </w:p>
    <w:p>
      <w:pPr>
        <w:pStyle w:val="ListNumber"/>
        <w:spacing w:line="240" w:lineRule="auto"/>
        <w:ind w:left="720"/>
      </w:pPr>
      <w:r/>
      <w:hyperlink r:id="rId14">
        <w:r>
          <w:rPr>
            <w:color w:val="0000EE"/>
            <w:u w:val="single"/>
          </w:rPr>
          <w:t>https://blog.charlesit.com/what-is-microsoft-copilot-your-new-ai-personal-assistant</w:t>
        </w:r>
      </w:hyperlink>
      <w:r>
        <w:t xml:space="preserve"> - This blog post explains the key features of Microsoft Copilot, including its ability to streamline tasks, automate workflows, and enhance productivity and collaboration within teams.</w:t>
      </w:r>
      <w:r/>
    </w:p>
    <w:p>
      <w:pPr>
        <w:pStyle w:val="ListNumber"/>
        <w:spacing w:line="240" w:lineRule="auto"/>
        <w:ind w:left="720"/>
      </w:pPr>
      <w:r/>
      <w:hyperlink r:id="rId10">
        <w:r>
          <w:rPr>
            <w:color w:val="0000EE"/>
            <w:u w:val="single"/>
          </w:rPr>
          <w:t>https://www.microsoft.com/en-us/microsoft-365/copilot</w:t>
        </w:r>
      </w:hyperlink>
      <w:r>
        <w:t xml:space="preserve"> - This link details the pricing and plans for Microsoft 365 Copilot, including the requirement for a separate license for qualifying Microsoft 365 plans and the cost of $30 per user per month with an annual subscription.</w:t>
      </w:r>
      <w:r/>
    </w:p>
    <w:p>
      <w:pPr>
        <w:pStyle w:val="ListNumber"/>
        <w:spacing w:line="240" w:lineRule="auto"/>
        <w:ind w:left="720"/>
      </w:pPr>
      <w:r/>
      <w:hyperlink r:id="rId11">
        <w:r>
          <w:rPr>
            <w:color w:val="0000EE"/>
            <w:u w:val="single"/>
          </w:rPr>
          <w:t>https://blogs.microsoft.com/blog/2023/03/16/introducing-microsoft-365-copilot-your-copilot-for-work/</w:t>
        </w:r>
      </w:hyperlink>
      <w:r>
        <w:t xml:space="preserve"> - This article discusses the comprehensive approach to security, compliance, and privacy that Microsoft 365 Copilot inherits from Microsoft 365, addressing user concerns about data protection.</w:t>
      </w:r>
      <w:r/>
    </w:p>
    <w:p>
      <w:pPr>
        <w:pStyle w:val="ListNumber"/>
        <w:spacing w:line="240" w:lineRule="auto"/>
        <w:ind w:left="720"/>
      </w:pPr>
      <w:r/>
      <w:hyperlink r:id="rId12">
        <w:r>
          <w:rPr>
            <w:color w:val="0000EE"/>
            <w:u w:val="single"/>
          </w:rPr>
          <w:t>https://adoption.microsoft.com/en-us/copilot/</w:t>
        </w:r>
      </w:hyperlink>
      <w:r>
        <w:t xml:space="preserve"> - This link mentions the Copilot Studio and the ability to customize and build copilot experiences, which aligns with the idea of expanding AI features and functionalities.</w:t>
      </w:r>
      <w:r/>
    </w:p>
    <w:p>
      <w:pPr>
        <w:pStyle w:val="ListNumber"/>
        <w:spacing w:line="240" w:lineRule="auto"/>
        <w:ind w:left="720"/>
      </w:pPr>
      <w:r/>
      <w:hyperlink r:id="rId13">
        <w:r>
          <w:rPr>
            <w:color w:val="0000EE"/>
            <w:u w:val="single"/>
          </w:rPr>
          <w:t>https://www.microsoft.com/en-us/microsoft-365/copilot/copilot-for-work</w:t>
        </w:r>
      </w:hyperlink>
      <w:r>
        <w:t xml:space="preserve"> - This page highlights the role-based agents for Microsoft 365 Copilot, such as those for sales, service, and finance, which are designed to enhance specific workflows and business processes.</w:t>
      </w:r>
      <w:r/>
    </w:p>
    <w:p>
      <w:pPr>
        <w:pStyle w:val="ListNumber"/>
        <w:spacing w:line="240" w:lineRule="auto"/>
        <w:ind w:left="720"/>
      </w:pPr>
      <w:r/>
      <w:hyperlink r:id="rId11">
        <w:r>
          <w:rPr>
            <w:color w:val="0000EE"/>
            <w:u w:val="single"/>
          </w:rPr>
          <w:t>https://blogs.microsoft.com/blog/2023/03/16/introducing-microsoft-365-copilot-your-copilot-for-work/</w:t>
        </w:r>
      </w:hyperlink>
      <w:r>
        <w:t xml:space="preserve"> - This article explains how Copilot is grounded in business data, combining content and context to deliver accurate and relevant responses, which is crucial for its integration into various business scenarios.</w:t>
      </w:r>
      <w:r/>
    </w:p>
    <w:p>
      <w:pPr>
        <w:pStyle w:val="ListNumber"/>
        <w:spacing w:line="240" w:lineRule="auto"/>
        <w:ind w:left="720"/>
      </w:pPr>
      <w:r/>
      <w:hyperlink r:id="rId15">
        <w:r>
          <w:rPr>
            <w:color w:val="0000EE"/>
            <w:u w:val="single"/>
          </w:rPr>
          <w:t>https://www.zdnet.com/article/upgrade-to-windows-11-pro-for-20-heres-how/</w:t>
        </w:r>
      </w:hyperlink>
      <w:r>
        <w:t xml:space="preserve"> - Please view link - unable to able to access data</w:t>
      </w:r>
      <w:r/>
    </w:p>
    <w:p>
      <w:pPr>
        <w:pStyle w:val="ListNumber"/>
        <w:spacing w:line="240" w:lineRule="auto"/>
        <w:ind w:left="720"/>
      </w:pPr>
      <w:r/>
      <w:hyperlink r:id="rId16">
        <w:r>
          <w:rPr>
            <w:color w:val="0000EE"/>
            <w:u w:val="single"/>
          </w:rPr>
          <w:t>https://www.zdnet.com/article/microsofts-copilot-ai-is-coming-to-your-office-apps-whether-you-like-it-or-not/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icrosoft.com/en-us/microsoft-365/copilot" TargetMode="External"/><Relationship Id="rId11" Type="http://schemas.openxmlformats.org/officeDocument/2006/relationships/hyperlink" Target="https://blogs.microsoft.com/blog/2023/03/16/introducing-microsoft-365-copilot-your-copilot-for-work/" TargetMode="External"/><Relationship Id="rId12" Type="http://schemas.openxmlformats.org/officeDocument/2006/relationships/hyperlink" Target="https://adoption.microsoft.com/en-us/copilot/" TargetMode="External"/><Relationship Id="rId13" Type="http://schemas.openxmlformats.org/officeDocument/2006/relationships/hyperlink" Target="https://www.microsoft.com/en-us/microsoft-365/copilot/copilot-for-work" TargetMode="External"/><Relationship Id="rId14" Type="http://schemas.openxmlformats.org/officeDocument/2006/relationships/hyperlink" Target="https://blog.charlesit.com/what-is-microsoft-copilot-your-new-ai-personal-assistant" TargetMode="External"/><Relationship Id="rId15" Type="http://schemas.openxmlformats.org/officeDocument/2006/relationships/hyperlink" Target="https://www.zdnet.com/article/upgrade-to-windows-11-pro-for-20-heres-how/" TargetMode="External"/><Relationship Id="rId16" Type="http://schemas.openxmlformats.org/officeDocument/2006/relationships/hyperlink" Target="https://www.zdnet.com/article/microsofts-copilot-ai-is-coming-to-your-office-apps-whether-you-like-it-or-no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