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Ignite 2023: Preview of upcoming announcements and conflicts in the AI arena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Microsoft Ignite 2023: Preview of Upcoming Announcements and Conflicts in the AI Arena</w:t>
      </w:r>
      <w:r/>
    </w:p>
    <w:p>
      <w:r/>
      <w:r>
        <w:t xml:space="preserve">Microsoft Ignite, known as a significant event in the unified communications (UC) and collaboration industry, is back. This year's event will once again highlight Microsoft's continued focus on artificial intelligence (AI), specifically revolving around its Copilot technology, which has been at the forefront of Microsoft's AI strategy since its launch. </w:t>
      </w:r>
      <w:r/>
    </w:p>
    <w:p>
      <w:r/>
      <w:r>
        <w:t>In the previous year, AI, particularly through Copilot, has pervaded public consciousness and influenced the technology space significantly. As Ignite 2023 unfolds, it is anticipated that Microsoft will delve deeper into AI advancements and reveal new tools or updates within this framework. Rob Scott, during UC Today's Big Teams News Show, speculated that AI will remain a primary focus, although challenges in adoption and user clarity around Copilot persist.</w:t>
      </w:r>
      <w:r/>
    </w:p>
    <w:p>
      <w:r/>
      <w:r>
        <w:t>Microsoft's substantial $13 billion investment into OpenAI underscores its commitment to remain a competitive force in the AI landscape. Kevin Kieller, co-founder of enableUC, noted that leveraging AI in Microsoft's proprietary products and the Azure AI platform positions the company strategically. As AI technology evolves rapidly, with performance reportedly doubling every six months, Tom Arbuthnot of Empowering.Cloud highlighted that Microsoft aims to reinvent itself in this dynamic AI age.</w:t>
      </w:r>
      <w:r/>
    </w:p>
    <w:p>
      <w:r/>
      <w:r>
        <w:t>Amid the fierce competition with other tech giants like Google, which is enhancing its Bard AI, Microsoft continues to refine its Copilot and AI capabilities. However, as Josh Blalock from Jabra reported, user confusion about various Copilot versions continues to be an issue, indicating a potential focus on better user education and feature clarity at Ignite.</w:t>
      </w:r>
      <w:r/>
    </w:p>
    <w:p>
      <w:r/>
      <w:r>
        <w:t>Tom Arbuthnot also pointed out Microsoft's emphasis on AI agent scenarios, potentially hinting at new use cases to be unveiled that meet the competitive benchmarks set by other AI solutions in the market.</w:t>
      </w:r>
      <w:r/>
    </w:p>
    <w:p>
      <w:r/>
      <w:r>
        <w:t>In addition to AI, Microsoft Teams is due for significant updates. A major visual overhaul was recently announced, which consolidates chats, teams, and channels into a unified chat icon interface. This change is designed to simplify the user experience by streamlining access to conversations. However, as noted by Josh Blalock and Kevin Kieller, this sweeping change could initially confuse users, particularly for those heavily invested in previous strategies. Guidance for the millions of Teams users adapting to this update may be discussed at Ignite.</w:t>
      </w:r>
      <w:r/>
    </w:p>
    <w:p>
      <w:r/>
      <w:r>
        <w:t>Furthermore, Microsoft's Teams Phone has seen enhancements in survivability features, allowing telephony functionality for up to seven days without internet—an essential upgrade for sustaining business continuity, highlighted by Tom Arbuthnot. This may be further explored during Ignite, revealing more about its strategic importance.</w:t>
      </w:r>
      <w:r/>
    </w:p>
    <w:p>
      <w:r/>
      <w:r>
        <w:t>The integration of digital signage capability into Teams Rooms, allowing organisations to display corporate content while systems are idle, is another recent development mentioned by Graham Walsh. This feature aligns with the growing demand for flexible technology solutions that accommodate meetings and enhance workplace communication. Ignite might expand on this, illustrating Microsoft's broader plans for digital signage within collaboration displays.</w:t>
      </w:r>
      <w:r/>
    </w:p>
    <w:p>
      <w:r/>
      <w:r>
        <w:t>Lastly, Microsoft Places emerges as another significant area, with its abilities like intelligent desk booking and presence detection noted by Ryan Herbst from UnifiedCommunications.com. As hybrid work environments evolve, Microsoft's potential announcements could focus on expanding tools and features that support seamless integration of hybrid work setups, minimising user overwhelm while maximising productivity.</w:t>
      </w:r>
      <w:r/>
    </w:p>
    <w:p>
      <w:r/>
      <w:r>
        <w:t>As Microsoft Ignite 2023 unfolds, those attending can expect a comprehensive unveiling of Microsoft's AI strategy advancements, user interface changes, and enhancements across the Teams ecosystem, each contributing to the ongoing evolution of workplace collaboration technology. This year's event underscores Microsoft's determination to maintain a leading position in the fast-evolving technology landscape, and Ignite serves as a crucial platform for these revelations.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https://www.microsoft.com/en-us/security/blog/2023/11/15/microsoft-unveils-expansion-of-ai-for-security-and-security-for-ai-at-microsoft-ignite/</w:t>
        </w:r>
      </w:hyperlink>
      <w:r>
        <w:t xml:space="preserve"> - This link corroborates Microsoft's focus on AI, specifically the expansion of AI for security and the introduction of the unified security operations platform with built-in Copilot.</w:t>
      </w:r>
      <w:r/>
    </w:p>
    <w:p>
      <w:pPr>
        <w:pStyle w:val="ListNumber"/>
        <w:spacing w:line="240" w:lineRule="auto"/>
        <w:ind w:left="720"/>
      </w:pPr>
      <w:r/>
      <w:hyperlink r:id="rId11">
        <w:r>
          <w:rPr>
            <w:color w:val="0000EE"/>
            <w:u w:val="single"/>
          </w:rPr>
          <w:t>https://blogs.microsoft.com/blog/2023/11/15/microsoft-ignite-2023-ai-transformation-and-the-technology-driving-change/</w:t>
        </w:r>
      </w:hyperlink>
      <w:r>
        <w:t xml:space="preserve"> - This link supports the announcement of new AI innovations, including the integration of AI into various Microsoft products and the introduction of Microsoft-designed AI chips like Azure Maia and Azure Cobalt.</w:t>
      </w:r>
      <w:r/>
    </w:p>
    <w:p>
      <w:pPr>
        <w:pStyle w:val="ListNumber"/>
        <w:spacing w:line="240" w:lineRule="auto"/>
        <w:ind w:left="720"/>
      </w:pPr>
      <w:r/>
      <w:hyperlink r:id="rId12">
        <w:r>
          <w:rPr>
            <w:color w:val="0000EE"/>
            <w:u w:val="single"/>
          </w:rPr>
          <w:t>https://www.crn.com/news/cloud/microsoft-ignite-2023-the-biggest-news-in-ai-copilot</w:t>
        </w:r>
      </w:hyperlink>
      <w:r>
        <w:t xml:space="preserve"> - This link highlights the major announcements at Microsoft Ignite 2023, including Copilot for Service, Copilot in Dynamics 365 Guides, and the introduction of Copilot Studio.</w:t>
      </w:r>
      <w:r/>
    </w:p>
    <w:p>
      <w:pPr>
        <w:pStyle w:val="ListNumber"/>
        <w:spacing w:line="240" w:lineRule="auto"/>
        <w:ind w:left="720"/>
      </w:pPr>
      <w:r/>
      <w:hyperlink r:id="rId13">
        <w:r>
          <w:rPr>
            <w:color w:val="0000EE"/>
            <w:u w:val="single"/>
          </w:rPr>
          <w:t>https://upslide.net/blog/our-top-5-copilot-announcements-from-microsoft-ignite-2023/</w:t>
        </w:r>
      </w:hyperlink>
      <w:r>
        <w:t xml:space="preserve"> - This link details the top Copilot announcements, such as Copilot Studio, new functionality in Outlook and Teams, and the rebranding of Bing Chat to Copilot.</w:t>
      </w:r>
      <w:r/>
    </w:p>
    <w:p>
      <w:pPr>
        <w:pStyle w:val="ListNumber"/>
        <w:spacing w:line="240" w:lineRule="auto"/>
        <w:ind w:left="720"/>
      </w:pPr>
      <w:r/>
      <w:hyperlink r:id="rId14">
        <w:r>
          <w:rPr>
            <w:color w:val="0000EE"/>
            <w:u w:val="single"/>
          </w:rPr>
          <w:t>https://techcrunch.com/2023/11/16/microsoft-ignite-2023-copilot-ai-expansions-custom-chips-and-all-the-other-announcements/</w:t>
        </w:r>
      </w:hyperlink>
      <w:r>
        <w:t xml:space="preserve"> - This link provides information on the rebranding of Bing Chat to Copilot, the introduction of custom AI chips, and new AI tools like Copilot for Azure and Copilot for Service.</w:t>
      </w:r>
      <w:r/>
    </w:p>
    <w:p>
      <w:pPr>
        <w:pStyle w:val="ListNumber"/>
        <w:spacing w:line="240" w:lineRule="auto"/>
        <w:ind w:left="720"/>
      </w:pPr>
      <w:r/>
      <w:hyperlink r:id="rId10">
        <w:r>
          <w:rPr>
            <w:color w:val="0000EE"/>
            <w:u w:val="single"/>
          </w:rPr>
          <w:t>https://www.microsoft.com/en-us/security/blog/2023/11/15/microsoft-unveils-expansion-of-ai-for-security-and-security-for-ai-at-microsoft-ignite/</w:t>
        </w:r>
      </w:hyperlink>
      <w:r>
        <w:t xml:space="preserve"> - This link supports Microsoft's substantial investment in OpenAI and its strategic positioning in the AI landscape through its proprietary products and Azure AI platform.</w:t>
      </w:r>
      <w:r/>
    </w:p>
    <w:p>
      <w:pPr>
        <w:pStyle w:val="ListNumber"/>
        <w:spacing w:line="240" w:lineRule="auto"/>
        <w:ind w:left="720"/>
      </w:pPr>
      <w:r/>
      <w:hyperlink r:id="rId11">
        <w:r>
          <w:rPr>
            <w:color w:val="0000EE"/>
            <w:u w:val="single"/>
          </w:rPr>
          <w:t>https://blogs.microsoft.com/blog/2023/11/15/microsoft-ignite-2023-ai-transformation-and-the-technology-driving-change/</w:t>
        </w:r>
      </w:hyperlink>
      <w:r>
        <w:t xml:space="preserve"> - This link corroborates the emphasis on AI agent scenarios and the potential new use cases to be unveiled, meeting competitive benchmarks set by other AI solutions.</w:t>
      </w:r>
      <w:r/>
    </w:p>
    <w:p>
      <w:pPr>
        <w:pStyle w:val="ListNumber"/>
        <w:spacing w:line="240" w:lineRule="auto"/>
        <w:ind w:left="720"/>
      </w:pPr>
      <w:r/>
      <w:hyperlink r:id="rId12">
        <w:r>
          <w:rPr>
            <w:color w:val="0000EE"/>
            <w:u w:val="single"/>
          </w:rPr>
          <w:t>https://www.crn.com/news/cloud/microsoft-ignite-2023-the-biggest-news-in-ai-copilot</w:t>
        </w:r>
      </w:hyperlink>
      <w:r>
        <w:t xml:space="preserve"> - This link supports the updates in Microsoft Teams, including the visual overhaul and the integration of digital signage capability into Teams Rooms.</w:t>
      </w:r>
      <w:r/>
    </w:p>
    <w:p>
      <w:pPr>
        <w:pStyle w:val="ListNumber"/>
        <w:spacing w:line="240" w:lineRule="auto"/>
        <w:ind w:left="720"/>
      </w:pPr>
      <w:r/>
      <w:hyperlink r:id="rId13">
        <w:r>
          <w:rPr>
            <w:color w:val="0000EE"/>
            <w:u w:val="single"/>
          </w:rPr>
          <w:t>https://upslide.net/blog/our-top-5-copilot-announcements-from-microsoft-ignite-2023/</w:t>
        </w:r>
      </w:hyperlink>
      <w:r>
        <w:t xml:space="preserve"> - This link details the enhancements in Microsoft Teams Phone, such as survivability features allowing telephony functionality without internet, and the potential discussion of this at Ignite.</w:t>
      </w:r>
      <w:r/>
    </w:p>
    <w:p>
      <w:pPr>
        <w:pStyle w:val="ListNumber"/>
        <w:spacing w:line="240" w:lineRule="auto"/>
        <w:ind w:left="720"/>
      </w:pPr>
      <w:r/>
      <w:hyperlink r:id="rId14">
        <w:r>
          <w:rPr>
            <w:color w:val="0000EE"/>
            <w:u w:val="single"/>
          </w:rPr>
          <w:t>https://techcrunch.com/2023/11/16/microsoft-ignite-2023-copilot-ai-expansions-custom-chips-and-all-the-other-announcements/</w:t>
        </w:r>
      </w:hyperlink>
      <w:r>
        <w:t xml:space="preserve"> - This link supports the integration of intelligent desk booking and presence detection in Microsoft Places, aligning with the evolving hybrid work environments.</w:t>
      </w:r>
      <w:r/>
    </w:p>
    <w:p>
      <w:pPr>
        <w:pStyle w:val="ListNumber"/>
        <w:spacing w:line="240" w:lineRule="auto"/>
        <w:ind w:left="720"/>
      </w:pPr>
      <w:r/>
      <w:hyperlink r:id="rId11">
        <w:r>
          <w:rPr>
            <w:color w:val="0000EE"/>
            <w:u w:val="single"/>
          </w:rPr>
          <w:t>https://blogs.microsoft.com/blog/2023/11/15/microsoft-ignite-2023-ai-transformation-and-the-technology-driving-change/</w:t>
        </w:r>
      </w:hyperlink>
      <w:r>
        <w:t xml:space="preserve"> - This link underscores Microsoft's determination to maintain a leading position in the technology landscape through comprehensive unveilings of AI strategy advancements and user interface changes.</w:t>
      </w:r>
      <w:r/>
    </w:p>
    <w:p>
      <w:pPr>
        <w:pStyle w:val="ListNumber"/>
        <w:spacing w:line="240" w:lineRule="auto"/>
        <w:ind w:left="720"/>
      </w:pPr>
      <w:r/>
      <w:hyperlink r:id="rId15">
        <w:r>
          <w:rPr>
            <w:color w:val="0000EE"/>
            <w:u w:val="single"/>
          </w:rPr>
          <w:t>https://www.uctoday.com/collaboration/what-could-be-in-store-at-microsoft-ignite-2024/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icrosoft.com/en-us/security/blog/2023/11/15/microsoft-unveils-expansion-of-ai-for-security-and-security-for-ai-at-microsoft-ignite/" TargetMode="External"/><Relationship Id="rId11" Type="http://schemas.openxmlformats.org/officeDocument/2006/relationships/hyperlink" Target="https://blogs.microsoft.com/blog/2023/11/15/microsoft-ignite-2023-ai-transformation-and-the-technology-driving-change/" TargetMode="External"/><Relationship Id="rId12" Type="http://schemas.openxmlformats.org/officeDocument/2006/relationships/hyperlink" Target="https://www.crn.com/news/cloud/microsoft-ignite-2023-the-biggest-news-in-ai-copilot" TargetMode="External"/><Relationship Id="rId13" Type="http://schemas.openxmlformats.org/officeDocument/2006/relationships/hyperlink" Target="https://upslide.net/blog/our-top-5-copilot-announcements-from-microsoft-ignite-2023/" TargetMode="External"/><Relationship Id="rId14" Type="http://schemas.openxmlformats.org/officeDocument/2006/relationships/hyperlink" Target="https://techcrunch.com/2023/11/16/microsoft-ignite-2023-copilot-ai-expansions-custom-chips-and-all-the-other-announcements/" TargetMode="External"/><Relationship Id="rId15" Type="http://schemas.openxmlformats.org/officeDocument/2006/relationships/hyperlink" Target="https://www.uctoday.com/collaboration/what-could-be-in-store-at-microsoft-ignite-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