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MLS PIN partners with Restb.ai to enhance real estate services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MLS Property Information Network (MLS PIN), the largest multiple listing service in New England, has entered a strategic partnership with Restb.ai to integrate cutting-edge artificial intelligence features into its real estate services. This collaboration aims to benefit over 39,300 real estate professionals and a vast number of consumers across six New England states and New York.</w:t>
      </w:r>
      <w:r/>
    </w:p>
    <w:p>
      <w:r/>
      <w:r>
        <w:t>Scheduled for a rollout beginning in early 2025, MLS PIN will introduce several AI-powered tools provided by Restb.ai, a leader in AI-powered computer vision solutions for the real estate industry. The first of these features includes the Listing Auto-populate from photos with Advanced Image Tagging and the innovative Listing Remark AI Generator.</w:t>
      </w:r>
      <w:r/>
    </w:p>
    <w:p>
      <w:r/>
      <w:r>
        <w:t>Erminio Grasso, President and CEO of MLS PIN, expressed enthusiasm about the advancements, commenting on how these AI tools enhance their proprietary Pinergy technology, ensuring it remains a leader in real estate innovation. According to Grasso, the integration of safe and time-saving AI technologies will significantly benefit real estate professionals in New England and New York.</w:t>
      </w:r>
      <w:r/>
    </w:p>
    <w:p>
      <w:r/>
      <w:r>
        <w:t>The upcoming Listing Auto-populate tool is designed to streamline the process of property listing for single-family homes. This feature allows real estate agents to automatically create listing content by uploading property photos. These images are analysed to identify and tag key features, such as interior and exterior elements, room types, and architectural styles. The information is then automatically populated into corresponding fields in the Pinergy listing input form, with captions and ADA-compliant alternative text generated for each photo.</w:t>
      </w:r>
      <w:r/>
    </w:p>
    <w:p>
      <w:r/>
      <w:r>
        <w:t>Coinciding with this, the Listing Remark AI Generator will be embedded directly within the Pinergy interface. This tool utilises AI to craft optimised and compliant public property descriptions by reading data from listing inputs. These AI-generated descriptions can be customised with varying language styles and tones to suit different property types.</w:t>
      </w:r>
      <w:r/>
    </w:p>
    <w:p>
      <w:r/>
      <w:r>
        <w:t>Restb.ai's Chief Product Officer, Nathan Brannen, highlighted the significance of this partnership in setting a standard for AI application within the real estate domain. Dominik Pogorzelski, General Manager for MLS at Restb.ai, emphasised the initiative’s role in pushing AI innovation to the forefront of real estate technology.</w:t>
      </w:r>
      <w:r/>
    </w:p>
    <w:p>
      <w:r/>
      <w:r>
        <w:t>Restb.ai is renowned for its advanced AI and computer vision solutions, which are integrated across leading MLS technology providers. These technologies empower real estate entities by unlocking key visual insights from the millions of property images uploaded daily.</w:t>
      </w:r>
      <w:r/>
    </w:p>
    <w:p>
      <w:r/>
      <w:r>
        <w:t>MLS PIN, headquartered in Shrewsbury, MA, provides comprehensive services to its clientele, including a wide array of active and off-market property listings, supplemented by robust customer support and training. The incorporation of AI features marks a significant evolution in their service offerings, promising enhancements in efficiency and effectiveness for real estate transactions.</w:t>
      </w:r>
      <w:r/>
    </w:p>
    <w:p>
      <w:r/>
      <w:r>
        <w:t>This development signifies a noteworthy step in the evolution of real estate technology, as innovative AI solutions increasingly become embedded in industry practices, aiming to provide enhanced value and efficiency in property transactions.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https://www.prnewswire.com/news-releases/mls-pin-will-deploy-restbai-advanced-ai-features-in-2025-302295972.html</w:t>
        </w:r>
      </w:hyperlink>
      <w:r>
        <w:t xml:space="preserve"> - Corroborates the partnership between MLS PIN and Restb.ai, and the rollout of AI features such as Listing Auto-populate and Listing Remark AI Generator.</w:t>
      </w:r>
      <w:r/>
    </w:p>
    <w:p>
      <w:pPr>
        <w:pStyle w:val="ListNumber"/>
        <w:spacing w:line="240" w:lineRule="auto"/>
        <w:ind w:left="720"/>
      </w:pPr>
      <w:r/>
      <w:hyperlink r:id="rId10">
        <w:r>
          <w:rPr>
            <w:color w:val="0000EE"/>
            <w:u w:val="single"/>
          </w:rPr>
          <w:t>https://www.prnewswire.com/news-releases/mls-pin-will-deploy-restbai-advanced-ai-features-in-2025-302295972.html</w:t>
        </w:r>
      </w:hyperlink>
      <w:r>
        <w:t xml:space="preserve"> - Details the benefits and features of the Listing Auto-populate tool, including automatic tagging and ADA-compliant alternative text generation.</w:t>
      </w:r>
      <w:r/>
    </w:p>
    <w:p>
      <w:pPr>
        <w:pStyle w:val="ListNumber"/>
        <w:spacing w:line="240" w:lineRule="auto"/>
        <w:ind w:left="720"/>
      </w:pPr>
      <w:r/>
      <w:hyperlink r:id="rId10">
        <w:r>
          <w:rPr>
            <w:color w:val="0000EE"/>
            <w:u w:val="single"/>
          </w:rPr>
          <w:t>https://www.prnewswire.com/news-releases/mls-pin-will-deploy-restbai-advanced-ai-features-in-2025-302295972.html</w:t>
        </w:r>
      </w:hyperlink>
      <w:r>
        <w:t xml:space="preserve"> - Explains the functionality of the Listing Remark AI Generator and its integration within the Pinergy interface.</w:t>
      </w:r>
      <w:r/>
    </w:p>
    <w:p>
      <w:pPr>
        <w:pStyle w:val="ListNumber"/>
        <w:spacing w:line="240" w:lineRule="auto"/>
        <w:ind w:left="720"/>
      </w:pPr>
      <w:r/>
      <w:hyperlink r:id="rId10">
        <w:r>
          <w:rPr>
            <w:color w:val="0000EE"/>
            <w:u w:val="single"/>
          </w:rPr>
          <w:t>https://www.prnewswire.com/news-releases/mls-pin-will-deploy-restbai-advanced-ai-features-in-2025-302295972.html</w:t>
        </w:r>
      </w:hyperlink>
      <w:r>
        <w:t xml:space="preserve"> - Quotes from Erminio Grasso, President and CEO of MLS PIN, on the advancements and benefits of integrating AI technologies.</w:t>
      </w:r>
      <w:r/>
    </w:p>
    <w:p>
      <w:pPr>
        <w:pStyle w:val="ListNumber"/>
        <w:spacing w:line="240" w:lineRule="auto"/>
        <w:ind w:left="720"/>
      </w:pPr>
      <w:r/>
      <w:hyperlink r:id="rId10">
        <w:r>
          <w:rPr>
            <w:color w:val="0000EE"/>
            <w:u w:val="single"/>
          </w:rPr>
          <w:t>https://www.prnewswire.com/news-releases/mls-pin-will-deploy-restbai-advanced-ai-features-in-2025-302295972.html</w:t>
        </w:r>
      </w:hyperlink>
      <w:r>
        <w:t xml:space="preserve"> - Highlights the comments from Nathan Brannen and Dominik Pogorzelski on the significance of the partnership and AI innovation in real estate.</w:t>
      </w:r>
      <w:r/>
    </w:p>
    <w:p>
      <w:pPr>
        <w:pStyle w:val="ListNumber"/>
        <w:spacing w:line="240" w:lineRule="auto"/>
        <w:ind w:left="720"/>
      </w:pPr>
      <w:r/>
      <w:hyperlink r:id="rId11">
        <w:r>
          <w:rPr>
            <w:color w:val="0000EE"/>
            <w:u w:val="single"/>
          </w:rPr>
          <w:t>https://restb.ai/customers/mls/</w:t>
        </w:r>
      </w:hyperlink>
      <w:r>
        <w:t xml:space="preserve"> - Describes Restb.ai's advanced AI and computer vision solutions integrated across leading MLS technology providers.</w:t>
      </w:r>
      <w:r/>
    </w:p>
    <w:p>
      <w:pPr>
        <w:pStyle w:val="ListNumber"/>
        <w:spacing w:line="240" w:lineRule="auto"/>
        <w:ind w:left="720"/>
      </w:pPr>
      <w:r/>
      <w:hyperlink r:id="rId10">
        <w:r>
          <w:rPr>
            <w:color w:val="0000EE"/>
            <w:u w:val="single"/>
          </w:rPr>
          <w:t>https://www.prnewswire.com/news-releases/mls-pin-will-deploy-restbai-advanced-ai-features-in-2025-302295972.html</w:t>
        </w:r>
      </w:hyperlink>
      <w:r>
        <w:t xml:space="preserve"> - Provides information about MLS PIN's services, including active and off-market property listings, and robust customer support.</w:t>
      </w:r>
      <w:r/>
    </w:p>
    <w:p>
      <w:pPr>
        <w:pStyle w:val="ListNumber"/>
        <w:spacing w:line="240" w:lineRule="auto"/>
        <w:ind w:left="720"/>
      </w:pPr>
      <w:r/>
      <w:hyperlink r:id="rId12">
        <w:r>
          <w:rPr>
            <w:color w:val="0000EE"/>
            <w:u w:val="single"/>
          </w:rPr>
          <w:t>https://restb.ai/company/press-releases/mls-now/</w:t>
        </w:r>
      </w:hyperlink>
      <w:r>
        <w:t xml:space="preserve"> - Corroborates the integration of Restb.ai's AI solutions with other MLS providers, highlighting similar features and benefits.</w:t>
      </w:r>
      <w:r/>
    </w:p>
    <w:p>
      <w:pPr>
        <w:pStyle w:val="ListNumber"/>
        <w:spacing w:line="240" w:lineRule="auto"/>
        <w:ind w:left="720"/>
      </w:pPr>
      <w:r/>
      <w:hyperlink r:id="rId13">
        <w:r>
          <w:rPr>
            <w:color w:val="0000EE"/>
            <w:u w:val="single"/>
          </w:rPr>
          <w:t>https://restb.ai</w:t>
        </w:r>
      </w:hyperlink>
      <w:r>
        <w:t xml:space="preserve"> - Explains the general capabilities of Restb.ai's AI and computer vision solutions in the real estate industry.</w:t>
      </w:r>
      <w:r/>
    </w:p>
    <w:p>
      <w:pPr>
        <w:pStyle w:val="ListNumber"/>
        <w:spacing w:line="240" w:lineRule="auto"/>
        <w:ind w:left="720"/>
      </w:pPr>
      <w:r/>
      <w:hyperlink r:id="rId14">
        <w:r>
          <w:rPr>
            <w:color w:val="0000EE"/>
            <w:u w:val="single"/>
          </w:rPr>
          <w:t>https://restb.ai/company/press-releases/</w:t>
        </w:r>
      </w:hyperlink>
      <w:r>
        <w:t xml:space="preserve"> - Lists various partnerships and integrations of Restb.ai with other real estate technology providers, reinforcing their industry presence.</w:t>
      </w:r>
      <w:r/>
    </w:p>
    <w:p>
      <w:pPr>
        <w:pStyle w:val="ListNumber"/>
        <w:spacing w:line="240" w:lineRule="auto"/>
        <w:ind w:left="720"/>
      </w:pPr>
      <w:r/>
      <w:hyperlink r:id="rId10">
        <w:r>
          <w:rPr>
            <w:color w:val="0000EE"/>
            <w:u w:val="single"/>
          </w:rPr>
          <w:t>https://www.prnewswire.com/news-releases/mls-pin-will-deploy-restbai-advanced-ai-features-in-2025-302295972.html</w:t>
        </w:r>
      </w:hyperlink>
      <w:r>
        <w:t xml:space="preserve"> - Details the significance of the partnership in advancing real estate technology and providing enhanced value and efficiency in property transactions.</w:t>
      </w:r>
      <w:r/>
    </w:p>
    <w:p>
      <w:pPr>
        <w:pStyle w:val="ListNumber"/>
        <w:spacing w:line="240" w:lineRule="auto"/>
        <w:ind w:left="720"/>
      </w:pPr>
      <w:r/>
      <w:hyperlink r:id="rId10">
        <w:r>
          <w:rPr>
            <w:color w:val="0000EE"/>
            <w:u w:val="single"/>
          </w:rPr>
          <w:t>https://www.prnewswire.com/news-releases/mls-pin-will-deploy-restbai-advanced-ai-features-in-2025-302295972.html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mls-pin-will-deploy-restbai-advanced-ai-features-in-2025-302295972.html" TargetMode="External"/><Relationship Id="rId11" Type="http://schemas.openxmlformats.org/officeDocument/2006/relationships/hyperlink" Target="https://restb.ai/customers/mls/" TargetMode="External"/><Relationship Id="rId12" Type="http://schemas.openxmlformats.org/officeDocument/2006/relationships/hyperlink" Target="https://restb.ai/company/press-releases/mls-now/" TargetMode="External"/><Relationship Id="rId13" Type="http://schemas.openxmlformats.org/officeDocument/2006/relationships/hyperlink" Target="https://restb.ai" TargetMode="External"/><Relationship Id="rId14" Type="http://schemas.openxmlformats.org/officeDocument/2006/relationships/hyperlink" Target="https://restb.ai/company/press-relea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