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Ninth grader wins America's Top Young Scientist title with innovative pesticide detector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inspiring display of youthful scientific prowess, Sirish Subash, a ninth-grade student at Gwinnett School of Mathematics, Science, and Technology in Snellville, Georgia, has been awarded the title of "America's Top Young Scientist" by 3M and Discovery Education. This accolade comes as part of the 2024 3M Young Scientist Challenge, a premier competition aimed at recognising and rewarding ingenuity among middle school students.</w:t>
      </w:r>
      <w:r/>
    </w:p>
    <w:p>
      <w:r/>
      <w:r>
        <w:t>Sirish impressed judges with his innovative device, dubbed Pestiscand, which functions as a handheld pesticide detector using artificial intelligence. This device offers a non-destructive method to ascertain pesticide residues on produce, utilising spectrophotometry to analyse light reflections off the surfaces of fruits and vegetables. The data collected is interpreted by a machine learning model, which identifies the presence of pesticides. Pestiscand is comprised of several components, including a sensor, power supply, display screen, and processor, and has demonstrated an impressive accuracy rate exceeding 85% in detecting pesticide residues on spinach and tomatoes.</w:t>
      </w:r>
      <w:r/>
    </w:p>
    <w:p>
      <w:r/>
      <w:r>
        <w:t>The journey to victory was challenging, as Sirish competed against nine other finalists in the concluding events held at the 3M global headquarters in St. Paul, Minnesota, on October 14 and 15, 2024. Over the four-month period leading up to the finals, participants underwent a series of interactive challenges that assessed their creativity, application of STEM principles, and overall presentation skills, among other criteria. A significant component of the event involved the contestants pairing up with experienced 3M scientists who guided them in refining their projects. Sirish was mentored by Aditya Banerji, a senior research engineer at 3M's Corporate Research Process Laboratory.</w:t>
      </w:r>
      <w:r/>
    </w:p>
    <w:p>
      <w:r/>
      <w:r>
        <w:t>Torie Clarke, the Executive Vice President and Chief Public Affairs Officer at 3M, expressed admiration for the calibre of the finalists, noting their compelling capacity to devise solutions to significant global issues. Clarke remarked on the intelligence and scientific aptitude demonstrated throughout the competition, congratulating Sirish and acknowledging the extraordinary contributions of all finalists.</w:t>
      </w:r>
      <w:r/>
    </w:p>
    <w:p>
      <w:r/>
      <w:r>
        <w:t>In recognition of his achievement, Sirish Subash was awarded a $25,000 cash prize. The second and third place winners of the competition also earned a $2,000 prize each for their inventive contributions.</w:t>
      </w:r>
      <w:r/>
    </w:p>
    <w:p>
      <w:r/>
      <w:r>
        <w:t>The 3M Young Scientist Challenge continues to be a platform that nurtures the talents of young innovators, providing them with valuable mentorship and an opportunity to bring their scientific ideas to life. Sirish's success highlights the potential within young scientific minds to tackle complex environmental problems using innovative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https://news.3m.com/2024-10-16-14-year-old-named-Americas-Top-Young-Scientist-for-inventing-an-AI-handheld-pesticide-detector</w:t>
        </w:r>
      </w:hyperlink>
      <w:r>
        <w:t xml:space="preserve"> - This article corroborates Sirish Subash being named America's Top Young Scientist for his AI handheld pesticide detector and details the competition and prizes.</w:t>
      </w:r>
      <w:r/>
    </w:p>
    <w:p>
      <w:pPr>
        <w:pStyle w:val="ListNumber"/>
        <w:spacing w:line="240" w:lineRule="auto"/>
        <w:ind w:left="720"/>
      </w:pPr>
      <w:r/>
      <w:hyperlink r:id="rId10">
        <w:r>
          <w:rPr>
            <w:color w:val="0000EE"/>
            <w:u w:val="single"/>
          </w:rPr>
          <w:t>https://news.3m.com/2024-10-16-14-year-old-named-Americas-Top-Young-Scientist-for-inventing-an-AI-handheld-pesticide-detector</w:t>
        </w:r>
      </w:hyperlink>
      <w:r>
        <w:t xml:space="preserve"> - It explains the device Pestiscand, its components, and its accuracy in detecting pesticide residues.</w:t>
      </w:r>
      <w:r/>
    </w:p>
    <w:p>
      <w:pPr>
        <w:pStyle w:val="ListNumber"/>
        <w:spacing w:line="240" w:lineRule="auto"/>
        <w:ind w:left="720"/>
      </w:pPr>
      <w:r/>
      <w:hyperlink r:id="rId10">
        <w:r>
          <w:rPr>
            <w:color w:val="0000EE"/>
            <w:u w:val="single"/>
          </w:rPr>
          <w:t>https://news.3m.com/2024-10-16-14-year-old-named-Americas-Top-Young-Scientist-for-inventing-an-AI-handheld-pesticide-detector</w:t>
        </w:r>
      </w:hyperlink>
      <w:r>
        <w:t xml:space="preserve"> - It describes the final events at 3M global headquarters, the interactive challenges, and the mentorship by 3M scientists.</w:t>
      </w:r>
      <w:r/>
    </w:p>
    <w:p>
      <w:pPr>
        <w:pStyle w:val="ListNumber"/>
        <w:spacing w:line="240" w:lineRule="auto"/>
        <w:ind w:left="720"/>
      </w:pPr>
      <w:r/>
      <w:hyperlink r:id="rId10">
        <w:r>
          <w:rPr>
            <w:color w:val="0000EE"/>
            <w:u w:val="single"/>
          </w:rPr>
          <w:t>https://news.3m.com/2024-10-16-14-year-old-named-Americas-Top-Young-Scientist-for-inventing-an-AI-handheld-pesticide-detector</w:t>
        </w:r>
      </w:hyperlink>
      <w:r>
        <w:t xml:space="preserve"> - It quotes Torie Clarke on the finalists' abilities and congratulates Sirish on his win.</w:t>
      </w:r>
      <w:r/>
    </w:p>
    <w:p>
      <w:pPr>
        <w:pStyle w:val="ListNumber"/>
        <w:spacing w:line="240" w:lineRule="auto"/>
        <w:ind w:left="720"/>
      </w:pPr>
      <w:r/>
      <w:hyperlink r:id="rId10">
        <w:r>
          <w:rPr>
            <w:color w:val="0000EE"/>
            <w:u w:val="single"/>
          </w:rPr>
          <w:t>https://news.3m.com/2024-10-16-14-year-old-named-Americas-Top-Young-Scientist-for-inventing-an-AI-handheld-pesticide-detector</w:t>
        </w:r>
      </w:hyperlink>
      <w:r>
        <w:t xml:space="preserve"> - It mentions the prizes awarded to Sirish and other winners.</w:t>
      </w:r>
      <w:r/>
    </w:p>
    <w:p>
      <w:pPr>
        <w:pStyle w:val="ListNumber"/>
        <w:spacing w:line="240" w:lineRule="auto"/>
        <w:ind w:left="720"/>
      </w:pPr>
      <w:r/>
      <w:hyperlink r:id="rId11">
        <w:r>
          <w:rPr>
            <w:color w:val="0000EE"/>
            <w:u w:val="single"/>
          </w:rPr>
          <w:t>https://www.discoveryeducation.com/details/3m-and-discovery-education-recognize-26-state-merit-winners-and-four-honorable-mentions-in-2024-3m-young-scientist-challenge/</w:t>
        </w:r>
      </w:hyperlink>
      <w:r>
        <w:t xml:space="preserve"> - This article provides context on the 3M Young Scientist Challenge, its goals, and the recognition of state merit winners and honorable mentions.</w:t>
      </w:r>
      <w:r/>
    </w:p>
    <w:p>
      <w:pPr>
        <w:pStyle w:val="ListNumber"/>
        <w:spacing w:line="240" w:lineRule="auto"/>
        <w:ind w:left="720"/>
      </w:pPr>
      <w:r/>
      <w:hyperlink r:id="rId12">
        <w:r>
          <w:rPr>
            <w:color w:val="0000EE"/>
            <w:u w:val="single"/>
          </w:rPr>
          <w:t>https://news.3m.com/2024-01-16-Search-begins-for-2024-Americas-Top-Young-Scientist</w:t>
        </w:r>
      </w:hyperlink>
      <w:r>
        <w:t xml:space="preserve"> - It details the entry process, evaluation criteria, and the timeline of the 2024 3M Young Scientist Challenge.</w:t>
      </w:r>
      <w:r/>
    </w:p>
    <w:p>
      <w:pPr>
        <w:pStyle w:val="ListNumber"/>
        <w:spacing w:line="240" w:lineRule="auto"/>
        <w:ind w:left="720"/>
      </w:pPr>
      <w:r/>
      <w:hyperlink r:id="rId13">
        <w:r>
          <w:rPr>
            <w:color w:val="0000EE"/>
            <w:u w:val="single"/>
          </w:rPr>
          <w:t>https://news.3m.com/2024-06-27-3M-Young-Scientist-Challenge-Announces-2024-National-Finalists</w:t>
        </w:r>
      </w:hyperlink>
      <w:r>
        <w:t xml:space="preserve"> - This article lists the top 10 finalists and explains the final event at the 3M Innovation Center.</w:t>
      </w:r>
      <w:r/>
    </w:p>
    <w:p>
      <w:pPr>
        <w:pStyle w:val="ListNumber"/>
        <w:spacing w:line="240" w:lineRule="auto"/>
        <w:ind w:left="720"/>
      </w:pPr>
      <w:r/>
      <w:hyperlink r:id="rId14">
        <w:r>
          <w:rPr>
            <w:color w:val="0000EE"/>
            <w:u w:val="single"/>
          </w:rPr>
          <w:t>https://youngscientistlab.com/annual-challenge/about-the-challenge/</w:t>
        </w:r>
      </w:hyperlink>
      <w:r>
        <w:t xml:space="preserve"> - It provides an overview of the challenge, including the rules, prizes, and the process of entering the competition.</w:t>
      </w:r>
      <w:r/>
    </w:p>
    <w:p>
      <w:pPr>
        <w:pStyle w:val="ListNumber"/>
        <w:spacing w:line="240" w:lineRule="auto"/>
        <w:ind w:left="720"/>
      </w:pPr>
      <w:r/>
      <w:hyperlink r:id="rId10">
        <w:r>
          <w:rPr>
            <w:color w:val="0000EE"/>
            <w:u w:val="single"/>
          </w:rPr>
          <w:t>https://news.3m.com/2024-10-16-14-year-old-named-Americas-Top-Young-Scientist-for-inventing-an-AI-handheld-pesticide-detector</w:t>
        </w:r>
      </w:hyperlink>
      <w:r>
        <w:t xml:space="preserve"> - It highlights the mentorship aspect and the involvement of 3M scientists in guiding the finalists.</w:t>
      </w:r>
      <w:r/>
    </w:p>
    <w:p>
      <w:pPr>
        <w:pStyle w:val="ListNumber"/>
        <w:spacing w:line="240" w:lineRule="auto"/>
        <w:ind w:left="720"/>
      </w:pPr>
      <w:r/>
      <w:hyperlink r:id="rId13">
        <w:r>
          <w:rPr>
            <w:color w:val="0000EE"/>
            <w:u w:val="single"/>
          </w:rPr>
          <w:t>https://news.3m.com/2024-06-27-3M-Young-Scientist-Challenge-Announces-2024-National-Finalists</w:t>
        </w:r>
      </w:hyperlink>
      <w:r>
        <w:t xml:space="preserve"> - It emphasizes the impact of the 3M Young Scientist Challenge on nurturing young innovators and their contributions to solving global issues.</w:t>
      </w:r>
      <w:r/>
    </w:p>
    <w:p>
      <w:pPr>
        <w:pStyle w:val="ListNumber"/>
        <w:spacing w:line="240" w:lineRule="auto"/>
        <w:ind w:left="720"/>
      </w:pPr>
      <w:r/>
      <w:hyperlink r:id="rId15">
        <w:r>
          <w:rPr>
            <w:color w:val="0000EE"/>
            <w:u w:val="single"/>
          </w:rPr>
          <w:t>https://www.cleanlink.com/news/article/Top-Young-Scientist-Contest-Winner-Features-AI-Handheld-Pesticide-Detector--31381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3m.com/2024-10-16-14-year-old-named-Americas-Top-Young-Scientist-for-inventing-an-AI-handheld-pesticide-detector" TargetMode="External"/><Relationship Id="rId11" Type="http://schemas.openxmlformats.org/officeDocument/2006/relationships/hyperlink" Target="https://www.discoveryeducation.com/details/3m-and-discovery-education-recognize-26-state-merit-winners-and-four-honorable-mentions-in-2024-3m-young-scientist-challenge/" TargetMode="External"/><Relationship Id="rId12" Type="http://schemas.openxmlformats.org/officeDocument/2006/relationships/hyperlink" Target="https://news.3m.com/2024-01-16-Search-begins-for-2024-Americas-Top-Young-Scientist" TargetMode="External"/><Relationship Id="rId13" Type="http://schemas.openxmlformats.org/officeDocument/2006/relationships/hyperlink" Target="https://news.3m.com/2024-06-27-3M-Young-Scientist-Challenge-Announces-2024-National-Finalists" TargetMode="External"/><Relationship Id="rId14" Type="http://schemas.openxmlformats.org/officeDocument/2006/relationships/hyperlink" Target="https://youngscientistlab.com/annual-challenge/about-the-challenge/" TargetMode="External"/><Relationship Id="rId15" Type="http://schemas.openxmlformats.org/officeDocument/2006/relationships/hyperlink" Target="https://www.cleanlink.com/news/article/Top-Young-Scientist-Contest-Winner-Features-AI-Handheld-Pesticide-Detector--313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