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Nvidia's RTX 50-series graphics cards set for earlier reveal amid rising anticipation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Nvidia's impending RTX 50-series graphics cards, known as the GeForce Blackwell, have become a hot topic in the tech world, with a recent leak suggesting their reveal might occur sooner than expected. This speculation stems from a tweet by the well-known leaker kopite7kimi, who has previously provided accurate details regarding Nvidia's GPU releases, including specifications of the RTX 4080 and hints about the RTX 5090. Their recent message, stating "We will meet GeForce of Blackwell soon," has fueled the anticipation surrounding the release of the RTX 50-series.</w:t>
      </w:r>
      <w:r/>
    </w:p>
    <w:p>
      <w:r/>
      <w:r>
        <w:t>This surge of speculation comes at a pivotal moment for Nvidia. Initially, it was anticipated that the new GPU line would debut in September 2024. However, that timeline passed without any significant announcements, leading to expectations shifting towards January 2025, coinciding with the Consumer Electronics Show (CES) where Nvidia's CEO, Jensen Huang, is scheduled to deliver a keynote. Some observers believe that an earlier reveal or teaser could still be possible before CES, perhaps as a strategic move to capture consumer interest ahead of the competitive holiday shopping season.</w:t>
      </w:r>
      <w:r/>
    </w:p>
    <w:p>
      <w:r/>
      <w:r>
        <w:t xml:space="preserve">The anticipation for the RTX 50-series is further heightened by claims of the new Blackwell architecture being a significant advancement in Nvidia's technology. Leaks suggest that the upcoming RTX 5090 could feature 32GB of VRAM, a notable increase from the RTX 4090's 24GB. This enhancement is expected to leverage AI technology more intensively, with innovations in Deep Learning Super Sampling (DLSS) and Frame Generation poised to play crucial roles in the GPU's capabilities. </w:t>
      </w:r>
      <w:r/>
    </w:p>
    <w:p>
      <w:r/>
      <w:r>
        <w:t>Regarding pricing, though unconfirmed by Nvidia, leaks have hinted at a potential price tag of $2,500 for the RTX 5090. This speculation arises from comparisons to the launch price of its predecessor, the RTX 4090, which was priced at $1,599. If these price forecasts are accurate, it would represent a considerable price hike, a point of concern for potential buyers given previous issues with scalping during shortages exacerbated by the COVID-19 pandemic.</w:t>
      </w:r>
      <w:r/>
    </w:p>
    <w:p>
      <w:r/>
      <w:r>
        <w:t>As discussions continue to swirl around the imminent release of Nvidia's new GPU offerings, the anticipation and speculation driving these conversations signal a vibrant interest in what technological advancements the RTX 50-series will introduce. While the exact timing of the release remains uncertain, the unveiling of the GeForce RTX 5000 series could be a prominent moment in Nvidia's ongoing innovation within the graphics card market. With CES 2025 approaching, all eyes remain on Nvidia for any updates or teasers concerning their latest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https://www.digitaltrends.com/computing/nvidia-ces-2025-keynote-jensen-huang/</w:t>
        </w:r>
      </w:hyperlink>
      <w:r>
        <w:t xml:space="preserve"> - Corroborates the speculation about the RTX 50-series release date and Jensen Huang's keynote at CES 2025.</w:t>
      </w:r>
      <w:r/>
    </w:p>
    <w:p>
      <w:pPr>
        <w:pStyle w:val="ListNumber"/>
        <w:spacing w:line="240" w:lineRule="auto"/>
        <w:ind w:left="720"/>
      </w:pPr>
      <w:r/>
      <w:hyperlink r:id="rId11">
        <w:r>
          <w:rPr>
            <w:color w:val="0000EE"/>
            <w:u w:val="single"/>
          </w:rPr>
          <w:t>https://www.digitaltrends.com/computing/nvidia-geforce-blackwell-coming-soon/</w:t>
        </w:r>
      </w:hyperlink>
      <w:r>
        <w:t xml:space="preserve"> - Supports the information about kopite7kimi's tweet and the anticipation surrounding the 'soon' release of the RTX 50-series.</w:t>
      </w:r>
      <w:r/>
    </w:p>
    <w:p>
      <w:pPr>
        <w:pStyle w:val="ListNumber"/>
        <w:spacing w:line="240" w:lineRule="auto"/>
        <w:ind w:left="720"/>
      </w:pPr>
      <w:r/>
      <w:hyperlink r:id="rId12">
        <w:r>
          <w:rPr>
            <w:color w:val="0000EE"/>
            <w:u w:val="single"/>
          </w:rPr>
          <w:t>https://www.tomshardware.com/pc-components/gpus/nvidia-blackwell-rtx-50-series-gpus-everything-we-know</w:t>
        </w:r>
      </w:hyperlink>
      <w:r>
        <w:t xml:space="preserve"> - Provides details on the expected release timeline, including the possibility of a launch by the end of 2024 or early 2025, and the staggered release schedule.</w:t>
      </w:r>
      <w:r/>
    </w:p>
    <w:p>
      <w:pPr>
        <w:pStyle w:val="ListNumber"/>
        <w:spacing w:line="240" w:lineRule="auto"/>
        <w:ind w:left="720"/>
      </w:pPr>
      <w:r/>
      <w:hyperlink r:id="rId13">
        <w:r>
          <w:rPr>
            <w:color w:val="0000EE"/>
            <w:u w:val="single"/>
          </w:rPr>
          <w:t>https://www.techpowerup.com/327759/nvidia-to-release-the-bulk-of-its-rtx-50-series-in-q1-2025</w:t>
        </w:r>
      </w:hyperlink>
      <w:r>
        <w:t xml:space="preserve"> - Confirms the expected launch of the RTX 50-series in Q1 2025, including specific models and their release months.</w:t>
      </w:r>
      <w:r/>
    </w:p>
    <w:p>
      <w:pPr>
        <w:pStyle w:val="ListNumber"/>
        <w:spacing w:line="240" w:lineRule="auto"/>
        <w:ind w:left="720"/>
      </w:pPr>
      <w:r/>
      <w:hyperlink r:id="rId14">
        <w:r>
          <w:rPr>
            <w:color w:val="0000EE"/>
            <w:u w:val="single"/>
          </w:rPr>
          <w:t>https://www.digitaltrends.com/computing/nvidia-rtx-50-series-everything-we-know-so-far/</w:t>
        </w:r>
      </w:hyperlink>
      <w:r>
        <w:t xml:space="preserve"> - Supports the information about the shifted expectations from September 2024 to January 2025 and the role of CES 2025 in the launch.</w:t>
      </w:r>
      <w:r/>
    </w:p>
    <w:p>
      <w:pPr>
        <w:pStyle w:val="ListNumber"/>
        <w:spacing w:line="240" w:lineRule="auto"/>
        <w:ind w:left="720"/>
      </w:pPr>
      <w:r/>
      <w:hyperlink r:id="rId10">
        <w:r>
          <w:rPr>
            <w:color w:val="0000EE"/>
            <w:u w:val="single"/>
          </w:rPr>
          <w:t>https://www.digitaltrends.com/computing/nvidia-ces-2025-keynote-jensen-huang/</w:t>
        </w:r>
      </w:hyperlink>
      <w:r>
        <w:t xml:space="preserve"> - Details the specifications and power requirements of the RTX 5090, including 32GB of GDDR7 memory and high power consumption.</w:t>
      </w:r>
      <w:r/>
    </w:p>
    <w:p>
      <w:pPr>
        <w:pStyle w:val="ListNumber"/>
        <w:spacing w:line="240" w:lineRule="auto"/>
        <w:ind w:left="720"/>
      </w:pPr>
      <w:r/>
      <w:hyperlink r:id="rId12">
        <w:r>
          <w:rPr>
            <w:color w:val="0000EE"/>
            <w:u w:val="single"/>
          </w:rPr>
          <w:t>https://www.tomshardware.com/pc-components/gpus/nvidia-blackwell-rtx-50-series-gpus-everything-we-know</w:t>
        </w:r>
      </w:hyperlink>
      <w:r>
        <w:t xml:space="preserve"> - Discusses the Blackwell architecture and its advancements, including AI technology and potential improvements in DLSS and Frame Generation.</w:t>
      </w:r>
      <w:r/>
    </w:p>
    <w:p>
      <w:pPr>
        <w:pStyle w:val="ListNumber"/>
        <w:spacing w:line="240" w:lineRule="auto"/>
        <w:ind w:left="720"/>
      </w:pPr>
      <w:r/>
      <w:hyperlink r:id="rId11">
        <w:r>
          <w:rPr>
            <w:color w:val="0000EE"/>
            <w:u w:val="single"/>
          </w:rPr>
          <w:t>https://www.digitaltrends.com/computing/nvidia-geforce-blackwell-coming-soon/</w:t>
        </w:r>
      </w:hyperlink>
      <w:r>
        <w:t xml:space="preserve"> - Mentions the strategic possibility of an earlier reveal or teaser before CES to capture consumer interest during the holiday season.</w:t>
      </w:r>
      <w:r/>
    </w:p>
    <w:p>
      <w:pPr>
        <w:pStyle w:val="ListNumber"/>
        <w:spacing w:line="240" w:lineRule="auto"/>
        <w:ind w:left="720"/>
      </w:pPr>
      <w:r/>
      <w:hyperlink r:id="rId13">
        <w:r>
          <w:rPr>
            <w:color w:val="0000EE"/>
            <w:u w:val="single"/>
          </w:rPr>
          <w:t>https://www.techpowerup.com/327759/nvidia-to-release-the-bulk-of-its-rtx-50-series-in-q1-2025</w:t>
        </w:r>
      </w:hyperlink>
      <w:r>
        <w:t xml:space="preserve"> - Outlines the expected release schedule for various models of the RTX 50-series, including the RTX 5090, RTX 5080, RTX 5070, and RTX 5060.</w:t>
      </w:r>
      <w:r/>
    </w:p>
    <w:p>
      <w:pPr>
        <w:pStyle w:val="ListNumber"/>
        <w:spacing w:line="240" w:lineRule="auto"/>
        <w:ind w:left="720"/>
      </w:pPr>
      <w:r/>
      <w:hyperlink r:id="rId14">
        <w:r>
          <w:rPr>
            <w:color w:val="0000EE"/>
            <w:u w:val="single"/>
          </w:rPr>
          <w:t>https://www.digitaltrends.com/computing/nvidia-rtx-50-series-everything-we-know-so-far/</w:t>
        </w:r>
      </w:hyperlink>
      <w:r>
        <w:t xml:space="preserve"> - Addresses the pricing speculation and the potential impact on consumers, including comparisons to the RTX 4090's launch price.</w:t>
      </w:r>
      <w:r/>
    </w:p>
    <w:p>
      <w:pPr>
        <w:pStyle w:val="ListNumber"/>
        <w:spacing w:line="240" w:lineRule="auto"/>
        <w:ind w:left="720"/>
      </w:pPr>
      <w:r/>
      <w:hyperlink r:id="rId12">
        <w:r>
          <w:rPr>
            <w:color w:val="0000EE"/>
            <w:u w:val="single"/>
          </w:rPr>
          <w:t>https://www.tomshardware.com/pc-components/gpus/nvidia-blackwell-rtx-50-series-gpus-everything-we-know</w:t>
        </w:r>
      </w:hyperlink>
      <w:r>
        <w:t xml:space="preserve"> - Provides context on the historical release patterns of Nvidia GPUs and the expected market impact of the RTX 50-series.</w:t>
      </w:r>
      <w:r/>
    </w:p>
    <w:p>
      <w:pPr>
        <w:pStyle w:val="ListNumber"/>
        <w:spacing w:line="240" w:lineRule="auto"/>
        <w:ind w:left="720"/>
      </w:pPr>
      <w:r/>
      <w:hyperlink r:id="rId11">
        <w:r>
          <w:rPr>
            <w:color w:val="0000EE"/>
            <w:u w:val="single"/>
          </w:rPr>
          <w:t>https://www.digitaltrends.com/computing/nvidia-geforce-blackwell-coming-soon/</w:t>
        </w:r>
      </w:hyperlink>
      <w:r>
        <w:t xml:space="preserve"> - Please view link - unable to able to access data</w:t>
      </w:r>
      <w:r/>
    </w:p>
    <w:p>
      <w:pPr>
        <w:pStyle w:val="ListNumber"/>
        <w:spacing w:line="240" w:lineRule="auto"/>
        <w:ind w:left="720"/>
      </w:pPr>
      <w:r/>
      <w:hyperlink r:id="rId15">
        <w:r>
          <w:rPr>
            <w:color w:val="0000EE"/>
            <w:u w:val="single"/>
          </w:rPr>
          <w:t>https://www.techradar.com/computing/gpu/nvidias-rtx-5000-series-announcement-could-be-closer-than-you-think-as-reliable-leaker-suggests-reveal-is-coming-soon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gitaltrends.com/computing/nvidia-ces-2025-keynote-jensen-huang/" TargetMode="External"/><Relationship Id="rId11" Type="http://schemas.openxmlformats.org/officeDocument/2006/relationships/hyperlink" Target="https://www.digitaltrends.com/computing/nvidia-geforce-blackwell-coming-soon/" TargetMode="External"/><Relationship Id="rId12" Type="http://schemas.openxmlformats.org/officeDocument/2006/relationships/hyperlink" Target="https://www.tomshardware.com/pc-components/gpus/nvidia-blackwell-rtx-50-series-gpus-everything-we-know" TargetMode="External"/><Relationship Id="rId13" Type="http://schemas.openxmlformats.org/officeDocument/2006/relationships/hyperlink" Target="https://www.techpowerup.com/327759/nvidia-to-release-the-bulk-of-its-rtx-50-series-in-q1-2025" TargetMode="External"/><Relationship Id="rId14" Type="http://schemas.openxmlformats.org/officeDocument/2006/relationships/hyperlink" Target="https://www.digitaltrends.com/computing/nvidia-rtx-50-series-everything-we-know-so-far/" TargetMode="External"/><Relationship Id="rId15" Type="http://schemas.openxmlformats.org/officeDocument/2006/relationships/hyperlink" Target="https://www.techradar.com/computing/gpu/nvidias-rtx-5000-series-announcement-could-be-closer-than-you-think-as-reliable-leaker-suggests-reveal-is-coming-so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