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unveils voice features and ChatGPT search to enhance AI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series of significant developments, OpenAI has unveiled enhancements to its Realtime API platform, enabling developers to integrate sophisticated voice features within their applications. This announcement, which took place in London, introduces new voice capabilities alongside a function for generating prompts. This functionality is expected to facilitate the more rapid development of applications and voice assistants, enhancing their utility and sophistication.</w:t>
      </w:r>
      <w:r/>
    </w:p>
    <w:p>
      <w:r/>
      <w:r>
        <w:t>Alongside these tools for developers, OpenAI has also launched a new service aimed at consumers: ChatGPT search. This innovation empowers users to search the internet through the ChatGPT chatbot, potentially transforming the way users interact with search engines by offering a conversational alternative.</w:t>
      </w:r>
      <w:r/>
    </w:p>
    <w:p>
      <w:r/>
      <w:r>
        <w:t>These technological advancements by OpenAI are paving the way for the emergence of a new breed of artificial intelligence known as "agents." These AI assistants are envisioned to handle complex sequences of tasks, such as planning itineraries like booking flights. Antoine Godement, a project lead at OpenAI, envisages a future where every individual and business employs an agent that is deeply attuned to their needs and preferences. Such agents would have the potential to access personal emails, apps, and calendars, effectively acting as a digital chief of staff.</w:t>
      </w:r>
      <w:r/>
    </w:p>
    <w:p>
      <w:r/>
      <w:r>
        <w:t>OpenAI is strategizing to both develop these agents in-house and to provide the software tools necessary for developers to create their own customized agents. Voice interaction is anticipated to be a critical component, offering a more natural and versatile mode of user interface compared to traditional text-based applications. Godement notes that while chat-based interfaces are currently prevalent, voice offers distinct advantages in scenarios where typing or screen interaction is impractical.</w:t>
      </w:r>
      <w:r/>
    </w:p>
    <w:p>
      <w:r/>
      <w:r>
        <w:t>Despite these technological leaps, there are still significant challenges that need to be surmounted before AI agents can be fully realised. The primary obstacle is related to the agents’ reasoning capabilities. AI agents must be dependable and able to execute complex tasks accurately. OpenAI has introduced a "reasoning" feature with its o1 model, using a technique called reinforcement learning to emulate a "chain of thought" process. This enables the model to recognise and amend errors, deconstruct problems into manageable segments, and explore varied approaches to resolving queries.</w:t>
      </w:r>
      <w:r/>
    </w:p>
    <w:p>
      <w:r/>
      <w:r>
        <w:t>However, not all experts are convinced by OpenAI’s assertions regarding the reasoning capabilities of their models. Chirag Shah, a computer science professor at the University of Washington, maintains that what OpenAI claims as reasoning is not genuinely so. He suggests that large language models are likely exhibiting patterns or semblances of logic derived from extensive datasets rather than engaging in true logical reasoning.</w:t>
      </w:r>
      <w:r/>
    </w:p>
    <w:p>
      <w:r/>
      <w:r>
        <w:t>As OpenAI continues to innovate and refine its technologies, the integration of advanced AI tools into everyday operations and applications is set to significantly influence how individuals and businesses function, potentially reshaping the interface between humans and machines.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https://insidetelecom.com/openai-debuts-realtime-api-for-fast-fluid-voice-interactions/</w:t>
        </w:r>
      </w:hyperlink>
      <w:r>
        <w:t xml:space="preserve"> - Corroborates the introduction of the Realtime API for low-latency voice interactions and its integration with the Chat Completions API.</w:t>
      </w:r>
      <w:r/>
    </w:p>
    <w:p>
      <w:pPr>
        <w:pStyle w:val="ListNumber"/>
        <w:spacing w:line="240" w:lineRule="auto"/>
        <w:ind w:left="720"/>
      </w:pPr>
      <w:r/>
      <w:hyperlink r:id="rId11">
        <w:r>
          <w:rPr>
            <w:color w:val="0000EE"/>
            <w:u w:val="single"/>
          </w:rPr>
          <w:t>https://www.chatbase.co/blog/openai-advanced-chatgpt-voice-and-realtime-api</w:t>
        </w:r>
      </w:hyperlink>
      <w:r>
        <w:t xml:space="preserve"> - Supports the details about the Realtime API, Advanced Voice Mode, and the enhanced natural language processing and voice recognition accuracy.</w:t>
      </w:r>
      <w:r/>
    </w:p>
    <w:p>
      <w:pPr>
        <w:pStyle w:val="ListNumber"/>
        <w:spacing w:line="240" w:lineRule="auto"/>
        <w:ind w:left="720"/>
      </w:pPr>
      <w:r/>
      <w:hyperlink r:id="rId12">
        <w:r>
          <w:rPr>
            <w:color w:val="0000EE"/>
            <w:u w:val="single"/>
          </w:rPr>
          <w:t>https://openai.com/index/introducing-the-realtime-api/</w:t>
        </w:r>
      </w:hyperlink>
      <w:r>
        <w:t xml:space="preserve"> - Provides information on the Realtime API's public beta, its support for natural speech-to-speech conversations, and the integration with the Chat Completions API.</w:t>
      </w:r>
      <w:r/>
    </w:p>
    <w:p>
      <w:pPr>
        <w:pStyle w:val="ListNumber"/>
        <w:spacing w:line="240" w:lineRule="auto"/>
        <w:ind w:left="720"/>
      </w:pPr>
      <w:r/>
      <w:hyperlink r:id="rId13">
        <w:r>
          <w:rPr>
            <w:color w:val="0000EE"/>
            <w:u w:val="single"/>
          </w:rPr>
          <w:t>https://azure.microsoft.com/en-us/blog/announcing-new-products-and-features-for-azure-openai-service-including-gpt-4o-realtime-preview-with-audio-and-speech-capabilities/</w:t>
        </w:r>
      </w:hyperlink>
      <w:r>
        <w:t xml:space="preserve"> - Details the GPT-4o-Realtime API for audio and its capabilities, including faster responses and natural conversations, within the Azure OpenAI Service.</w:t>
      </w:r>
      <w:r/>
    </w:p>
    <w:p>
      <w:pPr>
        <w:pStyle w:val="ListNumber"/>
        <w:spacing w:line="240" w:lineRule="auto"/>
        <w:ind w:left="720"/>
      </w:pPr>
      <w:r/>
      <w:hyperlink r:id="rId14">
        <w:r>
          <w:rPr>
            <w:color w:val="0000EE"/>
            <w:u w:val="single"/>
          </w:rPr>
          <w:t>https://www.youtube.com/watch?v=5eKFXyL13U8</w:t>
        </w:r>
      </w:hyperlink>
      <w:r>
        <w:t xml:space="preserve"> - Demonstrates the integration of the OpenAI Realtime API to enhance voice interactions, such as in the case of upgrading Apple Siri.</w:t>
      </w:r>
      <w:r/>
    </w:p>
    <w:p>
      <w:pPr>
        <w:pStyle w:val="ListNumber"/>
        <w:spacing w:line="240" w:lineRule="auto"/>
        <w:ind w:left="720"/>
      </w:pPr>
      <w:r/>
      <w:hyperlink r:id="rId10">
        <w:r>
          <w:rPr>
            <w:color w:val="0000EE"/>
            <w:u w:val="single"/>
          </w:rPr>
          <w:t>https://insidetelecom.com/openai-debuts-realtime-api-for-fast-fluid-voice-interactions/</w:t>
        </w:r>
      </w:hyperlink>
      <w:r>
        <w:t xml:space="preserve"> - Explains the significance of voice interaction in scenarios where typing or screen interaction is impractical, aligning with the anticipated role of voice in AI agents.</w:t>
      </w:r>
      <w:r/>
    </w:p>
    <w:p>
      <w:pPr>
        <w:pStyle w:val="ListNumber"/>
        <w:spacing w:line="240" w:lineRule="auto"/>
        <w:ind w:left="720"/>
      </w:pPr>
      <w:r/>
      <w:hyperlink r:id="rId12">
        <w:r>
          <w:rPr>
            <w:color w:val="0000EE"/>
            <w:u w:val="single"/>
          </w:rPr>
          <w:t>https://openai.com/index/introducing-the-realtime-api/</w:t>
        </w:r>
      </w:hyperlink>
      <w:r>
        <w:t xml:space="preserve"> - Discusses the technical aspects of the Realtime API, including its architecture and the ability to handle interruptions, which is crucial for AI agents' functionality.</w:t>
      </w:r>
      <w:r/>
    </w:p>
    <w:p>
      <w:pPr>
        <w:pStyle w:val="ListNumber"/>
        <w:spacing w:line="240" w:lineRule="auto"/>
        <w:ind w:left="720"/>
      </w:pPr>
      <w:r/>
      <w:hyperlink r:id="rId11">
        <w:r>
          <w:rPr>
            <w:color w:val="0000EE"/>
            <w:u w:val="single"/>
          </w:rPr>
          <w:t>https://www.chatbase.co/blog/openai-advanced-chatgpt-voice-and-realtime-api</w:t>
        </w:r>
      </w:hyperlink>
      <w:r>
        <w:t xml:space="preserve"> - Highlights the benefits of Advanced Voice Mode and the Realtime API, such as enhanced user experience, accessibility improvements, and increased productivity, relevant to the development of AI agents.</w:t>
      </w:r>
      <w:r/>
    </w:p>
    <w:p>
      <w:pPr>
        <w:pStyle w:val="ListNumber"/>
        <w:spacing w:line="240" w:lineRule="auto"/>
        <w:ind w:left="720"/>
      </w:pPr>
      <w:r/>
      <w:hyperlink r:id="rId13">
        <w:r>
          <w:rPr>
            <w:color w:val="0000EE"/>
            <w:u w:val="single"/>
          </w:rPr>
          <w:t>https://azure.microsoft.com/en-us/blog/announcing-new-products-and-features-for-azure-openai-service-including-gpt-4o-realtime-preview-with-audio-and-speech-capabilities/</w:t>
        </w:r>
      </w:hyperlink>
      <w:r>
        <w:t xml:space="preserve"> - Mentions the potential of AI agents to handle complex tasks and the role of the GPT-4o-Realtime API in enabling such functionalities.</w:t>
      </w:r>
      <w:r/>
    </w:p>
    <w:p>
      <w:pPr>
        <w:pStyle w:val="ListNumber"/>
        <w:spacing w:line="240" w:lineRule="auto"/>
        <w:ind w:left="720"/>
      </w:pPr>
      <w:r/>
      <w:hyperlink r:id="rId12">
        <w:r>
          <w:rPr>
            <w:color w:val="0000EE"/>
            <w:u w:val="single"/>
          </w:rPr>
          <w:t>https://openai.com/index/introducing-the-realtime-api/</w:t>
        </w:r>
      </w:hyperlink>
      <w:r>
        <w:t xml:space="preserve"> - Addresses the challenges related to the reasoning capabilities of AI agents and the use of reinforcement learning to improve these capabilities.</w:t>
      </w:r>
      <w:r/>
    </w:p>
    <w:p>
      <w:pPr>
        <w:pStyle w:val="ListNumber"/>
        <w:spacing w:line="240" w:lineRule="auto"/>
        <w:ind w:left="720"/>
      </w:pPr>
      <w:r/>
      <w:hyperlink r:id="rId11">
        <w:r>
          <w:rPr>
            <w:color w:val="0000EE"/>
            <w:u w:val="single"/>
          </w:rPr>
          <w:t>https://www.chatbase.co/blog/openai-advanced-chatgpt-voice-and-realtime-api</w:t>
        </w:r>
      </w:hyperlink>
      <w:r>
        <w:t xml:space="preserve"> - Provides context on the ongoing development and refinement of AI technologies, including the integration of advanced AI tools into everyday operations.</w:t>
      </w:r>
      <w:r/>
    </w:p>
    <w:p>
      <w:pPr>
        <w:pStyle w:val="ListNumber"/>
        <w:spacing w:line="240" w:lineRule="auto"/>
        <w:ind w:left="720"/>
      </w:pPr>
      <w:r/>
      <w:hyperlink r:id="rId15">
        <w:r>
          <w:rPr>
            <w:color w:val="0000EE"/>
            <w:u w:val="single"/>
          </w:rPr>
          <w:t>https://www.technologyreview.com/2024/11/05/1106603/how-chatgpt-search-paves-the-way-for-ai-agents/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sidetelecom.com/openai-debuts-realtime-api-for-fast-fluid-voice-interactions/" TargetMode="External"/><Relationship Id="rId11" Type="http://schemas.openxmlformats.org/officeDocument/2006/relationships/hyperlink" Target="https://www.chatbase.co/blog/openai-advanced-chatgpt-voice-and-realtime-api" TargetMode="External"/><Relationship Id="rId12" Type="http://schemas.openxmlformats.org/officeDocument/2006/relationships/hyperlink" Target="https://openai.com/index/introducing-the-realtime-api/" TargetMode="External"/><Relationship Id="rId13" Type="http://schemas.openxmlformats.org/officeDocument/2006/relationships/hyperlink" Target="https://azure.microsoft.com/en-us/blog/announcing-new-products-and-features-for-azure-openai-service-including-gpt-4o-realtime-preview-with-audio-and-speech-capabilities/" TargetMode="External"/><Relationship Id="rId14" Type="http://schemas.openxmlformats.org/officeDocument/2006/relationships/hyperlink" Target="https://www.youtube.com/watch?v=5eKFXyL13U8" TargetMode="External"/><Relationship Id="rId15" Type="http://schemas.openxmlformats.org/officeDocument/2006/relationships/hyperlink" Target="https://www.technologyreview.com/2024/11/05/1106603/how-chatgpt-search-paves-the-way-for-ai-ag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