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Overjet unveils AI-driven dental imaging solution ‘IRIS’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Overjet Unveils AI-Driven Dental Imaging Solution ‘IRIS’</w:t>
      </w:r>
      <w:r/>
    </w:p>
    <w:p>
      <w:r/>
      <w:r>
        <w:t>Overjet, a pioneer in dental technology innovation, has announced the launch of IRIS, a groundbreaking artificial intelligence-powered software designed to revolutionise dental imaging. This innovative tool aims to enhance both the diagnostic process for dentists and patient understanding by utilising advanced AI capabilities to interpret dental X-rays more accurately.</w:t>
      </w:r>
      <w:r/>
    </w:p>
    <w:p>
      <w:r/>
      <w:r>
        <w:rPr>
          <w:b/>
        </w:rPr>
        <w:t>Revolutionary Features and Capabilities</w:t>
      </w:r>
      <w:r/>
    </w:p>
    <w:p>
      <w:r/>
      <w:r>
        <w:t>IRIS stands out as the first dental imaging software to successfully integrate AI with cloud-based technology, streamlining the traditionally complex interpretation of dental X-rays. The software transforms standard X-ray images into full-colour, high-definition visuals, making it easier for dental professionals to identify and highlight oral diseases and structures with unprecedented millimetre-level precision.</w:t>
      </w:r>
      <w:r/>
    </w:p>
    <w:p>
      <w:r/>
      <w:r>
        <w:t>Among its many features, IRIS provides significant advancements in the realm of image enhancement. It has the ability to clarify low-quality X-ray images, effectively filtering out unnecessary noise and ensuring key clinical details are preserved. This technological advancement enhances the detail and accuracy of diagnostics, thereby aiding in better patient outcomes.</w:t>
      </w:r>
      <w:r/>
    </w:p>
    <w:p>
      <w:r/>
      <w:r>
        <w:t>Furthermore, IRIS includes robust clinical analysis tools. The software can automatically detect and outline various oral health issues, such as cavities and plaque, directly on the X-ray images. This functionality not only aids dentists in making more precise diagnoses but also facilitates clearer communication of health conditions to patients.</w:t>
      </w:r>
      <w:r/>
    </w:p>
    <w:p>
      <w:r/>
      <w:r>
        <w:rPr>
          <w:b/>
        </w:rPr>
        <w:t>Seamless Integration and Accessibility</w:t>
      </w:r>
      <w:r/>
    </w:p>
    <w:p>
      <w:r/>
      <w:r>
        <w:t>A standout feature of IRIS is its flexible accessibility options. The software offers both cloud-based and offline access, enabling dentists to view and analyse images from anywhere, regardless of internet connectivity. Moreover, it provides extensive data storage solutions, with the ability to access patient images from the last seven years, supporting continuous care and monitoring.</w:t>
      </w:r>
      <w:r/>
    </w:p>
    <w:p>
      <w:r/>
      <w:r>
        <w:t>Speaking on the launch of IRIS, Overjet CEO Wardah Inam expressed enthusiasm over the integration of AI into dental workflows. “IRIS doesn’t just capture images. It understands them,” said Inam. She highlighted the transformative potential of AI in enhancing diagnostic precision and improving patient engagement with their own oral health care.</w:t>
      </w:r>
      <w:r/>
    </w:p>
    <w:p>
      <w:r/>
      <w:r>
        <w:rPr>
          <w:b/>
        </w:rPr>
        <w:t>Development and Availability</w:t>
      </w:r>
      <w:r/>
    </w:p>
    <w:p>
      <w:r/>
      <w:r>
        <w:t>IRIS has been in development for 18 months, reflecting Overjet’s commitment to advancing dental healthcare technologies. By embedding artificial intelligence directly into imaging processes, Overjet aims to make such technological innovation a standard practice in dental care establishments worldwide.</w:t>
      </w:r>
      <w:r/>
    </w:p>
    <w:p>
      <w:r/>
      <w:r>
        <w:t>The introduction of IRIS represents a significant milestone in dental technology, offering cutting-edge solutions designed to benefit both clinicians and patients. Dental professionals interested in learning more about the capabilities and implementation of IRIS are encouraged to explore further information available through Overjet.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https://www.overjet.com/iris</w:t>
        </w:r>
      </w:hyperlink>
      <w:r>
        <w:t xml:space="preserve"> - Corroborates the integration of AI with cloud-based technology in IRIS, transforming standard X-ray images into full-color, high-definition visuals.</w:t>
      </w:r>
      <w:r/>
    </w:p>
    <w:p>
      <w:pPr>
        <w:pStyle w:val="ListNumber"/>
        <w:spacing w:line="240" w:lineRule="auto"/>
        <w:ind w:left="720"/>
      </w:pPr>
      <w:r/>
      <w:hyperlink r:id="rId11">
        <w:r>
          <w:rPr>
            <w:color w:val="0000EE"/>
            <w:u w:val="single"/>
          </w:rPr>
          <w:t>https://www.overjet.com/solutions/dentists</w:t>
        </w:r>
      </w:hyperlink>
      <w:r>
        <w:t xml:space="preserve"> - Supports the feature of IRIS in detecting and outlining various oral health issues such as cavities, plaque, and other pathologies with millimeter-level precision.</w:t>
      </w:r>
      <w:r/>
    </w:p>
    <w:p>
      <w:pPr>
        <w:pStyle w:val="ListNumber"/>
        <w:spacing w:line="240" w:lineRule="auto"/>
        <w:ind w:left="720"/>
      </w:pPr>
      <w:r/>
      <w:hyperlink r:id="rId12">
        <w:r>
          <w:rPr>
            <w:color w:val="0000EE"/>
            <w:u w:val="single"/>
          </w:rPr>
          <w:t>https://www.overjet.com</w:t>
        </w:r>
      </w:hyperlink>
      <w:r>
        <w:t xml:space="preserve"> - Confirms Overjet's role as a pioneer in dental AI and the launch of IRIS as a revolutionary dental imaging solution.</w:t>
      </w:r>
      <w:r/>
    </w:p>
    <w:p>
      <w:pPr>
        <w:pStyle w:val="ListNumber"/>
        <w:spacing w:line="240" w:lineRule="auto"/>
        <w:ind w:left="720"/>
      </w:pPr>
      <w:r/>
      <w:hyperlink r:id="rId13">
        <w:r>
          <w:rPr>
            <w:color w:val="0000EE"/>
            <w:u w:val="single"/>
          </w:rPr>
          <w:t>https://www.prweb.com/releases/introducing-iris-the-first-smart-imaging-software-for-dentistry-302295211.html</w:t>
        </w:r>
      </w:hyperlink>
      <w:r>
        <w:t xml:space="preserve"> - Details the ability of IRIS to enhance low-quality X-ray images using proprietary machine learning architecture and its FDA clearance.</w:t>
      </w:r>
      <w:r/>
    </w:p>
    <w:p>
      <w:pPr>
        <w:pStyle w:val="ListNumber"/>
        <w:spacing w:line="240" w:lineRule="auto"/>
        <w:ind w:left="720"/>
      </w:pPr>
      <w:r/>
      <w:hyperlink r:id="rId14">
        <w:r>
          <w:rPr>
            <w:color w:val="0000EE"/>
            <w:u w:val="single"/>
          </w:rPr>
          <w:t>https://www.overjet.com/blog/introducing-iris:-the-first-smart-imaging-software-for-dentistry</w:t>
        </w:r>
      </w:hyperlink>
      <w:r>
        <w:t xml:space="preserve"> - Explains the seamless integration of IRIS with dental workflows, including cloud-based and offline access, and extensive data storage solutions.</w:t>
      </w:r>
      <w:r/>
    </w:p>
    <w:p>
      <w:pPr>
        <w:pStyle w:val="ListNumber"/>
        <w:spacing w:line="240" w:lineRule="auto"/>
        <w:ind w:left="720"/>
      </w:pPr>
      <w:r/>
      <w:hyperlink r:id="rId10">
        <w:r>
          <w:rPr>
            <w:color w:val="0000EE"/>
            <w:u w:val="single"/>
          </w:rPr>
          <w:t>https://www.overjet.com/iris</w:t>
        </w:r>
      </w:hyperlink>
      <w:r>
        <w:t xml:space="preserve"> - Highlights the clinical analysis tools of IRIS, including the detection and outlining of oral diseases and anatomical structures.</w:t>
      </w:r>
      <w:r/>
    </w:p>
    <w:p>
      <w:pPr>
        <w:pStyle w:val="ListNumber"/>
        <w:spacing w:line="240" w:lineRule="auto"/>
        <w:ind w:left="720"/>
      </w:pPr>
      <w:r/>
      <w:hyperlink r:id="rId11">
        <w:r>
          <w:rPr>
            <w:color w:val="0000EE"/>
            <w:u w:val="single"/>
          </w:rPr>
          <w:t>https://www.overjet.com/solutions/dentists</w:t>
        </w:r>
      </w:hyperlink>
      <w:r>
        <w:t xml:space="preserve"> - Supports the statement that IRIS aids in clearer communication of health conditions to patients and enhances diagnostic precision.</w:t>
      </w:r>
      <w:r/>
    </w:p>
    <w:p>
      <w:pPr>
        <w:pStyle w:val="ListNumber"/>
        <w:spacing w:line="240" w:lineRule="auto"/>
        <w:ind w:left="720"/>
      </w:pPr>
      <w:r/>
      <w:hyperlink r:id="rId13">
        <w:r>
          <w:rPr>
            <w:color w:val="0000EE"/>
            <w:u w:val="single"/>
          </w:rPr>
          <w:t>https://www.prweb.com/releases/introducing-iris-the-first-smart-imaging-software-for-dentistry-302295211.html</w:t>
        </w:r>
      </w:hyperlink>
      <w:r>
        <w:t xml:space="preserve"> - Quotes Overjet CEO Wardah Inam on the transformative potential of AI in enhancing diagnostic precision and improving patient engagement.</w:t>
      </w:r>
      <w:r/>
    </w:p>
    <w:p>
      <w:pPr>
        <w:pStyle w:val="ListNumber"/>
        <w:spacing w:line="240" w:lineRule="auto"/>
        <w:ind w:left="720"/>
      </w:pPr>
      <w:r/>
      <w:hyperlink r:id="rId14">
        <w:r>
          <w:rPr>
            <w:color w:val="0000EE"/>
            <w:u w:val="single"/>
          </w:rPr>
          <w:t>https://www.overjet.com/blog/introducing-iris:-the-first-smart-imaging-software-for-dentistry</w:t>
        </w:r>
      </w:hyperlink>
      <w:r>
        <w:t xml:space="preserve"> - Details the 18-month development process of IRIS and Overjet's commitment to advancing dental healthcare technologies.</w:t>
      </w:r>
      <w:r/>
    </w:p>
    <w:p>
      <w:pPr>
        <w:pStyle w:val="ListNumber"/>
        <w:spacing w:line="240" w:lineRule="auto"/>
        <w:ind w:left="720"/>
      </w:pPr>
      <w:r/>
      <w:hyperlink r:id="rId10">
        <w:r>
          <w:rPr>
            <w:color w:val="0000EE"/>
            <w:u w:val="single"/>
          </w:rPr>
          <w:t>https://www.overjet.com/iris</w:t>
        </w:r>
      </w:hyperlink>
      <w:r>
        <w:t xml:space="preserve"> - Explains the flexible accessibility options of IRIS, including cloud-based and offline access, and the ability to access patient images from the last seven years.</w:t>
      </w:r>
      <w:r/>
    </w:p>
    <w:p>
      <w:pPr>
        <w:pStyle w:val="ListNumber"/>
        <w:spacing w:line="240" w:lineRule="auto"/>
        <w:ind w:left="720"/>
      </w:pPr>
      <w:r/>
      <w:hyperlink r:id="rId11">
        <w:r>
          <w:rPr>
            <w:color w:val="0000EE"/>
            <w:u w:val="single"/>
          </w:rPr>
          <w:t>https://www.overjet.com/solutions/dentists</w:t>
        </w:r>
      </w:hyperlink>
      <w:r>
        <w:t xml:space="preserve"> - Supports the claim that IRIS represents a significant milestone in dental technology, offering cutting-edge solutions for both clinicians and patients.</w:t>
      </w:r>
      <w:r/>
    </w:p>
    <w:p>
      <w:pPr>
        <w:pStyle w:val="ListNumber"/>
        <w:spacing w:line="240" w:lineRule="auto"/>
        <w:ind w:left="720"/>
      </w:pPr>
      <w:r/>
      <w:hyperlink r:id="rId15">
        <w:r>
          <w:rPr>
            <w:color w:val="0000EE"/>
            <w:u w:val="single"/>
          </w:rPr>
          <w:t>https://www.dentalproductsreport.com/view/overjet-launches-ai-powered-iris-software-for-dental-imaging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verjet.com/iris" TargetMode="External"/><Relationship Id="rId11" Type="http://schemas.openxmlformats.org/officeDocument/2006/relationships/hyperlink" Target="https://www.overjet.com/solutions/dentists" TargetMode="External"/><Relationship Id="rId12" Type="http://schemas.openxmlformats.org/officeDocument/2006/relationships/hyperlink" Target="https://www.overjet.com" TargetMode="External"/><Relationship Id="rId13" Type="http://schemas.openxmlformats.org/officeDocument/2006/relationships/hyperlink" Target="https://www.prweb.com/releases/introducing-iris-the-first-smart-imaging-software-for-dentistry-302295211.html" TargetMode="External"/><Relationship Id="rId14" Type="http://schemas.openxmlformats.org/officeDocument/2006/relationships/hyperlink" Target="https://www.overjet.com/blog/introducing-iris:-the-first-smart-imaging-software-for-dentistry" TargetMode="External"/><Relationship Id="rId15" Type="http://schemas.openxmlformats.org/officeDocument/2006/relationships/hyperlink" Target="https://www.dentalproductsreport.com/view/overjet-launches-ai-powered-iris-software-for-dental-imag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