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Parasoft enhances software testing with AI advancements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Parasoft, a prominent firm in the field of AI-enhanced software testing, has announced further developments aimed at integrating artificial intelligence (AI) and machine learning (ML) into software quality assurance processes. These advancements are particularly focused on areas where development teams face the most significant challenges, such as using natural language for troubleshooting and real-time code analysis.</w:t>
      </w:r>
      <w:r/>
    </w:p>
    <w:p>
      <w:r/>
      <w:r>
        <w:t>Parasoft's recent initiatives form part of their commitment to producing reliable and tailor-made testing solutions. The company's investment in AI technologies aims to address the high-quality risk faced by developers and testers, especially under the pressures of strict product release timelines. Unlike some AI trends that may be fleeting, Parasoft's AI strategies are built on more than a decade of research and development. This long-term commitment aims to enhance quality assurance by enabling organisations to integrate Large Language Models (LLMs) into sophisticated testing workflows efficiently.</w:t>
      </w:r>
      <w:r/>
    </w:p>
    <w:p>
      <w:r/>
      <w:r>
        <w:t>Igor Kirilenko, the Chief Product Officer at Parasoft, highlighted the company's enduring dedication to AI in software testing. In his statement, Kirilenko noted, “Parasoft’s latest innovations are the result of a long-term commitment to AI in software testing. We’ve been incrementally improving, one release at a time, toward a foundation that offers unparalleled reliability, choice, and control in testing workflows.” These innovations are backed by numerous technological patents, designed to facilitate the progression towards completely autonomous software testing.</w:t>
      </w:r>
      <w:r/>
    </w:p>
    <w:p>
      <w:r/>
      <w:r>
        <w:t>The latest product releases from Parasoft expand developers' capabilities to manage critical stages of the software development lifecycle. This includes continuous code validation and comprehensive support for various LLMs, reflecting a strategic focus on improving control and feedback mechanisms.</w:t>
      </w:r>
      <w:r/>
    </w:p>
    <w:p>
      <w:r/>
      <w:r>
        <w:t>One of the standout features in Parasoft's recent updates is the introduction of Live Unit Testing in the Jtest solution, an AI-driven tool for enhancing Java developer efficiency. This feature enables real-time code verification by continuously running unit tests affected by code modifications within the developers' Integrated Development Environment (IDE). Validating code changes before they are committed to source control not only conserves time but also reduces the frequency of build and regression failures.</w:t>
      </w:r>
      <w:r/>
    </w:p>
    <w:p>
      <w:r/>
      <w:r>
        <w:t>Underlying this capability is Parasoft's machine-learning engine, which automatically correlates recent code changes with affected unit tests, performing tests autonomously within the IDE. This continuous feedback mechanism can reportedly accelerate feedback on testing by 90% or more, significantly reducing build and regression problems.</w:t>
      </w:r>
      <w:r/>
    </w:p>
    <w:p>
      <w:r/>
      <w:r>
        <w:t>Parasoft's solutions for C#/VB.NET development, known as Jtest and dotTEST, include Live Static Analysis for automated code scanning and defect remediation. With AI-generated code fixes and expanded support for LLM providers, development teams gain an edge in maintaining continuous quality, security, reliability, and maintainability, while also speeding up the rectification of static analysis results.</w:t>
      </w:r>
      <w:r/>
    </w:p>
    <w:p>
      <w:r/>
      <w:r>
        <w:t>Additionally, Parasoft has launched an AI Assistant feature within its SOAtest and Virtualize products. This component now integrates with LLM providers such as OpenAI and Azure OpenAI, enabling developers to use natural language to query and instantly receive insights about SOAtest and Virtualize. This intuitive function is crafted to expedite learning and troubleshooting, thereby enhancing testing workflows by incorporating AI-driven support into existing developer and tester tools.</w:t>
      </w:r>
      <w:r/>
    </w:p>
    <w:p>
      <w:r/>
      <w:r>
        <w:t>Moreover, Parasoft has broadened support for multiple LLM providers in its latest iterations of Jtest, dotTEST, SOAtest, and Virtualize, allowing customers to select the LLMs best suited to their development and testing needs. This flexibility also addresses data protection and privacy issues, as clients have the option to deploy these technologies on-premises.</w:t>
      </w:r>
      <w:r/>
    </w:p>
    <w:p>
      <w:r/>
      <w:r>
        <w:t>These advancements by Parasoft underscore their strategic direction in utilising AI to not only improve the efficiency and reliability of software testing but also to provide development teams with greater choice and control over their testing processes.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https://www.prnewswire.com/news-releases/ai-powered-solutions-from-parasoft-slash-testing-failure-rates-and-boost-developer-efficiency-302294752.html</w:t>
        </w:r>
      </w:hyperlink>
      <w:r>
        <w:t xml:space="preserve"> - Corroborates Parasoft's long-term commitment to AI in software testing and the introduction of new AI-powered features to enhance developer efficiency.</w:t>
      </w:r>
      <w:r/>
    </w:p>
    <w:p>
      <w:pPr>
        <w:pStyle w:val="ListNumber"/>
        <w:spacing w:line="240" w:lineRule="auto"/>
        <w:ind w:left="720"/>
      </w:pPr>
      <w:r/>
      <w:hyperlink r:id="rId10">
        <w:r>
          <w:rPr>
            <w:color w:val="0000EE"/>
            <w:u w:val="single"/>
          </w:rPr>
          <w:t>https://www.prnewswire.com/news-releases/ai-powered-solutions-from-parasoft-slash-testing-failure-rates-and-boost-developer-efficiency-302294752.html</w:t>
        </w:r>
      </w:hyperlink>
      <w:r>
        <w:t xml:space="preserve"> - Supports the statement on Parasoft's investment in AI to address quality risks and the integration of Large Language Models (LLMs) into testing workflows.</w:t>
      </w:r>
      <w:r/>
    </w:p>
    <w:p>
      <w:pPr>
        <w:pStyle w:val="ListNumber"/>
        <w:spacing w:line="240" w:lineRule="auto"/>
        <w:ind w:left="720"/>
      </w:pPr>
      <w:r/>
      <w:hyperlink r:id="rId11">
        <w:r>
          <w:rPr>
            <w:color w:val="0000EE"/>
            <w:u w:val="single"/>
          </w:rPr>
          <w:t>https://www.parasoft.com/products/parasoft-selenic/</w:t>
        </w:r>
      </w:hyperlink>
      <w:r>
        <w:t xml:space="preserve"> - Details Parasoft Selenic's AI-powered self-healing and test impact analysis, which aligns with the company's focus on improving testing efficiency and reliability.</w:t>
      </w:r>
      <w:r/>
    </w:p>
    <w:p>
      <w:pPr>
        <w:pStyle w:val="ListNumber"/>
        <w:spacing w:line="240" w:lineRule="auto"/>
        <w:ind w:left="720"/>
      </w:pPr>
      <w:r/>
      <w:hyperlink r:id="rId10">
        <w:r>
          <w:rPr>
            <w:color w:val="0000EE"/>
            <w:u w:val="single"/>
          </w:rPr>
          <w:t>https://www.prnewswire.com/news-releases/ai-powered-solutions-from-parasoft-slash-testing-failure-rates-and-boost-developer-efficiency-302294752.html</w:t>
        </w:r>
      </w:hyperlink>
      <w:r>
        <w:t xml:space="preserve"> - Explains the introduction of Live Unit Testing in Jtest for real-time code verification and its impact on reducing build and regression failures.</w:t>
      </w:r>
      <w:r/>
    </w:p>
    <w:p>
      <w:pPr>
        <w:pStyle w:val="ListNumber"/>
        <w:spacing w:line="240" w:lineRule="auto"/>
        <w:ind w:left="720"/>
      </w:pPr>
      <w:r/>
      <w:hyperlink r:id="rId12">
        <w:r>
          <w:rPr>
            <w:color w:val="0000EE"/>
            <w:u w:val="single"/>
          </w:rPr>
          <w:t>https://www.parasoft.com/solutions/ai-ml/</w:t>
        </w:r>
      </w:hyperlink>
      <w:r>
        <w:t xml:space="preserve"> - Describes the use of AI and machine learning in Parasoft's solutions for automated code scanning, defect remediation, and continuous quality assurance.</w:t>
      </w:r>
      <w:r/>
    </w:p>
    <w:p>
      <w:pPr>
        <w:pStyle w:val="ListNumber"/>
        <w:spacing w:line="240" w:lineRule="auto"/>
        <w:ind w:left="720"/>
      </w:pPr>
      <w:r/>
      <w:hyperlink r:id="rId13">
        <w:r>
          <w:rPr>
            <w:color w:val="0000EE"/>
            <w:u w:val="single"/>
          </w:rPr>
          <w:t>https://www.parasoft.com/products/parasoft-soatest/api-testing/</w:t>
        </w:r>
      </w:hyperlink>
      <w:r>
        <w:t xml:space="preserve"> - Supports the integration of AI Assistant with LLM providers like OpenAI and Azure OpenAI for enhanced learning and troubleshooting in SOAtest and Virtualize.</w:t>
      </w:r>
      <w:r/>
    </w:p>
    <w:p>
      <w:pPr>
        <w:pStyle w:val="ListNumber"/>
        <w:spacing w:line="240" w:lineRule="auto"/>
        <w:ind w:left="720"/>
      </w:pPr>
      <w:r/>
      <w:hyperlink r:id="rId12">
        <w:r>
          <w:rPr>
            <w:color w:val="0000EE"/>
            <w:u w:val="single"/>
          </w:rPr>
          <w:t>https://www.parasoft.com/solutions/ai-ml/</w:t>
        </w:r>
      </w:hyperlink>
      <w:r>
        <w:t xml:space="preserve"> - Details the expanded support for multiple LLM providers in Parasoft's tools, addressing data protection and privacy issues by allowing on-premises deployment.</w:t>
      </w:r>
      <w:r/>
    </w:p>
    <w:p>
      <w:pPr>
        <w:pStyle w:val="ListNumber"/>
        <w:spacing w:line="240" w:lineRule="auto"/>
        <w:ind w:left="720"/>
      </w:pPr>
      <w:r/>
      <w:hyperlink r:id="rId14">
        <w:r>
          <w:rPr>
            <w:color w:val="0000EE"/>
            <w:u w:val="single"/>
          </w:rPr>
          <w:t>https://www.parasoft.com/blog/what-is-artificial-intelligence-in-software-testing/</w:t>
        </w:r>
      </w:hyperlink>
      <w:r>
        <w:t xml:space="preserve"> - Explains the use of AI and machine learning in generating unit tests, parameterizing test cases, and self-healing Selenium tests.</w:t>
      </w:r>
      <w:r/>
    </w:p>
    <w:p>
      <w:pPr>
        <w:pStyle w:val="ListNumber"/>
        <w:spacing w:line="240" w:lineRule="auto"/>
        <w:ind w:left="720"/>
      </w:pPr>
      <w:r/>
      <w:hyperlink r:id="rId13">
        <w:r>
          <w:rPr>
            <w:color w:val="0000EE"/>
            <w:u w:val="single"/>
          </w:rPr>
          <w:t>https://www.parasoft.com/products/parasoft-soatest/api-testing/</w:t>
        </w:r>
      </w:hyperlink>
      <w:r>
        <w:t xml:space="preserve"> - Describes Parasoft SOAtest's Smart API Test Generator and its use of AI and machine learning to create advanced API test scenarios.</w:t>
      </w:r>
      <w:r/>
    </w:p>
    <w:p>
      <w:pPr>
        <w:pStyle w:val="ListNumber"/>
        <w:spacing w:line="240" w:lineRule="auto"/>
        <w:ind w:left="720"/>
      </w:pPr>
      <w:r/>
      <w:hyperlink r:id="rId10">
        <w:r>
          <w:rPr>
            <w:color w:val="0000EE"/>
            <w:u w:val="single"/>
          </w:rPr>
          <w:t>https://www.prnewswire.com/news-releases/ai-powered-solutions-from-parasoft-slash-testing-failure-rates-and-boost-developer-efficiency-302294752.html</w:t>
        </w:r>
      </w:hyperlink>
      <w:r>
        <w:t xml:space="preserve"> - Highlights Igor Kirilenko's statement on Parasoft's long-term commitment to AI and the technological patents supporting their innovations.</w:t>
      </w:r>
      <w:r/>
    </w:p>
    <w:p>
      <w:pPr>
        <w:pStyle w:val="ListNumber"/>
        <w:spacing w:line="240" w:lineRule="auto"/>
        <w:ind w:left="720"/>
      </w:pPr>
      <w:r/>
      <w:hyperlink r:id="rId12">
        <w:r>
          <w:rPr>
            <w:color w:val="0000EE"/>
            <w:u w:val="single"/>
          </w:rPr>
          <w:t>https://www.parasoft.com/solutions/ai-ml/</w:t>
        </w:r>
      </w:hyperlink>
      <w:r>
        <w:t xml:space="preserve"> - Provides information on how Parasoft's AI-enhanced solutions improve control and feedback mechanisms in the software development lifecycle.</w:t>
      </w:r>
      <w:r/>
    </w:p>
    <w:p>
      <w:pPr>
        <w:pStyle w:val="ListNumber"/>
        <w:spacing w:line="240" w:lineRule="auto"/>
        <w:ind w:left="720"/>
      </w:pPr>
      <w:r/>
      <w:hyperlink r:id="rId15">
        <w:r>
          <w:rPr>
            <w:color w:val="0000EE"/>
            <w:u w:val="single"/>
          </w:rPr>
          <w:t>https://sdtimes.com/ai-powered-solutions-from-parasoft-slash-testing-failure-rates-and-boost-developer-efficiency/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rnewswire.com/news-releases/ai-powered-solutions-from-parasoft-slash-testing-failure-rates-and-boost-developer-efficiency-302294752.html" TargetMode="External"/><Relationship Id="rId11" Type="http://schemas.openxmlformats.org/officeDocument/2006/relationships/hyperlink" Target="https://www.parasoft.com/products/parasoft-selenic/" TargetMode="External"/><Relationship Id="rId12" Type="http://schemas.openxmlformats.org/officeDocument/2006/relationships/hyperlink" Target="https://www.parasoft.com/solutions/ai-ml/" TargetMode="External"/><Relationship Id="rId13" Type="http://schemas.openxmlformats.org/officeDocument/2006/relationships/hyperlink" Target="https://www.parasoft.com/products/parasoft-soatest/api-testing/" TargetMode="External"/><Relationship Id="rId14" Type="http://schemas.openxmlformats.org/officeDocument/2006/relationships/hyperlink" Target="https://www.parasoft.com/blog/what-is-artificial-intelligence-in-software-testing/" TargetMode="External"/><Relationship Id="rId15" Type="http://schemas.openxmlformats.org/officeDocument/2006/relationships/hyperlink" Target="https://sdtimes.com/ai-powered-solutions-from-parasoft-slash-testing-failure-rates-and-boost-developer-efficienc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