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Prime Video enhances viewing experience with X-Ray Recaps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Prime Video has announced an enhancement to its X-Ray feature called X-Ray Recaps, aimed at improving user experience for its streaming service audience. This new feature leverages generative AI to craft concise summaries of full seasons, individual episodes, and even specific parts of episodes from Amazon MGM Studios Original series. The summaries are personalised for viewers based on the last moment of content they watched, facilitating a seamless return to their favourite shows.</w:t>
      </w:r>
      <w:r/>
    </w:p>
    <w:p>
      <w:r/>
      <w:r>
        <w:t>The X-Ray Recaps feature aims to enhance engagement and minimise interruptions for viewers who may have paused viewing a series or taken an extended break from watching. By providing succinct overviews, it helps viewers reacquaint themselves with the storyline swiftly and effectively, without the hassle of rewinding or searching online for summaries, which could lead to spoilers or redundant re-watching.</w:t>
      </w:r>
      <w:r/>
    </w:p>
    <w:p>
      <w:r/>
      <w:r>
        <w:t>This new feature extends Prime Video’s existing X-Ray functions, which have been popular for delivering trivia, cast information, soundtrack details, and production insights about content. X-Ray has also been integrated into Prime Video’s coverage of live sports, such as NFL Thursday Night Football, offering viewers enhanced telecasts with detailed player statistics and highlights.</w:t>
      </w:r>
      <w:r/>
    </w:p>
    <w:p>
      <w:r/>
      <w:r>
        <w:t>Adam Gray, Vice President of Product at Prime Video, highlighted the motivations behind this development. "Prime Video product and technology teams work relentlessly behind-the-scenes to enhance customers’ viewing experience," Gray stated. "With the creation of X-Ray Recaps, we’re directly addressing a common problem customers face when streaming content: forgetting where they left off. This context-aware functionality enables Prime Video to deliver summaries of memorable moments and important plot points, allowing customers to quickly re-engage with their content or rekindle their appreciation for a series."</w:t>
      </w:r>
      <w:r/>
    </w:p>
    <w:p>
      <w:r/>
      <w:r>
        <w:t>The new feature reflects Prime Video's ongoing efforts to integrate innovative technologies to streamline and enrich the viewing experience. The introduction of X-Ray Recaps seeks to solidify the platform's position in a competitive streaming market by offering user-friendly, technologically advanced solutions to common challenges faced by viewers.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URL does not corroborate any aspect of the article about Prime Video's X-Ray Recaps, as it is related to Noah Wire Services and not Prime Video.</w:t>
      </w:r>
      <w:r/>
    </w:p>
    <w:p>
      <w:pPr>
        <w:pStyle w:val="ListNumber"/>
        <w:spacing w:line="240" w:lineRule="auto"/>
        <w:ind w:left="720"/>
      </w:pPr>
      <w:r/>
      <w:hyperlink r:id="rId10">
        <w:r>
          <w:rPr>
            <w:color w:val="0000EE"/>
            <w:u w:val="single"/>
          </w:rPr>
          <w:t>https://noahwire.com/terms/</w:t>
        </w:r>
      </w:hyperlink>
      <w:r>
        <w:t xml:space="preserve"> - This URL does not corroborate any aspect of the article about Prime Video's X-Ray Recaps, as it pertains to the terms and conditions of Noah Wire Services.</w:t>
      </w:r>
      <w:r/>
    </w:p>
    <w:p>
      <w:pPr>
        <w:pStyle w:val="ListNumber"/>
        <w:spacing w:line="240" w:lineRule="auto"/>
        <w:ind w:left="720"/>
      </w:pPr>
      <w:r/>
      <w:hyperlink r:id="rId11">
        <w:r>
          <w:rPr>
            <w:color w:val="0000EE"/>
            <w:u w:val="single"/>
          </w:rPr>
          <w:t>https://www.technologyformarketing.co.uk/speakers/ivan-massow</w:t>
        </w:r>
      </w:hyperlink>
      <w:r>
        <w:t xml:space="preserve"> - This URL does not corroborate any aspect of the article about Prime Video's X-Ray Recaps, as it is about Ivan Massow and Noah Wire Services.</w:t>
      </w:r>
      <w:r/>
    </w:p>
    <w:p>
      <w:pPr>
        <w:pStyle w:val="ListNumber"/>
        <w:spacing w:line="240" w:lineRule="auto"/>
        <w:ind w:left="720"/>
      </w:pPr>
      <w:r/>
      <w:hyperlink r:id="rId12">
        <w:r>
          <w:rPr>
            <w:color w:val="0000EE"/>
            <w:u w:val="single"/>
          </w:rPr>
          <w:t>https://noahwire.com</w:t>
        </w:r>
      </w:hyperlink>
      <w:r>
        <w:t xml:space="preserve"> - This URL does not corroborate any aspect of the article about Prime Video's X-Ray Recaps, as it is related to Noah Wire Services and not Prime Video.</w:t>
      </w:r>
      <w:r/>
    </w:p>
    <w:p>
      <w:pPr>
        <w:pStyle w:val="ListNumber"/>
        <w:spacing w:line="240" w:lineRule="auto"/>
        <w:ind w:left="720"/>
      </w:pPr>
      <w:r/>
      <w:hyperlink r:id="rId13">
        <w:r>
          <w:rPr>
            <w:color w:val="0000EE"/>
            <w:u w:val="single"/>
          </w:rPr>
          <w:t>https://www.scamadviser.com/check-website/noahwire.com</w:t>
        </w:r>
      </w:hyperlink>
      <w:r>
        <w:t xml:space="preserve"> - This URL does not corroborate any aspect of the article about Prime Video's X-Ray Recaps, as it is a review of the trustworthiness of the noahwire.com website.</w:t>
      </w:r>
      <w:r/>
    </w:p>
    <w:p>
      <w:pPr>
        <w:pStyle w:val="ListNumber"/>
        <w:spacing w:line="240" w:lineRule="auto"/>
        <w:ind w:left="720"/>
      </w:pPr>
      <w:r/>
      <w:hyperlink r:id="rId14">
        <w:r>
          <w:rPr>
            <w:color w:val="0000EE"/>
            <w:u w:val="single"/>
          </w:rPr>
          <w:t>https://noahwire.com/login/</w:t>
        </w:r>
      </w:hyperlink>
      <w:r>
        <w:t xml:space="preserve"> - This URL does not corroborate any aspect of the article about Prime Video's X-Ray Recaps, as it is related to the login and press release upload for Noah Wire Services.</w:t>
      </w:r>
      <w:r/>
    </w:p>
    <w:p>
      <w:pPr>
        <w:pStyle w:val="ListNumber"/>
        <w:spacing w:line="240" w:lineRule="auto"/>
        <w:ind w:left="720"/>
      </w:pPr>
      <w:r/>
      <w:r>
        <w:t xml:space="preserve"> - There are no available URLs that corroborate the specific claims about Prime Video's X-Ray Recaps feature.</w:t>
      </w:r>
      <w:r/>
    </w:p>
    <w:p>
      <w:pPr>
        <w:pStyle w:val="ListNumber"/>
        <w:spacing w:line="240" w:lineRule="auto"/>
        <w:ind w:left="720"/>
      </w:pPr>
      <w:r/>
      <w:r>
        <w:t xml:space="preserve"> - There are no available URLs that corroborate the specific claims about Prime Video's X-Ray Recaps feature.</w:t>
      </w:r>
      <w:r/>
    </w:p>
    <w:p>
      <w:pPr>
        <w:pStyle w:val="ListNumber"/>
        <w:spacing w:line="240" w:lineRule="auto"/>
        <w:ind w:left="720"/>
      </w:pPr>
      <w:r/>
      <w:r>
        <w:t xml:space="preserve"> - There are no available URLs that corroborate the specific claims about Prime Video's X-Ray Recaps feature.</w:t>
      </w:r>
      <w:r/>
    </w:p>
    <w:p>
      <w:pPr>
        <w:pStyle w:val="ListNumber"/>
        <w:spacing w:line="240" w:lineRule="auto"/>
        <w:ind w:left="720"/>
      </w:pPr>
      <w:r/>
      <w:r>
        <w:t xml:space="preserve"> - There are no available URLs that corroborate the specific claims about Prime Video's X-Ray Recaps feature.</w:t>
      </w:r>
      <w:r/>
    </w:p>
    <w:p>
      <w:pPr>
        <w:pStyle w:val="ListNumber"/>
        <w:spacing w:line="240" w:lineRule="auto"/>
        <w:ind w:left="720"/>
      </w:pPr>
      <w:r/>
      <w:r>
        <w:t xml:space="preserve"> - There are no available URLs that corroborate the specific claims about Prime Video's X-Ray Recaps feature.</w:t>
      </w:r>
      <w:r/>
    </w:p>
    <w:p>
      <w:pPr>
        <w:pStyle w:val="ListNumber"/>
        <w:spacing w:line="240" w:lineRule="auto"/>
        <w:ind w:left="720"/>
      </w:pPr>
      <w:r/>
      <w:hyperlink r:id="rId15">
        <w:r>
          <w:rPr>
            <w:color w:val="0000EE"/>
            <w:u w:val="single"/>
          </w:rPr>
          <w:t>https://deadline.com/2024/11/prime-video-amazon-x-ray-recaps-generative-ai-original-series-1236168470/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www.technologyformarketing.co.uk/speakers/ivan-massow" TargetMode="External"/><Relationship Id="rId12" Type="http://schemas.openxmlformats.org/officeDocument/2006/relationships/hyperlink" Target="https://noahwire.com"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login/" TargetMode="External"/><Relationship Id="rId15" Type="http://schemas.openxmlformats.org/officeDocument/2006/relationships/hyperlink" Target="https://deadline.com/2024/11/prime-video-amazon-x-ray-recaps-generative-ai-original-series-12361684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