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Proemial revolutionises access to academic research with new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Proemial Revolutionises Access to Academic Research with New Platform</w:t>
      </w:r>
      <w:r/>
    </w:p>
    <w:p>
      <w:r/>
      <w:r>
        <w:t>In a significant development for the academic and research community, Proemial, a research curation startup, has launched a platform named Proem designed to democratise access to scientific findings. Traditionally, academic research has been locked behind paywalls, accessible primarily to institutions with the financial capacity to afford it, such as universities and large corporations. Proemial aims to change this by connecting researchers with a more diverse audience and offering simplified summaries of complex research papers.</w:t>
      </w:r>
      <w:r/>
    </w:p>
    <w:p>
      <w:r/>
      <w:r>
        <w:t>Founded in late 2023, Proemial was established by Mads Rydahl, an AI entrepreneur and former Head of Product and Design at Siri; Geet Khosla, a serial entrepreneur and deep tech investor; and Brian Pedersen, a veteran in the tech industry. The company’s mission is to facilitate engagement with groundbreaking discoveries by making research easily understandable and widely accessible.</w:t>
      </w:r>
      <w:r/>
    </w:p>
    <w:p>
      <w:r/>
      <w:r>
        <w:t>In an interview, CEO Geet Khosla detailed his motivation for launching Proemial. After years of advising and mentoring scientists and spending time on various natural science projects, Khosla realised the challenges faced by researchers. He discovered that many researchers devote years to their studies, only for their work to pass mostly unread outside of academic circles. This insight led to the birth of Proemial, a platform that allows researchers to reach a wider audience without the barriers of traditional publishing.</w:t>
      </w:r>
      <w:r/>
    </w:p>
    <w:p>
      <w:r/>
      <w:r>
        <w:t>Proem offers personalised summaries of scientific research in plain language using AI, enabling non-experts such as students, journalists, and enterprises to engage with the latest developments. The platform draws on pre-print versions of papers, which are accessible prior to peer review, turning their findings into comprehensible summaries with links and proper attributions.</w:t>
      </w:r>
      <w:r/>
    </w:p>
    <w:p>
      <w:r/>
      <w:r>
        <w:t>Highlighting the disparity in research exposure, Khosla recounted meeting a researcher whose promising Alzheimer's intervention is little known outside his small lab. This motivated Khosla and his team to ensure such significant work reaches beyond academic confines.</w:t>
      </w:r>
      <w:r/>
    </w:p>
    <w:p>
      <w:r/>
      <w:r>
        <w:t>Khosla also remarked on Proem's new tool, 'Proem News', which annotates news articles with scientifically backed insights. With the 2024 US Presidential Election stirring substantial media coverage, Khosla stressed that their platform could enrich debates with credible scientific data, fostering informed discourse. Users can input any news URL to retrieve scientifically validated information and pose further questions that are answered with references to research papers.</w:t>
      </w:r>
      <w:r/>
    </w:p>
    <w:p>
      <w:r/>
      <w:r>
        <w:t>The journey to open-access publication continues to face financial barriers, as researchers desiring to make their work freely available often bear high costs. However, Sweden sets a progressive example, with initiatives to ensure publicly funded research is open by 2026.</w:t>
      </w:r>
      <w:r/>
    </w:p>
    <w:p>
      <w:r/>
      <w:r>
        <w:t>While Proemial has faced some controversy regarding its model, Khosla emphasises the focus on crediting authors. The platform aims to engage researchers with audiences previously unreached, expanding their influence beyond academia.</w:t>
      </w:r>
      <w:r/>
    </w:p>
    <w:p>
      <w:r/>
      <w:r>
        <w:t>Proemial secured €2 million in funding in December of the previous year, with support from People Ventures, Dreamcraft Ventures, and notable investors from tech giants like Apple, Google, and Meta. The platform has caught the attention of major industry players including CERN, Novo Nordisk, and Amazon, underlining its transformative potential in making scientific knowledge widely accessible.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https://tech.eu/2024/11/05/this-startup-aims-to-democratise-access-to-research-and-amplify-voices-of-scientists/</w:t>
        </w:r>
      </w:hyperlink>
      <w:r>
        <w:t xml:space="preserve"> - Details Proemial's mission to democratize access to research, the founders, and how the platform uses AI to summarize research papers.</w:t>
      </w:r>
      <w:r/>
    </w:p>
    <w:p>
      <w:pPr>
        <w:pStyle w:val="ListNumber"/>
        <w:spacing w:line="240" w:lineRule="auto"/>
        <w:ind w:left="720"/>
      </w:pPr>
      <w:r/>
      <w:hyperlink r:id="rId11">
        <w:r>
          <w:rPr>
            <w:color w:val="0000EE"/>
            <w:u w:val="single"/>
          </w:rPr>
          <w:t>https://aiexpert.network/proemial-making-research-easy/</w:t>
        </w:r>
      </w:hyperlink>
      <w:r>
        <w:t xml:space="preserve"> - Explains Proemial's core product, its business model, and the use of AI to make scientific research more accessible and understandable.</w:t>
      </w:r>
      <w:r/>
    </w:p>
    <w:p>
      <w:pPr>
        <w:pStyle w:val="ListNumber"/>
        <w:spacing w:line="240" w:lineRule="auto"/>
        <w:ind w:left="720"/>
      </w:pPr>
      <w:r/>
      <w:hyperlink r:id="rId12">
        <w:r>
          <w:rPr>
            <w:color w:val="0000EE"/>
            <w:u w:val="single"/>
          </w:rPr>
          <w:t>https://www.eu-startups.com/2023/12/danish-ai-startup-proemial-raises-e1-8-million-to-democratize-cutting-edge-scientific-knowledge/</w:t>
        </w:r>
      </w:hyperlink>
      <w:r>
        <w:t xml:space="preserve"> - Provides information on Proemial's funding, founders, and the vision to make scientific insights more accessible and comprehensible.</w:t>
      </w:r>
      <w:r/>
    </w:p>
    <w:p>
      <w:pPr>
        <w:pStyle w:val="ListNumber"/>
        <w:spacing w:line="240" w:lineRule="auto"/>
        <w:ind w:left="720"/>
      </w:pPr>
      <w:r/>
      <w:hyperlink r:id="rId13">
        <w:r>
          <w:rPr>
            <w:color w:val="0000EE"/>
            <w:u w:val="single"/>
          </w:rPr>
          <w:t>https://proemial.ai/manifesto</w:t>
        </w:r>
      </w:hyperlink>
      <w:r>
        <w:t xml:space="preserve"> - Outlines Proemial's manifesto, including the need for a diverse readership for research and the platform's goal to connect people around discovery and innovation.</w:t>
      </w:r>
      <w:r/>
    </w:p>
    <w:p>
      <w:pPr>
        <w:pStyle w:val="ListNumber"/>
        <w:spacing w:line="240" w:lineRule="auto"/>
        <w:ind w:left="720"/>
      </w:pPr>
      <w:r/>
      <w:hyperlink r:id="rId14">
        <w:r>
          <w:rPr>
            <w:color w:val="0000EE"/>
            <w:u w:val="single"/>
          </w:rPr>
          <w:t>https://springwise.com/innovation/science/personalised-easy-to-understand-summaries-of-academic-research/</w:t>
        </w:r>
      </w:hyperlink>
      <w:r>
        <w:t xml:space="preserve"> - Describes how Proemial's platform uses AI to personalize reading recommendations and facilitate public discussion on scientific research.</w:t>
      </w:r>
      <w:r/>
    </w:p>
    <w:p>
      <w:pPr>
        <w:pStyle w:val="ListNumber"/>
        <w:spacing w:line="240" w:lineRule="auto"/>
        <w:ind w:left="720"/>
      </w:pPr>
      <w:r/>
      <w:hyperlink r:id="rId10">
        <w:r>
          <w:rPr>
            <w:color w:val="0000EE"/>
            <w:u w:val="single"/>
          </w:rPr>
          <w:t>https://tech.eu/2024/11/05/this-startup-aims-to-democratise-access-to-research-and-amplify-voices-of-scientists/</w:t>
        </w:r>
      </w:hyperlink>
      <w:r>
        <w:t xml:space="preserve"> - Discusses the motivation behind Proemial's founding, including the realization that many research papers go unread outside academic circles.</w:t>
      </w:r>
      <w:r/>
    </w:p>
    <w:p>
      <w:pPr>
        <w:pStyle w:val="ListNumber"/>
        <w:spacing w:line="240" w:lineRule="auto"/>
        <w:ind w:left="720"/>
      </w:pPr>
      <w:r/>
      <w:hyperlink r:id="rId11">
        <w:r>
          <w:rPr>
            <w:color w:val="0000EE"/>
            <w:u w:val="single"/>
          </w:rPr>
          <w:t>https://aiexpert.network/proemial-making-research-easy/</w:t>
        </w:r>
      </w:hyperlink>
      <w:r>
        <w:t xml:space="preserve"> - Details the technology and market segment Proemial operates in, including its focus on AI and big data.</w:t>
      </w:r>
      <w:r/>
    </w:p>
    <w:p>
      <w:pPr>
        <w:pStyle w:val="ListNumber"/>
        <w:spacing w:line="240" w:lineRule="auto"/>
        <w:ind w:left="720"/>
      </w:pPr>
      <w:r/>
      <w:hyperlink r:id="rId12">
        <w:r>
          <w:rPr>
            <w:color w:val="0000EE"/>
            <w:u w:val="single"/>
          </w:rPr>
          <w:t>https://www.eu-startups.com/2023/12/danish-ai-startup-proemial-raises-e1-8-million-to-democratize-cutting-edge-scientific-knowledge/</w:t>
        </w:r>
      </w:hyperlink>
      <w:r>
        <w:t xml:space="preserve"> - Mentions the funding and support from notable investors and advisors, including those from Apple, Google, Meta, and Amazon.</w:t>
      </w:r>
      <w:r/>
    </w:p>
    <w:p>
      <w:pPr>
        <w:pStyle w:val="ListNumber"/>
        <w:spacing w:line="240" w:lineRule="auto"/>
        <w:ind w:left="720"/>
      </w:pPr>
      <w:r/>
      <w:hyperlink r:id="rId13">
        <w:r>
          <w:rPr>
            <w:color w:val="0000EE"/>
            <w:u w:val="single"/>
          </w:rPr>
          <w:t>https://proemial.ai/manifesto</w:t>
        </w:r>
      </w:hyperlink>
      <w:r>
        <w:t xml:space="preserve"> - Explains the platform's approach to using pre-print versions of papers and ensuring author attribution.</w:t>
      </w:r>
      <w:r/>
    </w:p>
    <w:p>
      <w:pPr>
        <w:pStyle w:val="ListNumber"/>
        <w:spacing w:line="240" w:lineRule="auto"/>
        <w:ind w:left="720"/>
      </w:pPr>
      <w:r/>
      <w:hyperlink r:id="rId14">
        <w:r>
          <w:rPr>
            <w:color w:val="0000EE"/>
            <w:u w:val="single"/>
          </w:rPr>
          <w:t>https://springwise.com/innovation/science/personalised-easy-to-understand-summaries-of-academic-research/</w:t>
        </w:r>
      </w:hyperlink>
      <w:r>
        <w:t xml:space="preserve"> - Highlights the platform's ability to customize feeds based on user queries and interests, and facilitate public Q&amp;A forums.</w:t>
      </w:r>
      <w:r/>
    </w:p>
    <w:p>
      <w:pPr>
        <w:pStyle w:val="ListNumber"/>
        <w:spacing w:line="240" w:lineRule="auto"/>
        <w:ind w:left="720"/>
      </w:pPr>
      <w:r/>
      <w:hyperlink r:id="rId12">
        <w:r>
          <w:rPr>
            <w:color w:val="0000EE"/>
            <w:u w:val="single"/>
          </w:rPr>
          <w:t>https://www.eu-startups.com/2023/12/danish-ai-startup-proemial-raises-e1-8-million-to-democratize-cutting-edge-scientific-knowledge/</w:t>
        </w:r>
      </w:hyperlink>
      <w:r>
        <w:t xml:space="preserve"> - Quotes Werner Vogels, CTO of Amazon, on the potential of Proemial's platform to help dig through vast amounts of research publications.</w:t>
      </w:r>
      <w:r/>
    </w:p>
    <w:p>
      <w:pPr>
        <w:pStyle w:val="ListNumber"/>
        <w:spacing w:line="240" w:lineRule="auto"/>
        <w:ind w:left="720"/>
      </w:pPr>
      <w:r/>
      <w:hyperlink r:id="rId10">
        <w:r>
          <w:rPr>
            <w:color w:val="0000EE"/>
            <w:u w:val="single"/>
          </w:rPr>
          <w:t>https://tech.eu/2024/11/05/this-startup-aims-to-democratise-access-to-research-and-amplify-voices-of-scientists/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eu/2024/11/05/this-startup-aims-to-democratise-access-to-research-and-amplify-voices-of-scientists/" TargetMode="External"/><Relationship Id="rId11" Type="http://schemas.openxmlformats.org/officeDocument/2006/relationships/hyperlink" Target="https://aiexpert.network/proemial-making-research-easy/" TargetMode="External"/><Relationship Id="rId12" Type="http://schemas.openxmlformats.org/officeDocument/2006/relationships/hyperlink" Target="https://www.eu-startups.com/2023/12/danish-ai-startup-proemial-raises-e1-8-million-to-democratize-cutting-edge-scientific-knowledge/" TargetMode="External"/><Relationship Id="rId13" Type="http://schemas.openxmlformats.org/officeDocument/2006/relationships/hyperlink" Target="https://proemial.ai/manifesto" TargetMode="External"/><Relationship Id="rId14" Type="http://schemas.openxmlformats.org/officeDocument/2006/relationships/hyperlink" Target="https://springwise.com/innovation/science/personalised-easy-to-understand-summaries-of-academic-re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