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PUMA unveils sneaker line-up for 2024 with revived icons and innovative designs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Revived Icons and Innovative Designs: PUMA Unveils Sneaker Line-Up for 2024</w:t>
      </w:r>
      <w:r/>
    </w:p>
    <w:p>
      <w:r/>
      <w:r>
        <w:t>In an exciting breath of nostalgia and innovation, PUMA is set to captivate sneaker enthusiasts with the re-launch of the iconic PUMA Inhale, alongside the introduction of the forward-thinking PUMA Inverse. These upcoming releases promise to engage both vintage fans and new audiences alike, demonstrating PUMA's dynamic fusion of tradition with modern design.</w:t>
      </w:r>
      <w:r/>
    </w:p>
    <w:p>
      <w:r/>
      <w:r>
        <w:rPr>
          <w:b/>
        </w:rPr>
        <w:t>PUMA Inhale Returns with Modern Twists</w:t>
      </w:r>
      <w:r/>
    </w:p>
    <w:p>
      <w:r/>
      <w:r>
        <w:t xml:space="preserve">Originally popularised in the early 2000s as part of the Cellerator family, the PUMA Inhale is renowned for its distinctive aesthetics and performance-focused features. Known for CELL cushioning technology, this sneaker earned its reputation as a favourite among athletes and streetwear aficionados. For its 2024 revival, PUMA has maintained the essence of the original Inhale while incorporating contemporary enhancements. </w:t>
      </w:r>
      <w:r/>
    </w:p>
    <w:p>
      <w:r/>
      <w:r>
        <w:t>The Inhale's design aesthetic draws inspiration from human anatomy, with its upper featuring tendril-like lines reminiscent of veins and arteries. This design symbolism, paired with a blazing red Formstrip, showcases the shoe's vitality and energy. Updates in the 2024 model include a wider fit and a softer midsole, prioritising comfort for both performance and casual day-to-day wear. Slated to release in a striking black-and-red colourway, the modern edition seeks to retain its classic allure while adding a contemporary edge.</w:t>
      </w:r>
      <w:r/>
    </w:p>
    <w:p>
      <w:r/>
      <w:r>
        <w:t>The sneaker's resurgence has been bolstered by endorsements from prominent figures in the fashion world. A significant catalyst for its return was rapper and PUMA collaborator A$AP Rocky, who spotlighted the silhouette in his debut PUMA collection in 2023, driving a renewed interest among a young, fashion-forward audience and achieving rapid sales success. Further adding appeal to the Inhale’s modern iteration, Dutch footballer Xavi Simons has become an ambassador for the sneaker, pairing his youthful vigour with the shoe's bold aesthetic and marrying PUMA’s storied history with the pulse of today’s street culture.</w:t>
      </w:r>
      <w:r/>
    </w:p>
    <w:p>
      <w:r/>
      <w:r>
        <w:rPr>
          <w:b/>
        </w:rPr>
        <w:t>Introducing the PUMA Inverse: A Leap Forward</w:t>
      </w:r>
      <w:r/>
    </w:p>
    <w:p>
      <w:r/>
      <w:r>
        <w:t>Complementing the Inhale's reintroduction, PUMA unveils the new Inverse—a shoe born from a combination of artificial intelligence and meticulous human craftsmanship. While it shares the Inhale's foundational design language, the Inverse showcases a more futuristic approach, characterised by a midsole cage and layered overlays that create a bold, dimensional look.</w:t>
      </w:r>
      <w:r/>
    </w:p>
    <w:p>
      <w:r/>
      <w:r>
        <w:t>The Inverse, adorned with a red mesh upper accented by dark amethyst and black, will make its first U.S. appearance in early December, followed by a wider global release. Its debut signifies PUMA's continual evolution, striving to blend its rich heritage with cutting-edge technology.</w:t>
      </w:r>
      <w:r/>
    </w:p>
    <w:p>
      <w:r/>
      <w:r>
        <w:rPr>
          <w:b/>
        </w:rPr>
        <w:t>Release Details and Audience Impact</w:t>
      </w:r>
      <w:r/>
    </w:p>
    <w:p>
      <w:r/>
      <w:r>
        <w:t>The PUMA Inhale is scheduled for release on November 7, 2024, promising to attract both long-time fans of the brand and new customers drawn by its updated design. The Inverse, a testament to PUMA's innovative spirit, will initially roll out in the U.S. before becoming globally available shortly thereafter.</w:t>
      </w:r>
      <w:r/>
    </w:p>
    <w:p>
      <w:r/>
      <w:r>
        <w:t>Together, these launches highlight PUMA's commitment to maintaining its legacy while pushing the boundaries of sneaker design. Whether rekindling the excitement of the past with the Inhale or embracing new horizons with the Inverse, PUMA demonstrates a dedication to both heritage and innovation—themes that resonate with a diverse and growing base of sneaker enthusiasts worldwide.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https://www.designscene.net/2024/11/puma-inhale-xavi-simons.html</w:t>
        </w:r>
      </w:hyperlink>
      <w:r>
        <w:t xml:space="preserve"> - Corroborates the return of the PUMA Inhale, its design inspiration from human biology, and the involvement of Xavi Simons.</w:t>
      </w:r>
      <w:r/>
    </w:p>
    <w:p>
      <w:pPr>
        <w:pStyle w:val="ListNumber"/>
        <w:spacing w:line="240" w:lineRule="auto"/>
        <w:ind w:left="720"/>
      </w:pPr>
      <w:r/>
      <w:hyperlink r:id="rId10">
        <w:r>
          <w:rPr>
            <w:color w:val="0000EE"/>
            <w:u w:val="single"/>
          </w:rPr>
          <w:t>https://www.designscene.net/2024/11/puma-inhale-xavi-simons.html</w:t>
        </w:r>
      </w:hyperlink>
      <w:r>
        <w:t xml:space="preserve"> - Details the updates in the 2024 model of the Inhale, including a wider fit and softer midsole, and its release in a black-and-red colorway.</w:t>
      </w:r>
      <w:r/>
    </w:p>
    <w:p>
      <w:pPr>
        <w:pStyle w:val="ListNumber"/>
        <w:spacing w:line="240" w:lineRule="auto"/>
        <w:ind w:left="720"/>
      </w:pPr>
      <w:r/>
      <w:hyperlink r:id="rId11">
        <w:r>
          <w:rPr>
            <w:color w:val="0000EE"/>
            <w:u w:val="single"/>
          </w:rPr>
          <w:t>https://about.puma.com/en/newsroom/product-and-brand-news/2024/04-11-2024-fearless-first-pumas-inhale-and-inverse-redefine</w:t>
        </w:r>
      </w:hyperlink>
      <w:r>
        <w:t xml:space="preserve"> - Confirms the Inhale's origins in the early 2000s as part of the Cellerator family and its recognition for CELL cushioning technology.</w:t>
      </w:r>
      <w:r/>
    </w:p>
    <w:p>
      <w:pPr>
        <w:pStyle w:val="ListNumber"/>
        <w:spacing w:line="240" w:lineRule="auto"/>
        <w:ind w:left="720"/>
      </w:pPr>
      <w:r/>
      <w:hyperlink r:id="rId11">
        <w:r>
          <w:rPr>
            <w:color w:val="0000EE"/>
            <w:u w:val="single"/>
          </w:rPr>
          <w:t>https://about.puma.com/en/newsroom/product-and-brand-news/2024/04-11-2024-fearless-first-pumas-inhale-and-inverse-redefine</w:t>
        </w:r>
      </w:hyperlink>
      <w:r>
        <w:t xml:space="preserve"> - Supports the role of A$AP Rocky in popularizing the Inhale through his 2023 collection and the subsequent sellout.</w:t>
      </w:r>
      <w:r/>
    </w:p>
    <w:p>
      <w:pPr>
        <w:pStyle w:val="ListNumber"/>
        <w:spacing w:line="240" w:lineRule="auto"/>
        <w:ind w:left="720"/>
      </w:pPr>
      <w:r/>
      <w:hyperlink r:id="rId12">
        <w:r>
          <w:rPr>
            <w:color w:val="0000EE"/>
            <w:u w:val="single"/>
          </w:rPr>
          <w:t>https://www.sneakerfreaker.com/releases/asap-rocky-puma-inhale-402456-01-402459-01-price-buy-release-date/</w:t>
        </w:r>
      </w:hyperlink>
      <w:r>
        <w:t xml:space="preserve"> - Provides details on A$AP Rocky's collaboration with PUMA on the Inhale and the release dates for new colorways.</w:t>
      </w:r>
      <w:r/>
    </w:p>
    <w:p>
      <w:pPr>
        <w:pStyle w:val="ListNumber"/>
        <w:spacing w:line="240" w:lineRule="auto"/>
        <w:ind w:left="720"/>
      </w:pPr>
      <w:r/>
      <w:hyperlink r:id="rId10">
        <w:r>
          <w:rPr>
            <w:color w:val="0000EE"/>
            <w:u w:val="single"/>
          </w:rPr>
          <w:t>https://www.designscene.net/2024/11/puma-inhale-xavi-simons.html</w:t>
        </w:r>
      </w:hyperlink>
      <w:r>
        <w:t xml:space="preserve"> - Introduces the PUMA Inverse, its design using AI technology, and its features such as a midsole cage and layered overlays.</w:t>
      </w:r>
      <w:r/>
    </w:p>
    <w:p>
      <w:pPr>
        <w:pStyle w:val="ListNumber"/>
        <w:spacing w:line="240" w:lineRule="auto"/>
        <w:ind w:left="720"/>
      </w:pPr>
      <w:r/>
      <w:hyperlink r:id="rId11">
        <w:r>
          <w:rPr>
            <w:color w:val="0000EE"/>
            <w:u w:val="single"/>
          </w:rPr>
          <w:t>https://about.puma.com/en/newsroom/product-and-brand-news/2024/04-11-2024-fearless-first-pumas-inhale-and-inverse-redefine</w:t>
        </w:r>
      </w:hyperlink>
      <w:r>
        <w:t xml:space="preserve"> - Describes the Inverse's debut in early December with a red mesh upper and dark amethyst and black accents.</w:t>
      </w:r>
      <w:r/>
    </w:p>
    <w:p>
      <w:pPr>
        <w:pStyle w:val="ListNumber"/>
        <w:spacing w:line="240" w:lineRule="auto"/>
        <w:ind w:left="720"/>
      </w:pPr>
      <w:r/>
      <w:hyperlink r:id="rId13">
        <w:r>
          <w:rPr>
            <w:color w:val="0000EE"/>
            <w:u w:val="single"/>
          </w:rPr>
          <w:t>https://sneakernews.com/2024/11/01/puma-inhale-november-2024-release-dates/</w:t>
        </w:r>
      </w:hyperlink>
      <w:r>
        <w:t xml:space="preserve"> - Confirms the release date of the PUMA Inhale on November 7, 2024, and mentions the various upcoming colorways.</w:t>
      </w:r>
      <w:r/>
    </w:p>
    <w:p>
      <w:pPr>
        <w:pStyle w:val="ListNumber"/>
        <w:spacing w:line="240" w:lineRule="auto"/>
        <w:ind w:left="720"/>
      </w:pPr>
      <w:r/>
      <w:hyperlink r:id="rId13">
        <w:r>
          <w:rPr>
            <w:color w:val="0000EE"/>
            <w:u w:val="single"/>
          </w:rPr>
          <w:t>https://sneakernews.com/2024/11/01/puma-inhale-november-2024-release-dates/</w:t>
        </w:r>
      </w:hyperlink>
      <w:r>
        <w:t xml:space="preserve"> - Details the broad range of colorways for the Inhale and its connection to PUMA's Formula 1 partnership.</w:t>
      </w:r>
      <w:r/>
    </w:p>
    <w:p>
      <w:pPr>
        <w:pStyle w:val="ListNumber"/>
        <w:spacing w:line="240" w:lineRule="auto"/>
        <w:ind w:left="720"/>
      </w:pPr>
      <w:r/>
      <w:hyperlink r:id="rId10">
        <w:r>
          <w:rPr>
            <w:color w:val="0000EE"/>
            <w:u w:val="single"/>
          </w:rPr>
          <w:t>https://www.designscene.net/2024/11/puma-inhale-xavi-simons.html</w:t>
        </w:r>
      </w:hyperlink>
      <w:r>
        <w:t xml:space="preserve"> - Highlights the appeal of the Inhale to both long-time fans and new customers, and its role in PUMA's commitment to heritage and innovation.</w:t>
      </w:r>
      <w:r/>
    </w:p>
    <w:p>
      <w:pPr>
        <w:pStyle w:val="ListNumber"/>
        <w:spacing w:line="240" w:lineRule="auto"/>
        <w:ind w:left="720"/>
      </w:pPr>
      <w:r/>
      <w:hyperlink r:id="rId11">
        <w:r>
          <w:rPr>
            <w:color w:val="0000EE"/>
            <w:u w:val="single"/>
          </w:rPr>
          <w:t>https://about.puma.com/en/newsroom/product-and-brand-news/2024/04-11-2024-fearless-first-pumas-inhale-and-inverse-redefine</w:t>
        </w:r>
      </w:hyperlink>
      <w:r>
        <w:t xml:space="preserve"> - Emphasizes PUMA's dedication to blending its rich heritage with cutting-edge technology through the Inhale and Inverse releases.</w:t>
      </w:r>
      <w:r/>
    </w:p>
    <w:p>
      <w:pPr>
        <w:pStyle w:val="ListNumber"/>
        <w:spacing w:line="240" w:lineRule="auto"/>
        <w:ind w:left="720"/>
      </w:pPr>
      <w:r/>
      <w:hyperlink r:id="rId10">
        <w:r>
          <w:rPr>
            <w:color w:val="0000EE"/>
            <w:u w:val="single"/>
          </w:rPr>
          <w:t>https://www.designscene.net/2024/11/puma-inhale-xavi-simons.html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esignscene.net/2024/11/puma-inhale-xavi-simons.html" TargetMode="External"/><Relationship Id="rId11" Type="http://schemas.openxmlformats.org/officeDocument/2006/relationships/hyperlink" Target="https://about.puma.com/en/newsroom/product-and-brand-news/2024/04-11-2024-fearless-first-pumas-inhale-and-inverse-redefine" TargetMode="External"/><Relationship Id="rId12" Type="http://schemas.openxmlformats.org/officeDocument/2006/relationships/hyperlink" Target="https://www.sneakerfreaker.com/releases/asap-rocky-puma-inhale-402456-01-402459-01-price-buy-release-date/" TargetMode="External"/><Relationship Id="rId13" Type="http://schemas.openxmlformats.org/officeDocument/2006/relationships/hyperlink" Target="https://sneakernews.com/2024/11/01/puma-inhale-november-2024-release-dat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