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PyxMagic launches AI-driven tools to revolutionise product photography in home furnishings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Santa Clara, Calif. – In an innovative leap for the home furnishing industry, PyxMagic has launched a set of cutting-edge, AI-driven tools devised to transform the process of product photography. These tools are specifically engineered to assist home furnishing businesses in producing top-tier visual content without the need for extensive post-production work.</w:t>
      </w:r>
      <w:r/>
    </w:p>
    <w:p>
      <w:r/>
      <w:r>
        <w:t>PyxMagic's latest offerings boast several significant features, notably including auto-generated images, bespoke background environments, and advanced re-lighting capabilities. These features combine to furnish businesses with the means to create professional-grade photographs efficiently and effectively.</w:t>
      </w:r>
      <w:r/>
    </w:p>
    <w:p>
      <w:r/>
      <w:r>
        <w:t>A standout tool in this suite is the Auto-Generated Images feature. It enables businesses to process and transform product photos rapidly—within a span of just two minutes. The end product is a meticulously masked image set against a stark white background, alongside an enhanced version where AI technology has enriched shadows and highlights. These images are made instantly sharable via the app or an online hub, streamlining the pathway from capture to publication.</w:t>
      </w:r>
      <w:r/>
    </w:p>
    <w:p>
      <w:r/>
      <w:r>
        <w:t>Further enhancing the creative capabilities of retailers, the background environments tool allows for the seamless integration of product images into highly customizable and photorealistic settings. Retailers have the freedom to curate various combinations of floors and walls, thereby generating imagery that aligns harmoniously with their brand vision.</w:t>
      </w:r>
      <w:r/>
    </w:p>
    <w:p>
      <w:r/>
      <w:r>
        <w:t>Addressing the common issue of inconsistent lighting that often plagues product photography, PyxMagic has introduced a re-lighting feature. This functionality empowers users to virtually manipulate lighting conditions, ensuring that images maintain a polished and consistent look irrespective of the shooting environment.</w:t>
      </w:r>
      <w:r/>
    </w:p>
    <w:p>
      <w:r/>
      <w:r>
        <w:t>Gaurav Sethi, co-founder of Pyxd Inc., the parent company of PyxMagic, elaborated on the impact of these innovations, stating, "With the ability to capture professional-quality photos from anywhere, including in retail stores and showrooms, PyxMagic is uniquely focused on solving the complex challenges in the home furnishings market. These new features help our customers create elevated, professional-quality images with unprecedented speed and ease."</w:t>
      </w:r>
      <w:r/>
    </w:p>
    <w:p>
      <w:r/>
      <w:r>
        <w:t>Echoing these sentiments, Clarence Chui, CEO of Pyxd, added, "PyxMagic is laser-focused on delivering studio-quality results for retailers and manufacturers, no matter where images are captured. This latest release is another step forward in our mission to empower businesses with more control over their imagery, with minimal effort."</w:t>
      </w:r>
      <w:r/>
    </w:p>
    <w:p>
      <w:r/>
      <w:r>
        <w:t>The newly introduced features are tailored to meet the evolving needs of retailers who are looking to augment their in-house photography capabilities, thereby conserving time and amplifying their visual marketing strategies.</w:t>
      </w:r>
      <w:r/>
    </w:p>
    <w:p>
      <w:r/>
      <w:r>
        <w:t>Through these advancements, PyxMagic continues to position itself at the forefront of technological solutions in the home furnishings market, striving to equip businesses with the tools necessary for creating striking, professional imagery in a rapidly digitising commercial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https://pyxmagic.com</w:t>
        </w:r>
      </w:hyperlink>
      <w:r>
        <w:t xml:space="preserve"> - Provides an overview of PyxMagic's AI-powered tools for in-house product photography, including features like auto-generated images, background environments, and re-lighting.</w:t>
      </w:r>
      <w:r/>
    </w:p>
    <w:p>
      <w:pPr>
        <w:pStyle w:val="ListNumber"/>
        <w:spacing w:line="240" w:lineRule="auto"/>
        <w:ind w:left="720"/>
      </w:pPr>
      <w:r/>
      <w:hyperlink r:id="rId11">
        <w:r>
          <w:rPr>
            <w:color w:val="0000EE"/>
            <w:u w:val="single"/>
          </w:rPr>
          <w:t>https://www.furnituretoday.com/technology/pyxmagics-new-ai-powered-features-aim-to-simplify-product-photograhy/</w:t>
        </w:r>
      </w:hyperlink>
      <w:r>
        <w:t xml:space="preserve"> - Details the new AI-powered features of PyxMagic, such as auto-generated images, background environments, and re-lighting, and how they simplify product photography for home furnishing businesses.</w:t>
      </w:r>
      <w:r/>
    </w:p>
    <w:p>
      <w:pPr>
        <w:pStyle w:val="ListNumber"/>
        <w:spacing w:line="240" w:lineRule="auto"/>
        <w:ind w:left="720"/>
      </w:pPr>
      <w:r/>
      <w:hyperlink r:id="rId12">
        <w:r>
          <w:rPr>
            <w:color w:val="0000EE"/>
            <w:u w:val="single"/>
          </w:rPr>
          <w:t>https://pyxmagic.com/pyxmagic-launches-ai-powered-tools-for-in-house-product-photography/</w:t>
        </w:r>
      </w:hyperlink>
      <w:r>
        <w:t xml:space="preserve"> - Explains the launch of PyxMagic's new features, including auto-generated images, background environments, and re-lighting, and how they help retailers and manufacturers create professional-quality images quickly.</w:t>
      </w:r>
      <w:r/>
    </w:p>
    <w:p>
      <w:pPr>
        <w:pStyle w:val="ListNumber"/>
        <w:spacing w:line="240" w:lineRule="auto"/>
        <w:ind w:left="720"/>
      </w:pPr>
      <w:r/>
      <w:hyperlink r:id="rId13">
        <w:r>
          <w:rPr>
            <w:color w:val="0000EE"/>
            <w:u w:val="single"/>
          </w:rPr>
          <w:t>https://www.furniturelightingdecor.com/pyxmagic-adds-new-image-creation-tools-its-ai-platform</w:t>
        </w:r>
      </w:hyperlink>
      <w:r>
        <w:t xml:space="preserve"> - Describes the new image creation tools added to PyxMagic's AI platform, including auto-generated images, background environments, and re-lighting, and their benefits for home furnishing businesses.</w:t>
      </w:r>
      <w:r/>
    </w:p>
    <w:p>
      <w:pPr>
        <w:pStyle w:val="ListNumber"/>
        <w:spacing w:line="240" w:lineRule="auto"/>
        <w:ind w:left="720"/>
      </w:pPr>
      <w:r/>
      <w:hyperlink r:id="rId14">
        <w:r>
          <w:rPr>
            <w:color w:val="0000EE"/>
            <w:u w:val="single"/>
          </w:rPr>
          <w:t>https://homenewsnow.com/blog/2024/08/22/pyxd-inc-launches-ai-powered-product-photography-platform/</w:t>
        </w:r>
      </w:hyperlink>
      <w:r>
        <w:t xml:space="preserve"> - Discusses the launch of PyxMagic by Pyxd Inc., highlighting its use of AI to isolate products in everyday environments and the ease of use of its tools for creating professional-quality images.</w:t>
      </w:r>
      <w:r/>
    </w:p>
    <w:p>
      <w:pPr>
        <w:pStyle w:val="ListNumber"/>
        <w:spacing w:line="240" w:lineRule="auto"/>
        <w:ind w:left="720"/>
      </w:pPr>
      <w:r/>
      <w:hyperlink r:id="rId10">
        <w:r>
          <w:rPr>
            <w:color w:val="0000EE"/>
            <w:u w:val="single"/>
          </w:rPr>
          <w:t>https://pyxmagic.com</w:t>
        </w:r>
      </w:hyperlink>
      <w:r>
        <w:t xml:space="preserve"> - Mentions the ability to capture professional-quality photos from anywhere, including retail stores and showrooms, and how PyxMagic solves complex challenges in the home furnishings market.</w:t>
      </w:r>
      <w:r/>
    </w:p>
    <w:p>
      <w:pPr>
        <w:pStyle w:val="ListNumber"/>
        <w:spacing w:line="240" w:lineRule="auto"/>
        <w:ind w:left="720"/>
      </w:pPr>
      <w:r/>
      <w:hyperlink r:id="rId11">
        <w:r>
          <w:rPr>
            <w:color w:val="0000EE"/>
            <w:u w:val="single"/>
          </w:rPr>
          <w:t>https://www.furnituretoday.com/technology/pyxmagics-new-ai-powered-features-aim-to-simplify-product-photograhy/</w:t>
        </w:r>
      </w:hyperlink>
      <w:r>
        <w:t xml:space="preserve"> - Quotes Gaurav Sethi, co-founder of Pyxd Inc., on the impact of PyxMagic's new features in creating elevated, professional-quality images with speed and ease.</w:t>
      </w:r>
      <w:r/>
    </w:p>
    <w:p>
      <w:pPr>
        <w:pStyle w:val="ListNumber"/>
        <w:spacing w:line="240" w:lineRule="auto"/>
        <w:ind w:left="720"/>
      </w:pPr>
      <w:r/>
      <w:hyperlink r:id="rId12">
        <w:r>
          <w:rPr>
            <w:color w:val="0000EE"/>
            <w:u w:val="single"/>
          </w:rPr>
          <w:t>https://pyxmagic.com/pyxmagic-launches-ai-powered-tools-for-in-house-product-photography/</w:t>
        </w:r>
      </w:hyperlink>
      <w:r>
        <w:t xml:space="preserve"> - Quotes Clarence Chui, CEO of Pyxd Inc., on PyxMagic's focus on delivering studio-quality results for retailers and manufacturers with minimal effort.</w:t>
      </w:r>
      <w:r/>
    </w:p>
    <w:p>
      <w:pPr>
        <w:pStyle w:val="ListNumber"/>
        <w:spacing w:line="240" w:lineRule="auto"/>
        <w:ind w:left="720"/>
      </w:pPr>
      <w:r/>
      <w:hyperlink r:id="rId13">
        <w:r>
          <w:rPr>
            <w:color w:val="0000EE"/>
            <w:u w:val="single"/>
          </w:rPr>
          <w:t>https://www.furniturelightingdecor.com/pyxmagic-adds-new-image-creation-tools-its-ai-platform</w:t>
        </w:r>
      </w:hyperlink>
      <w:r>
        <w:t xml:space="preserve"> - Details how the background environments feature allows for the integration of product images into customizable and photorealistic settings, aligning with brand vision.</w:t>
      </w:r>
      <w:r/>
    </w:p>
    <w:p>
      <w:pPr>
        <w:pStyle w:val="ListNumber"/>
        <w:spacing w:line="240" w:lineRule="auto"/>
        <w:ind w:left="720"/>
      </w:pPr>
      <w:r/>
      <w:hyperlink r:id="rId14">
        <w:r>
          <w:rPr>
            <w:color w:val="0000EE"/>
            <w:u w:val="single"/>
          </w:rPr>
          <w:t>https://homenewsnow.com/blog/2024/08/22/pyxd-inc-launches-ai-powered-product-photography-platform/</w:t>
        </w:r>
      </w:hyperlink>
      <w:r>
        <w:t xml:space="preserve"> - Explains how PyxMagic's re-lighting feature addresses the issue of inconsistent lighting, ensuring polished and consistent images regardless of the shooting environment.</w:t>
      </w:r>
      <w:r/>
    </w:p>
    <w:p>
      <w:pPr>
        <w:pStyle w:val="ListNumber"/>
        <w:spacing w:line="240" w:lineRule="auto"/>
        <w:ind w:left="720"/>
      </w:pPr>
      <w:r/>
      <w:hyperlink r:id="rId12">
        <w:r>
          <w:rPr>
            <w:color w:val="0000EE"/>
            <w:u w:val="single"/>
          </w:rPr>
          <w:t>https://pyxmagic.com/pyxmagic-launches-ai-powered-tools-for-in-house-product-photography/</w:t>
        </w:r>
      </w:hyperlink>
      <w:r>
        <w:t xml:space="preserve"> - Mentions the availability of the new features through monthly or yearly subscriptions and a 7-day free trial for new users.</w:t>
      </w:r>
      <w:r/>
    </w:p>
    <w:p>
      <w:pPr>
        <w:pStyle w:val="ListNumber"/>
        <w:spacing w:line="240" w:lineRule="auto"/>
        <w:ind w:left="720"/>
      </w:pPr>
      <w:r/>
      <w:hyperlink r:id="rId15">
        <w:r>
          <w:rPr>
            <w:color w:val="0000EE"/>
            <w:u w:val="single"/>
          </w:rPr>
          <w:t>https://www.furnituretoday.com/technology/pyxmagic-intros-new-ai-powered-product-photography-tools/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yxmagic.com" TargetMode="External"/><Relationship Id="rId11" Type="http://schemas.openxmlformats.org/officeDocument/2006/relationships/hyperlink" Target="https://www.furnituretoday.com/technology/pyxmagics-new-ai-powered-features-aim-to-simplify-product-photograhy/" TargetMode="External"/><Relationship Id="rId12" Type="http://schemas.openxmlformats.org/officeDocument/2006/relationships/hyperlink" Target="https://pyxmagic.com/pyxmagic-launches-ai-powered-tools-for-in-house-product-photography/" TargetMode="External"/><Relationship Id="rId13" Type="http://schemas.openxmlformats.org/officeDocument/2006/relationships/hyperlink" Target="https://www.furniturelightingdecor.com/pyxmagic-adds-new-image-creation-tools-its-ai-platform" TargetMode="External"/><Relationship Id="rId14" Type="http://schemas.openxmlformats.org/officeDocument/2006/relationships/hyperlink" Target="https://homenewsnow.com/blog/2024/08/22/pyxd-inc-launches-ai-powered-product-photography-platform/" TargetMode="External"/><Relationship Id="rId15" Type="http://schemas.openxmlformats.org/officeDocument/2006/relationships/hyperlink" Target="https://www.furnituretoday.com/technology/pyxmagic-intros-new-ai-powered-product-photography-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