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Social media giants ramp up efforts to combat election misinformation ahead of pivotal US vote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approaches another pivotal election cycle, the primary focus has shifted to combating misinformation, especially in the context of evolving artificial intelligence (AI) technology. The Federal Bureau of Investigation (FBI) recently issued a warning to the public regarding the proliferation of fake videos related to Election Day, underscoring the growing difficulty in distinguishing between genuine and manipulated content. This warning places significant pressure on social media platforms, as the demand for robust measures to counteract misinformation intensifies.</w:t>
      </w:r>
      <w:r/>
    </w:p>
    <w:p>
      <w:r/>
      <w:r>
        <w:t>Prominent social media companies, including Meta, TikTok, X, and YouTube, are at the forefront of strengthening their platforms against potential AI-driven misinformation campaigns. These efforts are reminiscent of the challenges faced during the 2016 Presidential Election, where misinformation played a notable role in shaping public perception.</w:t>
      </w:r>
      <w:r/>
    </w:p>
    <w:p>
      <w:r/>
      <w:r>
        <w:t>Meta, the parent company of Facebook and Instagram, has proactively invested over $20 billion since 2016 to enhance safety and security measures ahead of elections. This commitment has translated into a slew of initiatives aimed at reducing political content and misinformation. Employing a substantial workforce exceeding 40,000 employees dedicated to election security, Meta has collaborated with independent fact-checkers to scrutinize and label AI-generated content. The platform features in-app notifications and a Voting Information Center to provide users with verified voting resources, further supporting its stringent policies against election interference. In a bid to mitigate the spread of deceptive AI-generated material, Meta is implementing both visible and invisible watermarks, alongside additional warning labels for highly deceptive content.</w:t>
      </w:r>
      <w:r/>
    </w:p>
    <w:p>
      <w:r/>
      <w:r>
        <w:t>TikTok is equally committed to upholding election integrity by allocating over $2 billion towards trust and safety initiatives, underscoring its dedication to combating misinformation. In collaboration with Democracy Works, TikTok's U.S. Election Center provides verified information to its users, establishing itself as a vital source for election-related content. TikTok has banned political advertisements that manipulate user perception and initiated measures to counteract covert influence campaigns, evidenced by the removal of over 3,000 accounts linked to political manipulation.</w:t>
      </w:r>
      <w:r/>
    </w:p>
    <w:p>
      <w:r/>
      <w:r>
        <w:t>X, formerly known as Twitter, continues to adapt its election integrity strategy. Collaborating with electoral officials and security agencies, X has implemented features such as Community Notes, which allow users to provide context to misleading posts. Despite significant staffing cuts in its trust and safety division since Elon Musk's acquisition, the platform maintains its commitment to curtailing manipulative activities while allowing political advertising under strict guidelines.</w:t>
      </w:r>
      <w:r/>
    </w:p>
    <w:p>
      <w:r/>
      <w:r>
        <w:t>YouTube is taking similar strides in addressing election misinformation through AI detection and by promoting credible content from authoritative news sources. On its platform, YouTube displays information panels with candidate details and lists voting resources on its homepage. The platform plans to pause political ads during critical voting periods and showcases real-time election results through Google links. Utilizing its partnership with Google's Threat Analysis Group, YouTube is focused on blocking foreign interference and misinformation spread.</w:t>
      </w:r>
      <w:r/>
    </w:p>
    <w:p>
      <w:r/>
      <w:r>
        <w:t>Other platforms like Snapchat and Reddit are also implementing initiatives to safeguard the electoral process. Snapchat, in partnership with Vote.org, is actively involved in fostering voter registration through app-based reminders. Reddit, meanwhile, is committed to educating its users on reliable election information and conducts nonpartisan 'Ask Me Anything' (AMA) sessions with experts to ensure the dissemination of accurate content. Both platforms engage in political advertising under stringent vetting, with Reddit specifically prohibiting AI-generated content designed to deceive.</w:t>
      </w:r>
      <w:r/>
    </w:p>
    <w:p>
      <w:r/>
      <w:r>
        <w:t>The collective measures taken by these social media giants highlight a concentrated effort to bolster the integrity and reliability of information as the United States gears up for its next election. As misinformation tactics evolve, these platforms stand at the forefront of ensuring that voters receive truthful and actionable information during this critical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https://www.newsweek.com/fbi-issues-warning-fake-election-videos-1980750</w:t>
        </w:r>
      </w:hyperlink>
      <w:r>
        <w:t xml:space="preserve"> - Corroborates the FBI's warning about fake election videos, including those misusing the FBI's name and logo to spread false information about terror threats and voter fraud.</w:t>
      </w:r>
      <w:r/>
    </w:p>
    <w:p>
      <w:pPr>
        <w:pStyle w:val="ListNumber"/>
        <w:spacing w:line="240" w:lineRule="auto"/>
        <w:ind w:left="720"/>
      </w:pPr>
      <w:r/>
      <w:hyperlink r:id="rId11">
        <w:r>
          <w:rPr>
            <w:color w:val="0000EE"/>
            <w:u w:val="single"/>
          </w:rPr>
          <w:t>https://www.motherjones.com/politics/2024/11/the-fbi-warns-of-an-election-day-hoax-video-designed-to-scare-off-voters/</w:t>
        </w:r>
      </w:hyperlink>
      <w:r>
        <w:t xml:space="preserve"> - Supports the details of the hoax video claiming a high terror threat and urging remote voting, as well as another video alleging rigged inmate voting in prisons.</w:t>
      </w:r>
      <w:r/>
    </w:p>
    <w:p>
      <w:pPr>
        <w:pStyle w:val="ListNumber"/>
        <w:spacing w:line="240" w:lineRule="auto"/>
        <w:ind w:left="720"/>
      </w:pPr>
      <w:r/>
      <w:hyperlink r:id="rId12">
        <w:r>
          <w:rPr>
            <w:color w:val="0000EE"/>
            <w:u w:val="single"/>
          </w:rPr>
          <w:t>https://newrepublic.com/post/187952/fbi-warning-fake-viral-videos-election-day</w:t>
        </w:r>
      </w:hyperlink>
      <w:r>
        <w:t xml:space="preserve"> - Confirms the FBI's warnings about fake videos making false claims about terror threats and voter fraud, and the involvement of foreign actors in spreading misinformation.</w:t>
      </w:r>
      <w:r/>
    </w:p>
    <w:p>
      <w:pPr>
        <w:pStyle w:val="ListNumber"/>
        <w:spacing w:line="240" w:lineRule="auto"/>
        <w:ind w:left="720"/>
      </w:pPr>
      <w:r/>
      <w:hyperlink r:id="rId13">
        <w:r>
          <w:rPr>
            <w:color w:val="0000EE"/>
            <w:u w:val="single"/>
          </w:rPr>
          <w:t>https://www.opb.org/article/2024/11/05/fbi-warns-fake-videos-impersonating-the-bureau-are-pushing-false-election-claims/</w:t>
        </w:r>
      </w:hyperlink>
      <w:r>
        <w:t xml:space="preserve"> - Provides additional details on fake videos impersonating the FBI, including claims about violence at polling stations and malfunctioning voting machines.</w:t>
      </w:r>
      <w:r/>
    </w:p>
    <w:p>
      <w:pPr>
        <w:pStyle w:val="ListNumber"/>
        <w:spacing w:line="240" w:lineRule="auto"/>
        <w:ind w:left="720"/>
      </w:pPr>
      <w:r/>
      <w:hyperlink r:id="rId14">
        <w:r>
          <w:rPr>
            <w:color w:val="0000EE"/>
            <w:u w:val="single"/>
          </w:rPr>
          <w:t>https://www.cbsnews.com/news/2024-election-misinformation-fbi-fake-videos/</w:t>
        </w:r>
      </w:hyperlink>
      <w:r>
        <w:t xml:space="preserve"> - Supports the information about fake videos created by a Russian disinformation group, mimicking news organizations and spreading false claims about security threats and election integrity.</w:t>
      </w:r>
      <w:r/>
    </w:p>
    <w:p>
      <w:pPr>
        <w:pStyle w:val="ListNumber"/>
        <w:spacing w:line="240" w:lineRule="auto"/>
        <w:ind w:left="720"/>
      </w:pPr>
      <w:r/>
      <w:hyperlink r:id="rId14">
        <w:r>
          <w:rPr>
            <w:color w:val="0000EE"/>
            <w:u w:val="single"/>
          </w:rPr>
          <w:t>https://www.cbsnews.com/news/2024-election-misinformation-fbi-fake-videos/</w:t>
        </w:r>
      </w:hyperlink>
      <w:r>
        <w:t xml:space="preserve"> - Corroborates the efforts of social media platforms, such as X (formerly Twitter), in combating misinformation and the specific measures taken to address AI-driven misinformation.</w:t>
      </w:r>
      <w:r/>
    </w:p>
    <w:p>
      <w:pPr>
        <w:pStyle w:val="ListNumber"/>
        <w:spacing w:line="240" w:lineRule="auto"/>
        <w:ind w:left="720"/>
      </w:pPr>
      <w:r/>
      <w:hyperlink r:id="rId11">
        <w:r>
          <w:rPr>
            <w:color w:val="0000EE"/>
            <w:u w:val="single"/>
          </w:rPr>
          <w:t>https://www.motherjones.com/politics/2024/11/the-fbi-warns-of-an-election-day-hoax-video-designed-to-scare-off-voters/</w:t>
        </w:r>
      </w:hyperlink>
      <w:r>
        <w:t xml:space="preserve"> - Mentions the suspension of Twitter accounts sharing the fake videos, highlighting the platform's actions against misinformation.</w:t>
      </w:r>
      <w:r/>
    </w:p>
    <w:p>
      <w:pPr>
        <w:pStyle w:val="ListNumber"/>
        <w:spacing w:line="240" w:lineRule="auto"/>
        <w:ind w:left="720"/>
      </w:pPr>
      <w:r/>
      <w:hyperlink r:id="rId12">
        <w:r>
          <w:rPr>
            <w:color w:val="0000EE"/>
            <w:u w:val="single"/>
          </w:rPr>
          <w:t>https://newrepublic.com/post/187952/fbi-warning-fake-viral-videos-election-day</w:t>
        </w:r>
      </w:hyperlink>
      <w:r>
        <w:t xml:space="preserve"> - Discusses the broader context of election misinformation and the role of foreign actors, aligning with the efforts of social media platforms to counter such threats.</w:t>
      </w:r>
      <w:r/>
    </w:p>
    <w:p>
      <w:pPr>
        <w:pStyle w:val="ListNumber"/>
        <w:spacing w:line="240" w:lineRule="auto"/>
        <w:ind w:left="720"/>
      </w:pPr>
      <w:r/>
      <w:hyperlink r:id="rId13">
        <w:r>
          <w:rPr>
            <w:color w:val="0000EE"/>
            <w:u w:val="single"/>
          </w:rPr>
          <w:t>https://www.opb.org/article/2024/11/05/fbi-warns-fake-videos-impersonating-the-bureau-are-pushing-false-election-claims/</w:t>
        </w:r>
      </w:hyperlink>
      <w:r>
        <w:t xml:space="preserve"> - Details the measures taken by the FBI and other agencies to address election threats, which is relevant to the collective efforts of social media platforms in safeguarding the electoral process.</w:t>
      </w:r>
      <w:r/>
    </w:p>
    <w:p>
      <w:pPr>
        <w:pStyle w:val="ListNumber"/>
        <w:spacing w:line="240" w:lineRule="auto"/>
        <w:ind w:left="720"/>
      </w:pPr>
      <w:r/>
      <w:hyperlink r:id="rId14">
        <w:r>
          <w:rPr>
            <w:color w:val="0000EE"/>
            <w:u w:val="single"/>
          </w:rPr>
          <w:t>https://www.cbsnews.com/news/2024-election-misinformation-fbi-fake-videos/</w:t>
        </w:r>
      </w:hyperlink>
      <w:r>
        <w:t xml:space="preserve"> - Highlights YouTube's strategies in addressing election misinformation, including AI detection and promoting credible content, which aligns with the broader efforts of social media platforms.</w:t>
      </w:r>
      <w:r/>
    </w:p>
    <w:p>
      <w:pPr>
        <w:pStyle w:val="ListNumber"/>
        <w:spacing w:line="240" w:lineRule="auto"/>
        <w:ind w:left="720"/>
      </w:pPr>
      <w:r/>
      <w:hyperlink r:id="rId10">
        <w:r>
          <w:rPr>
            <w:color w:val="0000EE"/>
            <w:u w:val="single"/>
          </w:rPr>
          <w:t>https://www.newsweek.com/fbi-issues-warning-fake-election-videos-1980750</w:t>
        </w:r>
      </w:hyperlink>
      <w:r>
        <w:t xml:space="preserve"> - Emphasizes the importance of relying on credible sources, such as state and local election authorities, which is a common theme in the measures taken by social media platforms to ensure election integrity.</w:t>
      </w:r>
      <w:r/>
    </w:p>
    <w:p>
      <w:pPr>
        <w:pStyle w:val="ListNumber"/>
        <w:spacing w:line="240" w:lineRule="auto"/>
        <w:ind w:left="720"/>
      </w:pPr>
      <w:r/>
      <w:hyperlink r:id="rId15">
        <w:r>
          <w:rPr>
            <w:color w:val="0000EE"/>
            <w:u w:val="single"/>
          </w:rPr>
          <w:t>https://www.techtimes.com/articles/308155/20241105/social-media-giants-brace-election-day-misinformation-surge-how-meta-tiktok-x-more-prepare.htm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eek.com/fbi-issues-warning-fake-election-videos-1980750" TargetMode="External"/><Relationship Id="rId11" Type="http://schemas.openxmlformats.org/officeDocument/2006/relationships/hyperlink" Target="https://www.motherjones.com/politics/2024/11/the-fbi-warns-of-an-election-day-hoax-video-designed-to-scare-off-voters/" TargetMode="External"/><Relationship Id="rId12" Type="http://schemas.openxmlformats.org/officeDocument/2006/relationships/hyperlink" Target="https://newrepublic.com/post/187952/fbi-warning-fake-viral-videos-election-day" TargetMode="External"/><Relationship Id="rId13" Type="http://schemas.openxmlformats.org/officeDocument/2006/relationships/hyperlink" Target="https://www.opb.org/article/2024/11/05/fbi-warns-fake-videos-impersonating-the-bureau-are-pushing-false-election-claims/" TargetMode="External"/><Relationship Id="rId14" Type="http://schemas.openxmlformats.org/officeDocument/2006/relationships/hyperlink" Target="https://www.cbsnews.com/news/2024-election-misinformation-fbi-fake-videos/" TargetMode="External"/><Relationship Id="rId15" Type="http://schemas.openxmlformats.org/officeDocument/2006/relationships/hyperlink" Target="https://www.techtimes.com/articles/308155/20241105/social-media-giants-brace-election-day-misinformation-surge-how-meta-tiktok-x-more-prepar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