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certifications: enhancing career prospects in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world of technology, artificial intelligence (AI) continues to be a transformative force across numerous industries. With companies increasingly valuing AI skills, professionals in the tech field are discovering the importance of obtaining AI certifications to enhance their career prospects and expertise. As 2024 approaches, a wide array of AI certifications are available, catering to various levels of experience and specialisations.</w:t>
      </w:r>
      <w:r/>
    </w:p>
    <w:p>
      <w:r/>
      <w:r>
        <w:t>AI certifications serve as proof of proficiency and competence in artificial intelligence, making professionals more appealing to potential employers. These certifications offer structured learning paths, covering vital AI components such as machine learning, natural language processing, computer vision, and robotics. Here’s a rundown of some of the top AI certifications for 2024, ideal for learners at different stages of their career, from beginners to advanced professionals.</w:t>
      </w:r>
      <w:r/>
    </w:p>
    <w:p>
      <w:r/>
      <w:r>
        <w:rPr>
          <w:b/>
        </w:rPr>
        <w:t>AI For Everyone by DeepLearning.AI</w:t>
      </w:r>
      <w:r/>
    </w:p>
    <w:p>
      <w:r/>
      <w:r>
        <w:t>Targeted at beginners, this non-technical course by DeepLearning.AI offers a comprehensive introduction to AI concepts and terms. It requires no prior technical knowledge, making it suitable for non-technical professionals who wish to apply AI principles to their businesses. The course breaks down complex AI concepts into four modules and covers topics such as AI applications, machine learning workflows, and societal impacts.</w:t>
      </w:r>
      <w:r/>
    </w:p>
    <w:p>
      <w:r/>
      <w:r>
        <w:rPr>
          <w:b/>
        </w:rPr>
        <w:t>Computer Science for AI by Harvard University</w:t>
      </w:r>
      <w:r/>
    </w:p>
    <w:p>
      <w:r/>
      <w:r>
        <w:t>Designed for beginners who want to acquire AI-related programming skills, HarvardX’s offering combines an introduction to computer science with a detailed exploration of AI concepts and algorithms. Facilitated by experts from Harvard University, the course allows learners to engage in hands-on projects and provides a robust understanding of programming languages like Python, essential for AI.</w:t>
      </w:r>
      <w:r/>
    </w:p>
    <w:p>
      <w:r/>
      <w:r>
        <w:rPr>
          <w:b/>
        </w:rPr>
        <w:t>Introduction to TensorFlow for AI, ML, and Deep Learning</w:t>
      </w:r>
      <w:r/>
    </w:p>
    <w:p>
      <w:r/>
      <w:r>
        <w:t>For those with intermediate skills, this course by Deeplearning.ai focuses on the practical application of TensorFlow, covering fundamentals such as neural networks and deep learning. It includes hands-on exercises, helping learners build and train neural networks directly within TensorFlow, equipping them for real-world AI projects.</w:t>
      </w:r>
      <w:r/>
    </w:p>
    <w:p>
      <w:r/>
      <w:r>
        <w:rPr>
          <w:b/>
        </w:rPr>
        <w:t>IBM AI Engineering Professional Certificate</w:t>
      </w:r>
      <w:r/>
    </w:p>
    <w:p>
      <w:r/>
      <w:r>
        <w:t>Offered by IBM, this intermediate-level certification entails six courses that cover machine learning and deep learning skills. It targets professionals looking to build their expertise in AI, allowing students to work with popular AI libraries like TensorFlow and PyTorch. The course includes an AI capstone project and offers potential college credit through partnerships with universities.</w:t>
      </w:r>
      <w:r/>
    </w:p>
    <w:p>
      <w:r/>
      <w:r>
        <w:rPr>
          <w:b/>
        </w:rPr>
        <w:t>Certified AI Professional (CAIP) by Future Skills Academy</w:t>
      </w:r>
      <w:r/>
    </w:p>
    <w:p>
      <w:r/>
      <w:r>
        <w:t>Future Skills Academy offers a certification focused on using AI for business innovation. Suitable for professionals in business roles like marketing and consultancy, this program provides an understanding of AI’s core concepts and its practical applications in business strategy and innovation.</w:t>
      </w:r>
      <w:r/>
    </w:p>
    <w:p>
      <w:r/>
      <w:r>
        <w:rPr>
          <w:b/>
        </w:rPr>
        <w:t>CertNexus Certified Artificial Intelligence Practitioner</w:t>
      </w:r>
      <w:r/>
    </w:p>
    <w:p>
      <w:r/>
      <w:r>
        <w:t>This intermediate-level certification caters to data scientists wanting to deepen their AI knowledge. It is a comprehensive five-course series that covers key AI and machine learning concepts and techniques, preparing learners for CertNexus's industry-validating certification exam.</w:t>
      </w:r>
      <w:r/>
    </w:p>
    <w:p>
      <w:r/>
      <w:r>
        <w:rPr>
          <w:b/>
        </w:rPr>
        <w:t>Advanced AI Techniques for Product Marketing</w:t>
      </w:r>
      <w:r/>
    </w:p>
    <w:p>
      <w:r/>
      <w:r>
        <w:t>Aimed at marketing professionals, this course by Pragmatic Institute explores the application of generative AI in marketing. It covers prompt engineering and using AI to enhance marketing strategies, thus providing skills directly applicable to marketing campaigns.</w:t>
      </w:r>
      <w:r/>
    </w:p>
    <w:p>
      <w:r/>
      <w:r>
        <w:rPr>
          <w:b/>
        </w:rPr>
        <w:t>ARTiBA AI Engineer (AiE) Certification</w:t>
      </w:r>
      <w:r/>
    </w:p>
    <w:p>
      <w:r/>
      <w:r>
        <w:t>For the advanced AI professional, the AiE certification from the Artificial Intelligence Board of America signifies comprehensive expertise in AI engineering. It involves a rigorous assessment process that verifies knowledge in areas like neural networks and natural language processing, aiming to establish proficiency in deploying AI systems.</w:t>
      </w:r>
      <w:r/>
    </w:p>
    <w:p>
      <w:r/>
      <w:r>
        <w:t>Completing these certifications can significantly boost a professional's credibility and expertise in AI, a field known for its diverse job roles and promising salary ranges. While AI certifications provide a structured learning experience, they are most effective when combined with practical experience in the field. Building a strong portfolio of AI projects can further enhance employment opportunities and career growth.</w:t>
      </w:r>
      <w:r/>
    </w:p>
    <w:p>
      <w:r/>
      <w:r>
        <w:t>Choosing the right AI certification involves aligning one’s career goals with the specific certification’s focus, whether it’s programming, business applications, or advanced AI development. Each option offers unique benefits, but all aim to equip learners with the skills and knowledge needed to succeed in the increasingly AI-driven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https://www.eweek.com/artificial-intelligence/ai-certifications/</w:t>
        </w:r>
      </w:hyperlink>
      <w:r>
        <w:t xml:space="preserve"> - Corroborates the importance of AI certifications, the 'AI For Everyone by DeepLearning.AI' course, and other certifications like 'Introduction to TensorFlow for AI, ML, and Deep Learning' and 'CertNexus Certified Artificial Intelligence Practitioner'.</w:t>
      </w:r>
      <w:r/>
    </w:p>
    <w:p>
      <w:pPr>
        <w:pStyle w:val="ListNumber"/>
        <w:spacing w:line="240" w:lineRule="auto"/>
        <w:ind w:left="720"/>
      </w:pPr>
      <w:r/>
      <w:hyperlink r:id="rId11">
        <w:r>
          <w:rPr>
            <w:color w:val="0000EE"/>
            <w:u w:val="single"/>
          </w:rPr>
          <w:t>https://www.techtarget.com/whatis/feature/10-top-artificial-intelligence-certifications-and-courses</w:t>
        </w:r>
      </w:hyperlink>
      <w:r>
        <w:t xml:space="preserve"> - Supports the details of 'IBM Applied AI Professional Certificate', 'Artificial Intelligence Engineer (AIE) Certification' by ARTiBA, and the significance of AI certifications in career advancement.</w:t>
      </w:r>
      <w:r/>
    </w:p>
    <w:p>
      <w:pPr>
        <w:pStyle w:val="ListNumber"/>
        <w:spacing w:line="240" w:lineRule="auto"/>
        <w:ind w:left="720"/>
      </w:pPr>
      <w:r/>
      <w:hyperlink r:id="rId12">
        <w:r>
          <w:rPr>
            <w:color w:val="0000EE"/>
            <w:u w:val="single"/>
          </w:rPr>
          <w:t>https://builtin.com/articles/ai-certification</w:t>
        </w:r>
      </w:hyperlink>
      <w:r>
        <w:t xml:space="preserve"> - Provides information on 'Professional Certificate in Computer Science for Artificial Intelligence' by Harvard University, 'IBM AI Engineering Professional Certificate', and 'CertNexus Certified Artificial Intelligence Practitioner Professional Certification'.</w:t>
      </w:r>
      <w:r/>
    </w:p>
    <w:p>
      <w:pPr>
        <w:pStyle w:val="ListNumber"/>
        <w:spacing w:line="240" w:lineRule="auto"/>
        <w:ind w:left="720"/>
      </w:pPr>
      <w:r/>
      <w:hyperlink r:id="rId13">
        <w:r>
          <w:rPr>
            <w:color w:val="0000EE"/>
            <w:u w:val="single"/>
          </w:rPr>
          <w:t>https://www.datacamp.com/blog/top-ai-certifications</w:t>
        </w:r>
      </w:hyperlink>
      <w:r>
        <w:t xml:space="preserve"> - Explains the difference between AI certifications and certificates, and details certifications like 'Certified Artificial Intelligence Scientist' and 'Microsoft Certified: Azure AI Engineer Associate'.</w:t>
      </w:r>
      <w:r/>
    </w:p>
    <w:p>
      <w:pPr>
        <w:pStyle w:val="ListNumber"/>
        <w:spacing w:line="240" w:lineRule="auto"/>
        <w:ind w:left="720"/>
      </w:pPr>
      <w:r/>
      <w:hyperlink r:id="rId14">
        <w:r>
          <w:rPr>
            <w:color w:val="0000EE"/>
            <w:u w:val="single"/>
          </w:rPr>
          <w:t>https://careerfoundry.com/en/blog/career-change/top-ai-certifications/</w:t>
        </w:r>
      </w:hyperlink>
      <w:r>
        <w:t xml:space="preserve"> - Discusses the 'IBM Applied AI Professional Certificate', 'IBM AI Engineering Professional Certificate', and the importance of aligning career goals with the specific focus of AI certifications.</w:t>
      </w:r>
      <w:r/>
    </w:p>
    <w:p>
      <w:pPr>
        <w:pStyle w:val="ListNumber"/>
        <w:spacing w:line="240" w:lineRule="auto"/>
        <w:ind w:left="720"/>
      </w:pPr>
      <w:r/>
      <w:hyperlink r:id="rId10">
        <w:r>
          <w:rPr>
            <w:color w:val="0000EE"/>
            <w:u w:val="single"/>
          </w:rPr>
          <w:t>https://www.eweek.com/artificial-intelligence/ai-certifications/</w:t>
        </w:r>
      </w:hyperlink>
      <w:r>
        <w:t xml:space="preserve"> - Details the 'Advanced AI Techniques for Product Marketing' course and its focus on generative AI in marketing.</w:t>
      </w:r>
      <w:r/>
    </w:p>
    <w:p>
      <w:pPr>
        <w:pStyle w:val="ListNumber"/>
        <w:spacing w:line="240" w:lineRule="auto"/>
        <w:ind w:left="720"/>
      </w:pPr>
      <w:r/>
      <w:hyperlink r:id="rId11">
        <w:r>
          <w:rPr>
            <w:color w:val="0000EE"/>
            <w:u w:val="single"/>
          </w:rPr>
          <w:t>https://www.techtarget.com/whatis/feature/10-top-artificial-intelligence-certifications-and-courses</w:t>
        </w:r>
      </w:hyperlink>
      <w:r>
        <w:t xml:space="preserve"> - Provides insights into the 'Artificial Intelligence Graduate Certificate' by Stanford University and the 'MIT's Professional Certificate Program in Machine Learning and Artificial Intelligence'.</w:t>
      </w:r>
      <w:r/>
    </w:p>
    <w:p>
      <w:pPr>
        <w:pStyle w:val="ListNumber"/>
        <w:spacing w:line="240" w:lineRule="auto"/>
        <w:ind w:left="720"/>
      </w:pPr>
      <w:r/>
      <w:hyperlink r:id="rId12">
        <w:r>
          <w:rPr>
            <w:color w:val="0000EE"/>
            <w:u w:val="single"/>
          </w:rPr>
          <w:t>https://builtin.com/articles/ai-certification</w:t>
        </w:r>
      </w:hyperlink>
      <w:r>
        <w:t xml:space="preserve"> - Supports the information on 'Artificial Intelligence Engineer Certification' by the Artificial Intelligence Board of America and its comprehensive curriculum.</w:t>
      </w:r>
      <w:r/>
    </w:p>
    <w:p>
      <w:pPr>
        <w:pStyle w:val="ListNumber"/>
        <w:spacing w:line="240" w:lineRule="auto"/>
        <w:ind w:left="720"/>
      </w:pPr>
      <w:r/>
      <w:hyperlink r:id="rId13">
        <w:r>
          <w:rPr>
            <w:color w:val="0000EE"/>
            <w:u w:val="single"/>
          </w:rPr>
          <w:t>https://www.datacamp.com/blog/top-ai-certifications</w:t>
        </w:r>
      </w:hyperlink>
      <w:r>
        <w:t xml:space="preserve"> - Corroborates the details of 'Intel® Edge AI Certification' and its focus on Edge AI solutions.</w:t>
      </w:r>
      <w:r/>
    </w:p>
    <w:p>
      <w:pPr>
        <w:pStyle w:val="ListNumber"/>
        <w:spacing w:line="240" w:lineRule="auto"/>
        <w:ind w:left="720"/>
      </w:pPr>
      <w:r/>
      <w:hyperlink r:id="rId14">
        <w:r>
          <w:rPr>
            <w:color w:val="0000EE"/>
            <w:u w:val="single"/>
          </w:rPr>
          <w:t>https://careerfoundry.com/en/blog/career-change/top-ai-certifications/</w:t>
        </w:r>
      </w:hyperlink>
      <w:r>
        <w:t xml:space="preserve"> - Discusses the importance of practical experience and building a portfolio of AI projects to enhance employment opportunities.</w:t>
      </w:r>
      <w:r/>
    </w:p>
    <w:p>
      <w:pPr>
        <w:pStyle w:val="ListNumber"/>
        <w:spacing w:line="240" w:lineRule="auto"/>
        <w:ind w:left="720"/>
      </w:pPr>
      <w:r/>
      <w:hyperlink r:id="rId10">
        <w:r>
          <w:rPr>
            <w:color w:val="0000EE"/>
            <w:u w:val="single"/>
          </w:rPr>
          <w:t>https://www.eweek.com/artificial-intelligence/ai-certifications/</w:t>
        </w:r>
      </w:hyperlink>
      <w:r>
        <w:t xml:space="preserve"> - Highlights the structured learning paths and the coverage of vital AI components such as machine learning, natural language processing, and computer vision in various AI certifications.</w:t>
      </w:r>
      <w:r/>
    </w:p>
    <w:p>
      <w:pPr>
        <w:pStyle w:val="ListNumber"/>
        <w:spacing w:line="240" w:lineRule="auto"/>
        <w:ind w:left="720"/>
      </w:pPr>
      <w:r/>
      <w:hyperlink r:id="rId10">
        <w:r>
          <w:rPr>
            <w:color w:val="0000EE"/>
            <w:u w:val="single"/>
          </w:rPr>
          <w:t>https://www.eweek.com/artificial-intelligence/ai-certifications/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week.com/artificial-intelligence/ai-certifications/" TargetMode="External"/><Relationship Id="rId11" Type="http://schemas.openxmlformats.org/officeDocument/2006/relationships/hyperlink" Target="https://www.techtarget.com/whatis/feature/10-top-artificial-intelligence-certifications-and-courses" TargetMode="External"/><Relationship Id="rId12" Type="http://schemas.openxmlformats.org/officeDocument/2006/relationships/hyperlink" Target="https://builtin.com/articles/ai-certification" TargetMode="External"/><Relationship Id="rId13" Type="http://schemas.openxmlformats.org/officeDocument/2006/relationships/hyperlink" Target="https://www.datacamp.com/blog/top-ai-certifications" TargetMode="External"/><Relationship Id="rId14" Type="http://schemas.openxmlformats.org/officeDocument/2006/relationships/hyperlink" Target="https://careerfoundry.com/en/blog/career-change/top-ai-certific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