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rising impact of AI chatbots on customer service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has been steadily integrating into various aspects of everyday life and business operations, notably revolutionising customer service. This transformation is primarily facilitated by the introduction of AI-powered chatbots, which offer a cost-effective and efficient alternative to traditional human-operated service desks.</w:t>
      </w:r>
      <w:r/>
    </w:p>
    <w:p>
      <w:r/>
      <w:r>
        <w:t>AI integration is prominent across several platforms. For example, music streaming services like Spotify utilise AI to personalise user experiences by curating playlists based on individual preferences. Similarly, AI chatbots have established a firm presence within Internet Service Providers, such as Xfinity, which offers automated, multilingual customer support to seamlessly assist users, including those who speak Spanish, through their virtual assistant.</w:t>
      </w:r>
      <w:r/>
    </w:p>
    <w:p>
      <w:r/>
      <w:r>
        <w:t>The deployment of AI chatbots in customer service has introduced numerous benefits. One significant advantage is the reduction of operational costs. Chatbots eliminate the need for extensive human customer support teams, enabling companies to achieve substantial savings. Unlike human agents, AI chatbots can operate around the clock, responding instantaneously to inquiries without the risk of burnout. This level of efficiency ensures that customer satisfaction remains high, as responses are prompt and accessible at any time of day or night.</w:t>
      </w:r>
      <w:r/>
    </w:p>
    <w:p>
      <w:r/>
      <w:r>
        <w:t>Moreover, chatbots offer scalability—a growing business need—without the associated costs of expanding a human workforce. This scalability is complemented by the chatbots' ability to analyse large datasets, providing businesses with insights that inform strategic decisions and enhance operational performance.</w:t>
      </w:r>
      <w:r/>
    </w:p>
    <w:p>
      <w:r/>
      <w:r>
        <w:t>Despite these advantages, the implementation of AI chatbots is not without its challenges. One limitation is their capacity to recognise and respond to the emotional nuances in customer interactions, a critical component in delivering empathetic support. Chatbots, designed to operate within the constraints of their programming and available data, can struggle with complex queries that fall outside their scripted parameters. This limitation underscores the importance of training AI systems with high-quality data to improve accuracy and reduce miscommunications.</w:t>
      </w:r>
      <w:r/>
    </w:p>
    <w:p>
      <w:r/>
      <w:r>
        <w:t>AI's role in workforce management further illustrates its growing influence in business operations. AI systems can synchronise with workforce management data, predicting staffing requirements and optimising schedules to handle peak customer demand efficiently. This technological leverage aids in reducing costs such as overtime and decreases customer wait times, enhancing the overall service experience.</w:t>
      </w:r>
      <w:r/>
    </w:p>
    <w:p>
      <w:r/>
      <w:r>
        <w:t>As AI technology continues to advance, its capabilities are expected to develop further, particularly in managing more intricate customer issues and understanding emotional contexts with greater sensitivity. While human oversight remains a necessity to mediate complexities AI may face, AI's role in customer service is poised to expand, suggesting a future where AI chatbots become increasingly sophisticated and integral to business frameworks.</w:t>
      </w:r>
      <w:r/>
    </w:p>
    <w:p>
      <w:r/>
      <w:r>
        <w:t>Overall, AI's integration into customer service represents a significant shift in how businesses interact with and support their customers, highlighting the potential for improved efficiency and cost-effectiveness. As AI systems evolve, companies are likely to rely more heavily on these tools, balancing the need for technological efficiency with the irreplaceable human touch required in specific customer interactions.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https://www.sprinklr.com/blog/ai-in-customer-service/</w:t>
        </w:r>
      </w:hyperlink>
      <w:r>
        <w:t xml:space="preserve"> - This article explains how AI is used in customer service, including the benefits of reducing operational costs, 24/7 availability, and the ability to handle large volumes of data. It also discusses the integration of AI with human agents and various use cases such as AI-supported human customer service and visual recognition for product support.</w:t>
      </w:r>
      <w:r/>
    </w:p>
    <w:p>
      <w:pPr>
        <w:pStyle w:val="ListNumber"/>
        <w:spacing w:line="240" w:lineRule="auto"/>
        <w:ind w:left="720"/>
      </w:pPr>
      <w:r/>
      <w:hyperlink r:id="rId11">
        <w:r>
          <w:rPr>
            <w:color w:val="0000EE"/>
            <w:u w:val="single"/>
          </w:rPr>
          <w:t>https://www.apu.apus.edu/area-of-study/business-and-management/resources/ai-in-customer-service/</w:t>
        </w:r>
      </w:hyperlink>
      <w:r>
        <w:t xml:space="preserve"> - This resource details the role of AI in customer service, including the use of chatbots for 24/7 availability, scalability, and efficiency. It also highlights how companies like Sephora use AI to enhance customer engagement and reduce wait times.</w:t>
      </w:r>
      <w:r/>
    </w:p>
    <w:p>
      <w:pPr>
        <w:pStyle w:val="ListNumber"/>
        <w:spacing w:line="240" w:lineRule="auto"/>
        <w:ind w:left="720"/>
      </w:pPr>
      <w:r/>
      <w:hyperlink r:id="rId12">
        <w:r>
          <w:rPr>
            <w:color w:val="0000EE"/>
            <w:u w:val="single"/>
          </w:rPr>
          <w:t>https://aisera.com/products/ai-customer-service/</w:t>
        </w:r>
      </w:hyperlink>
      <w:r>
        <w:t xml:space="preserve"> - This article discusses how AI customer service tools, such as chatbots and action bots, can streamline customer support, reduce response times, and automate complex requests. It also mentions the integration of AI with various enterprise applications to enhance customer satisfaction.</w:t>
      </w:r>
      <w:r/>
    </w:p>
    <w:p>
      <w:pPr>
        <w:pStyle w:val="ListNumber"/>
        <w:spacing w:line="240" w:lineRule="auto"/>
        <w:ind w:left="720"/>
      </w:pPr>
      <w:r/>
      <w:hyperlink r:id="rId13">
        <w:r>
          <w:rPr>
            <w:color w:val="0000EE"/>
            <w:u w:val="single"/>
          </w:rPr>
          <w:t>https://sproutsocial.com/insights/ai-customer-service/</w:t>
        </w:r>
      </w:hyperlink>
      <w:r>
        <w:t xml:space="preserve"> - This article outlines eight strategies for using AI in customer service, including scalability, 24/7 support, personalization, and the automation of repetitive tasks. It also emphasizes the importance of AI in handling large volumes of data and improving agent productivity.</w:t>
      </w:r>
      <w:r/>
    </w:p>
    <w:p>
      <w:pPr>
        <w:pStyle w:val="ListNumber"/>
        <w:spacing w:line="240" w:lineRule="auto"/>
        <w:ind w:left="720"/>
      </w:pPr>
      <w:r/>
      <w:hyperlink r:id="rId14">
        <w:r>
          <w:rPr>
            <w:color w:val="0000EE"/>
            <w:u w:val="single"/>
          </w:rPr>
          <w:t>https://www.zendesk.com/blog/ai-customer-service/</w:t>
        </w:r>
      </w:hyperlink>
      <w:r>
        <w:t xml:space="preserve"> - This guide explains how AI in customer service can reduce costs, improve customer satisfaction, and boost agent efficiency. It also discusses the use of AI agents to automate customer interactions and optimize workflows.</w:t>
      </w:r>
      <w:r/>
    </w:p>
    <w:p>
      <w:pPr>
        <w:pStyle w:val="ListNumber"/>
        <w:spacing w:line="240" w:lineRule="auto"/>
        <w:ind w:left="720"/>
      </w:pPr>
      <w:r/>
      <w:hyperlink r:id="rId10">
        <w:r>
          <w:rPr>
            <w:color w:val="0000EE"/>
            <w:u w:val="single"/>
          </w:rPr>
          <w:t>https://www.sprinklr.com/blog/ai-in-customer-service/</w:t>
        </w:r>
      </w:hyperlink>
      <w:r>
        <w:t xml:space="preserve"> - This article highlights the challenges of AI chatbots, such as recognizing emotional nuances and handling complex queries, and the importance of training AI systems with high-quality data.</w:t>
      </w:r>
      <w:r/>
    </w:p>
    <w:p>
      <w:pPr>
        <w:pStyle w:val="ListNumber"/>
        <w:spacing w:line="240" w:lineRule="auto"/>
        <w:ind w:left="720"/>
      </w:pPr>
      <w:r/>
      <w:hyperlink r:id="rId11">
        <w:r>
          <w:rPr>
            <w:color w:val="0000EE"/>
            <w:u w:val="single"/>
          </w:rPr>
          <w:t>https://www.apu.apus.edu/area-of-study/business-and-management/resources/ai-in-customer-service/</w:t>
        </w:r>
      </w:hyperlink>
      <w:r>
        <w:t xml:space="preserve"> - This resource discusses the importance of balancing AI's benefits with the need for human interaction, especially for complex customer requests, and how AI can provide personalized services and data-driven insights.</w:t>
      </w:r>
      <w:r/>
    </w:p>
    <w:p>
      <w:pPr>
        <w:pStyle w:val="ListNumber"/>
        <w:spacing w:line="240" w:lineRule="auto"/>
        <w:ind w:left="720"/>
      </w:pPr>
      <w:r/>
      <w:hyperlink r:id="rId12">
        <w:r>
          <w:rPr>
            <w:color w:val="0000EE"/>
            <w:u w:val="single"/>
          </w:rPr>
          <w:t>https://aisera.com/products/ai-customer-service/</w:t>
        </w:r>
      </w:hyperlink>
      <w:r>
        <w:t xml:space="preserve"> - This article explains how AI can synchronize with workforce management data to predict staffing requirements and optimize schedules, reducing costs and enhancing the service experience.</w:t>
      </w:r>
      <w:r/>
    </w:p>
    <w:p>
      <w:pPr>
        <w:pStyle w:val="ListNumber"/>
        <w:spacing w:line="240" w:lineRule="auto"/>
        <w:ind w:left="720"/>
      </w:pPr>
      <w:r/>
      <w:hyperlink r:id="rId13">
        <w:r>
          <w:rPr>
            <w:color w:val="0000EE"/>
            <w:u w:val="single"/>
          </w:rPr>
          <w:t>https://sproutsocial.com/insights/ai-customer-service/</w:t>
        </w:r>
      </w:hyperlink>
      <w:r>
        <w:t xml:space="preserve"> - This article emphasizes the future development of AI in managing intricate customer issues and understanding emotional contexts, while also highlighting the necessity of human oversight.</w:t>
      </w:r>
      <w:r/>
    </w:p>
    <w:p>
      <w:pPr>
        <w:pStyle w:val="ListNumber"/>
        <w:spacing w:line="240" w:lineRule="auto"/>
        <w:ind w:left="720"/>
      </w:pPr>
      <w:r/>
      <w:hyperlink r:id="rId14">
        <w:r>
          <w:rPr>
            <w:color w:val="0000EE"/>
            <w:u w:val="single"/>
          </w:rPr>
          <w:t>https://www.zendesk.com/blog/ai-customer-service/</w:t>
        </w:r>
      </w:hyperlink>
      <w:r>
        <w:t xml:space="preserve"> - This guide discusses the potential of AI to create support experiences that are fast, efficient, and personalized, and how it can foster authentic human customer connections.</w:t>
      </w:r>
      <w:r/>
    </w:p>
    <w:p>
      <w:pPr>
        <w:pStyle w:val="ListNumber"/>
        <w:spacing w:line="240" w:lineRule="auto"/>
        <w:ind w:left="720"/>
      </w:pPr>
      <w:r/>
      <w:hyperlink r:id="rId15">
        <w:r>
          <w:rPr>
            <w:color w:val="0000EE"/>
            <w:u w:val="single"/>
          </w:rPr>
          <w:t>https://www.litromagazine.com/travelandlifestyle/how-does-artificial-intelligence-help-with-customer-service/</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kgFBVV95cUxPNWM2Z09zWTVONXRwUnI0Y0hxdHdweG8weExYZXFEek9Wc2c5TzdNanlkX2FlSFRDaklpYWNBMEY2ZXo4cDEzeHVia2RFQVNNM3ZVSENIUVd0UjlfT0NKV19QcE4yUlQ2QXBrX1hGOElZWG9HcVpOdG5GT1JDV0I2TjgxYVhjNWVTMVFqZGhoM0pWUdIBlwFBVV95cUxNTkRDUXlRQ3I3RWRyY3k2TjZEbVltSDNOMzRsVG1YTGw1ekprWlNxLXpVc29NanV0NHhlVThMdGxHakR6S29CNWtKUTZ3YXdGUzY2b3h0MmJVNGlfTmFFWTBwdDJvWU1nQnJEZVR4M2VQVjgwNm9wV3duYS1kbThkTUt6WG5XQXZ1N2tyby1xeGdGT1ZWUHc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rinklr.com/blog/ai-in-customer-service/" TargetMode="External"/><Relationship Id="rId11" Type="http://schemas.openxmlformats.org/officeDocument/2006/relationships/hyperlink" Target="https://www.apu.apus.edu/area-of-study/business-and-management/resources/ai-in-customer-service/" TargetMode="External"/><Relationship Id="rId12" Type="http://schemas.openxmlformats.org/officeDocument/2006/relationships/hyperlink" Target="https://aisera.com/products/ai-customer-service/" TargetMode="External"/><Relationship Id="rId13" Type="http://schemas.openxmlformats.org/officeDocument/2006/relationships/hyperlink" Target="https://sproutsocial.com/insights/ai-customer-service/" TargetMode="External"/><Relationship Id="rId14" Type="http://schemas.openxmlformats.org/officeDocument/2006/relationships/hyperlink" Target="https://www.zendesk.com/blog/ai-customer-service/" TargetMode="External"/><Relationship Id="rId15" Type="http://schemas.openxmlformats.org/officeDocument/2006/relationships/hyperlink" Target="https://www.litromagazine.com/travelandlifestyle/how-does-artificial-intelligence-help-with-customer-service/" TargetMode="External"/><Relationship Id="rId16" Type="http://schemas.openxmlformats.org/officeDocument/2006/relationships/hyperlink" Target="https://news.google.com/rss/articles/CBMikgFBVV95cUxPNWM2Z09zWTVONXRwUnI0Y0hxdHdweG8weExYZXFEek9Wc2c5TzdNanlkX2FlSFRDaklpYWNBMEY2ZXo4cDEzeHVia2RFQVNNM3ZVSENIUVd0UjlfT0NKV19QcE4yUlQ2QXBrX1hGOElZWG9HcVpOdG5GT1JDV0I2TjgxYVhjNWVTMVFqZGhoM0pWUdIBlwFBVV95cUxNTkRDUXlRQ3I3RWRyY3k2TjZEbVltSDNOMzRsVG1YTGw1ekprWlNxLXpVc29NanV0NHhlVThMdGxHakR6S29CNWtKUTZ3YXdGUzY2b3h0MmJVNGlfTmFFWTBwdDJvWU1nQnJEZVR4M2VQVjgwNm9wV3duYS1kbThkTUt6WG5XQXZ1N2tyby1xeGdGT1ZWUHc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