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launches AI-powered search engine on GOV.UK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Kingdom Government has introduced a cutting-edge artificial intelligence (AI)-powered search engine on its GOV.UK website, aiming to streamline access to public services and information. The development of this new search capability is the result of a collaboration with Kin + Carta, a digital transformation consultancy, deploying Google Cloud’s Vertex AI Search technology. The enhancement reflects efforts to accommodate modern search behaviour, leveraging AI to improve information accessibility.</w:t>
      </w:r>
      <w:r/>
    </w:p>
    <w:p>
      <w:r/>
      <w:r>
        <w:t>Minister for Digital Government and AI, Feryal Clark, highlighted the importance of this technological advancement, stating that the millions of daily visitors to GOV.UK make it essential to ensure a seamless experience when accessing critical information and services. The AI-powered search engine is designed to deliver faster and more relevant search results, enhancing user experiences regardless of their digital proficiency.</w:t>
      </w:r>
      <w:r/>
    </w:p>
    <w:p>
      <w:r/>
      <w:r>
        <w:t>The project, led by the Government Digital Service (GDS), aims to update how users interact with the website's extensive repository of information and policies. According to GDS Deputy Director Leanne Cummings, the enhanced search engine has already demonstrated significant improvements in user experience since its soft launch in February 2024. This launch was kept under wraps until now to ensure satisfactory performance results.</w:t>
      </w:r>
      <w:r/>
    </w:p>
    <w:p>
      <w:r/>
      <w:r>
        <w:t>Kin + Carta played a pivotal role in this transformation, leading the integration of Google Cloud's Vertex AI Search. This tool exploits natural language models to address the increasingly conversational nature of online searches. This integration promises more accurate and accessible information retrieval, ultimately enhancing public engagement with government services. Early testing indicated that the new search model resulted in a 14% increase in users clicking through to relevant content, an 11% reduction in search refinements, and an 8% decrease in users leaving the site from the search page.</w:t>
      </w:r>
      <w:r/>
    </w:p>
    <w:p>
      <w:r/>
      <w:r>
        <w:t>Karl Hampson, Chief Technology Officer for Data and AI in Europe at Kin + Carta, remarked on the importance of aligning search functions with evolving user behaviours and language. As the GOV.UK website hosts hundreds of thousands of pages of vital resources, the introduction of AI has been instrumental in revolutionising search capability, enabling a deeper understanding of user queries and simplifying site navigation.</w:t>
      </w:r>
      <w:r/>
    </w:p>
    <w:p>
      <w:r/>
      <w:r>
        <w:t>This development comes amid Google's own challenges with AI integration earlier in the year. Google's AI Overviews feature aimed to simplify search processes by delivering straightforward answers to queries. However, it faced criticism for inaccuracies. Despite this, Kin + Carta and GDS express confidence in the new GOV.UK search engine's ability to circumvent similar pitfalls, providing effective and efficient search experiences.</w:t>
      </w:r>
      <w:r/>
    </w:p>
    <w:p>
      <w:r/>
      <w:r>
        <w:t>Sam Ineson, Director of Public Sector at Kin + Carta, noted that the innovative search function is designed to overcome barriers faced by non-digital natives, ensuring that all users, especially those most in need of government services, can efficiently locate necessary information using natural language.</w:t>
      </w:r>
      <w:r/>
    </w:p>
    <w:p>
      <w:r/>
      <w:r>
        <w:t>The introduction of the AI-powered search engine marks a significant stride in the UK Government's digital strategy, demonstrating a commitment to harnessing advanced technology to better serve its citizens.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https://technologymagazine.com/articles/how-google-cloud-is-transforming-ai-for-public-services</w:t>
        </w:r>
      </w:hyperlink>
      <w:r>
        <w:t xml:space="preserve"> - Corroborates the collaboration between the UK Government, Kin + Carta, and Google Cloud to introduce an AI-powered search engine on GOV.UK, and highlights the importance of this technology in enhancing user experience.</w:t>
      </w:r>
      <w:r/>
    </w:p>
    <w:p>
      <w:pPr>
        <w:pStyle w:val="ListNumber"/>
        <w:spacing w:line="240" w:lineRule="auto"/>
        <w:ind w:left="720"/>
      </w:pPr>
      <w:r/>
      <w:hyperlink r:id="rId11">
        <w:r>
          <w:rPr>
            <w:color w:val="0000EE"/>
            <w:u w:val="single"/>
          </w:rPr>
          <w:t>https://www.consultancy.uk/news/38694/kin-carta-supports-new-ai-search-function-at-govuk</w:t>
        </w:r>
      </w:hyperlink>
      <w:r>
        <w:t xml:space="preserve"> - Supports the details of the partnership and the use of Google Cloud’s Vertex AI Search to improve search functionality on GOV.UK, including the benefits and testing results.</w:t>
      </w:r>
      <w:r/>
    </w:p>
    <w:p>
      <w:pPr>
        <w:pStyle w:val="ListNumber"/>
        <w:spacing w:line="240" w:lineRule="auto"/>
        <w:ind w:left="720"/>
      </w:pPr>
      <w:r/>
      <w:hyperlink r:id="rId12">
        <w:r>
          <w:rPr>
            <w:color w:val="0000EE"/>
            <w:u w:val="single"/>
          </w:rPr>
          <w:t>https://blog.google/around-the-globe/google-europe/united-kingdom/govuk-transforms-its-search-function-with-help-from-google-cloud/</w:t>
        </w:r>
      </w:hyperlink>
      <w:r>
        <w:t xml:space="preserve"> - Provides information on the implementation of Google Cloud’s Vertex AI Search and its impact on making search more intuitive and effective on GOV.UK.</w:t>
      </w:r>
      <w:r/>
    </w:p>
    <w:p>
      <w:pPr>
        <w:pStyle w:val="ListNumber"/>
        <w:spacing w:line="240" w:lineRule="auto"/>
        <w:ind w:left="720"/>
      </w:pPr>
      <w:r/>
      <w:hyperlink r:id="rId13">
        <w:r>
          <w:rPr>
            <w:color w:val="0000EE"/>
            <w:u w:val="single"/>
          </w:rPr>
          <w:t>https://www.publictechnology.net/2024/06/18/business-and-industry/gov-uk-rolls-out-google-ai-powered-semantic-search/</w:t>
        </w:r>
      </w:hyperlink>
      <w:r>
        <w:t xml:space="preserve"> - Details the transition from previous search systems to Google Vertex AI Search, including the semantic search capabilities and future upgrades planned for GOV.UK.</w:t>
      </w:r>
      <w:r/>
    </w:p>
    <w:p>
      <w:pPr>
        <w:pStyle w:val="ListNumber"/>
        <w:spacing w:line="240" w:lineRule="auto"/>
        <w:ind w:left="720"/>
      </w:pPr>
      <w:r/>
      <w:hyperlink r:id="rId14">
        <w:r>
          <w:rPr>
            <w:color w:val="0000EE"/>
            <w:u w:val="single"/>
          </w:rPr>
          <w:t>https://www.valtech.com/en-gb/news/citizen-search-on-gov.uk-transformed-with-kin-carta-and-google-cloud/</w:t>
        </w:r>
      </w:hyperlink>
      <w:r>
        <w:t xml:space="preserve"> - Confirms the partnership between Kin + Carta and the Government Digital Service to launch the new AI-powered search engine, highlighting its benefits and improvements.</w:t>
      </w:r>
      <w:r/>
    </w:p>
    <w:p>
      <w:pPr>
        <w:pStyle w:val="ListNumber"/>
        <w:spacing w:line="240" w:lineRule="auto"/>
        <w:ind w:left="720"/>
      </w:pPr>
      <w:r/>
      <w:hyperlink r:id="rId10">
        <w:r>
          <w:rPr>
            <w:color w:val="0000EE"/>
            <w:u w:val="single"/>
          </w:rPr>
          <w:t>https://technologymagazine.com/articles/how-google-cloud-is-transforming-ai-for-public-services</w:t>
        </w:r>
      </w:hyperlink>
      <w:r>
        <w:t xml:space="preserve"> - Quotes Minister for Digital Government and AI, Feryal Clark, on the importance of the new search engine in providing a seamless experience for millions of daily visitors to GOV.UK.</w:t>
      </w:r>
      <w:r/>
    </w:p>
    <w:p>
      <w:pPr>
        <w:pStyle w:val="ListNumber"/>
        <w:spacing w:line="240" w:lineRule="auto"/>
        <w:ind w:left="720"/>
      </w:pPr>
      <w:r/>
      <w:hyperlink r:id="rId11">
        <w:r>
          <w:rPr>
            <w:color w:val="0000EE"/>
            <w:u w:val="single"/>
          </w:rPr>
          <w:t>https://www.consultancy.uk/news/38694/kin-carta-supports-new-ai-search-function-at-govuk</w:t>
        </w:r>
      </w:hyperlink>
      <w:r>
        <w:t xml:space="preserve"> - Mentions GDS Deputy Director Leanne Cummings' comments on the significant improvements in user experience since the soft launch of the new search engine in February 2024.</w:t>
      </w:r>
      <w:r/>
    </w:p>
    <w:p>
      <w:pPr>
        <w:pStyle w:val="ListNumber"/>
        <w:spacing w:line="240" w:lineRule="auto"/>
        <w:ind w:left="720"/>
      </w:pPr>
      <w:r/>
      <w:hyperlink r:id="rId12">
        <w:r>
          <w:rPr>
            <w:color w:val="0000EE"/>
            <w:u w:val="single"/>
          </w:rPr>
          <w:t>https://blog.google/around-the-globe/google-europe/united-kingdom/govuk-transforms-its-search-function-with-help-from-google-cloud/</w:t>
        </w:r>
      </w:hyperlink>
      <w:r>
        <w:t xml:space="preserve"> - Explains how Kin + Carta led the integration of Google Cloud's Vertex AI Search, using natural language models to address modern search behaviors.</w:t>
      </w:r>
      <w:r/>
    </w:p>
    <w:p>
      <w:pPr>
        <w:pStyle w:val="ListNumber"/>
        <w:spacing w:line="240" w:lineRule="auto"/>
        <w:ind w:left="720"/>
      </w:pPr>
      <w:r/>
      <w:hyperlink r:id="rId13">
        <w:r>
          <w:rPr>
            <w:color w:val="0000EE"/>
            <w:u w:val="single"/>
          </w:rPr>
          <w:t>https://www.publictechnology.net/2024/06/18/business-and-industry/gov-uk-rolls-out-google-ai-powered-semantic-search/</w:t>
        </w:r>
      </w:hyperlink>
      <w:r>
        <w:t xml:space="preserve"> - Details the testing results showing a 14% increase in users clicking through to relevant content, an 11% reduction in search refinements, and an 8% decrease in users leaving the site from the search page.</w:t>
      </w:r>
      <w:r/>
    </w:p>
    <w:p>
      <w:pPr>
        <w:pStyle w:val="ListNumber"/>
        <w:spacing w:line="240" w:lineRule="auto"/>
        <w:ind w:left="720"/>
      </w:pPr>
      <w:r/>
      <w:hyperlink r:id="rId11">
        <w:r>
          <w:rPr>
            <w:color w:val="0000EE"/>
            <w:u w:val="single"/>
          </w:rPr>
          <w:t>https://www.consultancy.uk/news/38694/kin-carta-supports-new-ai-search-function-at-govuk</w:t>
        </w:r>
      </w:hyperlink>
      <w:r>
        <w:t xml:space="preserve"> - Quotes Karl Hampson on the importance of aligning search functions with evolving user behaviors and language, and the role of AI in revolutionizing search capability on GOV.UK.</w:t>
      </w:r>
      <w:r/>
    </w:p>
    <w:p>
      <w:pPr>
        <w:pStyle w:val="ListNumber"/>
        <w:spacing w:line="240" w:lineRule="auto"/>
        <w:ind w:left="720"/>
      </w:pPr>
      <w:r/>
      <w:hyperlink r:id="rId14">
        <w:r>
          <w:rPr>
            <w:color w:val="0000EE"/>
            <w:u w:val="single"/>
          </w:rPr>
          <w:t>https://www.valtech.com/en-gb/news/citizen-search-on-gov.uk-transformed-with-kin-carta-and-google-cloud/</w:t>
        </w:r>
      </w:hyperlink>
      <w:r>
        <w:t xml:space="preserve"> - Highlights Sam Ineson's comments on how the new search function helps non-digital natives and those most in need of government services to efficiently locate necessary information using natural language.</w:t>
      </w:r>
      <w:r/>
    </w:p>
    <w:p>
      <w:pPr>
        <w:pStyle w:val="ListNumber"/>
        <w:spacing w:line="240" w:lineRule="auto"/>
        <w:ind w:left="720"/>
      </w:pPr>
      <w:r/>
      <w:hyperlink r:id="rId11">
        <w:r>
          <w:rPr>
            <w:color w:val="0000EE"/>
            <w:u w:val="single"/>
          </w:rPr>
          <w:t>https://www.consultancy.uk/news/38694/kin-carta-supports-new-ai-search-function-at-govuk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ologymagazine.com/articles/how-google-cloud-is-transforming-ai-for-public-services" TargetMode="External"/><Relationship Id="rId11" Type="http://schemas.openxmlformats.org/officeDocument/2006/relationships/hyperlink" Target="https://www.consultancy.uk/news/38694/kin-carta-supports-new-ai-search-function-at-govuk" TargetMode="External"/><Relationship Id="rId12" Type="http://schemas.openxmlformats.org/officeDocument/2006/relationships/hyperlink" Target="https://blog.google/around-the-globe/google-europe/united-kingdom/govuk-transforms-its-search-function-with-help-from-google-cloud/" TargetMode="External"/><Relationship Id="rId13" Type="http://schemas.openxmlformats.org/officeDocument/2006/relationships/hyperlink" Target="https://www.publictechnology.net/2024/06/18/business-and-industry/gov-uk-rolls-out-google-ai-powered-semantic-search/" TargetMode="External"/><Relationship Id="rId14" Type="http://schemas.openxmlformats.org/officeDocument/2006/relationships/hyperlink" Target="https://www.valtech.com/en-gb/news/citizen-search-on-gov.uk-transformed-with-kin-carta-and-google-clo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