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tests generative AI chatbot to assist small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towards digital innovation, the UK government is advancing its pilot testing of a generative AI chatbot aimed at assisting small businesses in navigating governmental processes and finding business-related information. This initiative, part of a broader push to modernise public sector operations, is currently entering a new phase of testing to enhance user access to crucial details found on the GOV.UK website.</w:t>
      </w:r>
      <w:r/>
    </w:p>
    <w:p>
      <w:r/>
      <w:r>
        <w:t>The AI chatbot, which utilises OpenAI’s GPT-4o technology, is designed by an expert team of in-house data scientists, developers, and designers. It aims to streamline the process of obtaining advice on business regulations and support. By providing users with personalised, succinct responses, the chatbot collates scattered information from various pages into easily digestible answers.</w:t>
      </w:r>
      <w:r/>
    </w:p>
    <w:p>
      <w:r/>
      <w:r>
        <w:t>Initiated this week, the testing phase will see up to 15,000 participants engaging with the tool, which is accessible through 30 business-related pages on the GOV.UK site. Key topics include guidance on setting up a business, trademark searches, and tax-related inquiries. This trial is expected to offer insights that will shape subsequent steps, potentially leading to a wider-scale deployment across the 700,000 pages of the GOV.UK platform.</w:t>
      </w:r>
      <w:r/>
    </w:p>
    <w:p>
      <w:r/>
      <w:r>
        <w:t>This development aligns with the government's ongoing efforts to establish a new ‘digital centre,’ spearheaded by the Science Secretary's department, that encourages technology adoption within the public sector. Science Secretary Peter Kyle emphasised the importance of this venture, noting that outdated and cumbersome government processes often lead to significant time wastage for citizens. The initiative aims to alleviate this burden by experimenting with cutting-edge technologies.</w:t>
      </w:r>
      <w:r/>
    </w:p>
    <w:p>
      <w:r/>
      <w:r>
        <w:t>“Our ultimate goal is to save people time and enhance their daily lives by refining public sector processes," Kyle stated. "GOV.UK Chat is a prime example of how we hope to achieve this by thoroughly testing emerging technology before widescale implementation."</w:t>
      </w:r>
      <w:r/>
    </w:p>
    <w:p>
      <w:r/>
      <w:r>
        <w:t>The journey to this point has been informed by earlier trials conducted late last year. Results from these initial tests revealed that nearly 70% of users found the chatbot’s responses helpful. However, they also highlighted the need for further refinement to ensure accuracy and reliability. To address potential inaccuracies, the UK government has incorporated stringent safety measures and ‘guardrails’ within the chatbot’s functioning. These protocols are in place to prevent the provision of unlawful advice, protect sensitive information, and maintain political neutrality in the chatbot’s interactions.</w:t>
      </w:r>
      <w:r/>
    </w:p>
    <w:p>
      <w:r/>
      <w:r>
        <w:t>Additionally, the government has collaborated with AI Safety Institute experts to bolster the chatbot’s safety and safeguard mechanisms. Acknowledging the nascent nature of this technology, there remains a possibility of the chatbot yielding occasional errors. Still, the forthcoming trial phases are anticipated to provide valuable feedback that will guide improvements and future testing strategies.</w:t>
      </w:r>
      <w:r/>
    </w:p>
    <w:p>
      <w:r/>
      <w:r>
        <w:t>As the UK government continues this exploration into AI capabilities, the results of these ongoing tests will be documented and assessed to inform any decisions about the technology's broader implementation across the government’s digital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https://telecomtalk.info/uk-government-expands-ai-chatbot-small-startups/984453/</w:t>
        </w:r>
      </w:hyperlink>
      <w:r>
        <w:t xml:space="preserve"> - Corroborates the expansion of the AI chatbot trials to support small businesses, the use of GPT-4 technology, and the linking of the chatbot to 30 key business pages on GOV.UK.</w:t>
      </w:r>
      <w:r/>
    </w:p>
    <w:p>
      <w:pPr>
        <w:pStyle w:val="ListNumber"/>
        <w:spacing w:line="240" w:lineRule="auto"/>
        <w:ind w:left="720"/>
      </w:pPr>
      <w:r/>
      <w:hyperlink r:id="rId11">
        <w:r>
          <w:rPr>
            <w:color w:val="0000EE"/>
            <w:u w:val="single"/>
          </w:rPr>
          <w:t>https://techround.co.uk/news/uk-government-trials-ai-chatbot-small-businesses/</w:t>
        </w:r>
      </w:hyperlink>
      <w:r>
        <w:t xml:space="preserve"> - Supports the trial of the AI chatbot for small businesses, the involvement of data scientists and developers, and the aim to reduce administrative tasks.</w:t>
      </w:r>
      <w:r/>
    </w:p>
    <w:p>
      <w:pPr>
        <w:pStyle w:val="ListNumber"/>
        <w:spacing w:line="240" w:lineRule="auto"/>
        <w:ind w:left="720"/>
      </w:pPr>
      <w:r/>
      <w:hyperlink r:id="rId12">
        <w:r>
          <w:rPr>
            <w:color w:val="0000EE"/>
            <w:u w:val="single"/>
          </w:rPr>
          <w:t>https://www.gov.uk/government/news/governments-experimental-ai-chatbot-to-help-people-set-up-small-businesses-and-find-support</w:t>
        </w:r>
      </w:hyperlink>
      <w:r>
        <w:t xml:space="preserve"> - Details the experimental AI chatbot's purpose, the number of users in the trial, and the types of questions it can answer, such as business rules and support.</w:t>
      </w:r>
      <w:r/>
    </w:p>
    <w:p>
      <w:pPr>
        <w:pStyle w:val="ListNumber"/>
        <w:spacing w:line="240" w:lineRule="auto"/>
        <w:ind w:left="720"/>
      </w:pPr>
      <w:r/>
      <w:hyperlink r:id="rId13">
        <w:r>
          <w:rPr>
            <w:color w:val="0000EE"/>
            <w:u w:val="single"/>
          </w:rPr>
          <w:t>https://marketingstockport.co.uk/news/ai-chatbot-to-be-trialled-to-help-businesses-find-information-on-government-website/</w:t>
        </w:r>
      </w:hyperlink>
      <w:r>
        <w:t xml:space="preserve"> - Confirms the trial of the AI chatbot, its linkage to 30 business pages on GOV.UK, and the use of GPT-4 technology to provide personalized answers.</w:t>
      </w:r>
      <w:r/>
    </w:p>
    <w:p>
      <w:pPr>
        <w:pStyle w:val="ListNumber"/>
        <w:spacing w:line="240" w:lineRule="auto"/>
        <w:ind w:left="720"/>
      </w:pPr>
      <w:r/>
      <w:hyperlink r:id="rId14">
        <w:r>
          <w:rPr>
            <w:color w:val="0000EE"/>
            <w:u w:val="single"/>
          </w:rPr>
          <w:t>https://www.innovationnewsnetwork.com/governments-experimental-ai-chatbot-set-to-provide-advice-for-businesses/52459/</w:t>
        </w:r>
      </w:hyperlink>
      <w:r>
        <w:t xml:space="preserve"> - Supports the new phase of testing for the AI chatbot, its accessibility through 30 business pages, and its potential for wider deployment across GOV.UK.</w:t>
      </w:r>
      <w:r/>
    </w:p>
    <w:p>
      <w:pPr>
        <w:pStyle w:val="ListNumber"/>
        <w:spacing w:line="240" w:lineRule="auto"/>
        <w:ind w:left="720"/>
      </w:pPr>
      <w:r/>
      <w:hyperlink r:id="rId10">
        <w:r>
          <w:rPr>
            <w:color w:val="0000EE"/>
            <w:u w:val="single"/>
          </w:rPr>
          <w:t>https://telecomtalk.info/uk-government-expands-ai-chatbot-small-startups/984453/</w:t>
        </w:r>
      </w:hyperlink>
      <w:r>
        <w:t xml:space="preserve"> - Quotes Science Secretary Peter Kyle on the importance of using AI to improve public services and reduce time spent on bureaucracy.</w:t>
      </w:r>
      <w:r/>
    </w:p>
    <w:p>
      <w:pPr>
        <w:pStyle w:val="ListNumber"/>
        <w:spacing w:line="240" w:lineRule="auto"/>
        <w:ind w:left="720"/>
      </w:pPr>
      <w:r/>
      <w:hyperlink r:id="rId11">
        <w:r>
          <w:rPr>
            <w:color w:val="0000EE"/>
            <w:u w:val="single"/>
          </w:rPr>
          <w:t>https://techround.co.uk/news/uk-government-trials-ai-chatbot-small-businesses/</w:t>
        </w:r>
      </w:hyperlink>
      <w:r>
        <w:t xml:space="preserve"> - Details the safety measures and guardrails implemented to prevent the chatbot from providing inappropriate or sensitive information.</w:t>
      </w:r>
      <w:r/>
    </w:p>
    <w:p>
      <w:pPr>
        <w:pStyle w:val="ListNumber"/>
        <w:spacing w:line="240" w:lineRule="auto"/>
        <w:ind w:left="720"/>
      </w:pPr>
      <w:r/>
      <w:hyperlink r:id="rId12">
        <w:r>
          <w:rPr>
            <w:color w:val="0000EE"/>
            <w:u w:val="single"/>
          </w:rPr>
          <w:t>https://www.gov.uk/government/news/governments-experimental-ai-chatbot-to-help-people-set-up-small-businesses-and-find-support</w:t>
        </w:r>
      </w:hyperlink>
      <w:r>
        <w:t xml:space="preserve"> - Mentions the collaboration with AI Safety Institute experts to enhance the chatbot's safety and safeguard mechanisms.</w:t>
      </w:r>
      <w:r/>
    </w:p>
    <w:p>
      <w:pPr>
        <w:pStyle w:val="ListNumber"/>
        <w:spacing w:line="240" w:lineRule="auto"/>
        <w:ind w:left="720"/>
      </w:pPr>
      <w:r/>
      <w:hyperlink r:id="rId13">
        <w:r>
          <w:rPr>
            <w:color w:val="0000EE"/>
            <w:u w:val="single"/>
          </w:rPr>
          <w:t>https://marketingstockport.co.uk/news/ai-chatbot-to-be-trialled-to-help-businesses-find-information-on-government-website/</w:t>
        </w:r>
      </w:hyperlink>
      <w:r>
        <w:t xml:space="preserve"> - Highlights the earlier trials and the positive feedback from users, with nearly 70% finding the chatbot's responses helpful.</w:t>
      </w:r>
      <w:r/>
    </w:p>
    <w:p>
      <w:pPr>
        <w:pStyle w:val="ListNumber"/>
        <w:spacing w:line="240" w:lineRule="auto"/>
        <w:ind w:left="720"/>
      </w:pPr>
      <w:r/>
      <w:hyperlink r:id="rId14">
        <w:r>
          <w:rPr>
            <w:color w:val="0000EE"/>
            <w:u w:val="single"/>
          </w:rPr>
          <w:t>https://www.innovationnewsnetwork.com/governments-experimental-ai-chatbot-set-to-provide-advice-for-businesses/52459/</w:t>
        </w:r>
      </w:hyperlink>
      <w:r>
        <w:t xml:space="preserve"> - Explains the potential for the chatbot to be deployed across the entire GOV.UK platform and its alignment with the government's digital transformation efforts.</w:t>
      </w:r>
      <w:r/>
    </w:p>
    <w:p>
      <w:pPr>
        <w:pStyle w:val="ListNumber"/>
        <w:spacing w:line="240" w:lineRule="auto"/>
        <w:ind w:left="720"/>
      </w:pPr>
      <w:r/>
      <w:hyperlink r:id="rId10">
        <w:r>
          <w:rPr>
            <w:color w:val="0000EE"/>
            <w:u w:val="single"/>
          </w:rPr>
          <w:t>https://telecomtalk.info/uk-government-expands-ai-chatbot-small-startups/984453/</w:t>
        </w:r>
      </w:hyperlink>
      <w:r>
        <w:t xml:space="preserve"> - Discusses the broader context of the government's push for technology in public services and the establishment of a new digital centre.</w:t>
      </w:r>
      <w:r/>
    </w:p>
    <w:p>
      <w:pPr>
        <w:pStyle w:val="ListNumber"/>
        <w:spacing w:line="240" w:lineRule="auto"/>
        <w:ind w:left="720"/>
      </w:pPr>
      <w:r/>
      <w:hyperlink r:id="rId15">
        <w:r>
          <w:rPr>
            <w:color w:val="0000EE"/>
            <w:u w:val="single"/>
          </w:rPr>
          <w:t>https://www.innovationnewsnetwork.com/governments-experimental-ai-chatbot-set-to-provide-advice-for-businesses/52459/?utm_source=rss&amp;utm_medium=rss&amp;utm_campaign=governments-experimental-ai-chatbot-set-to-provide-advice-for-businesses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lecomtalk.info/uk-government-expands-ai-chatbot-small-startups/984453/" TargetMode="External"/><Relationship Id="rId11" Type="http://schemas.openxmlformats.org/officeDocument/2006/relationships/hyperlink" Target="https://techround.co.uk/news/uk-government-trials-ai-chatbot-small-businesses/" TargetMode="External"/><Relationship Id="rId12" Type="http://schemas.openxmlformats.org/officeDocument/2006/relationships/hyperlink" Target="https://www.gov.uk/government/news/governments-experimental-ai-chatbot-to-help-people-set-up-small-businesses-and-find-support" TargetMode="External"/><Relationship Id="rId13" Type="http://schemas.openxmlformats.org/officeDocument/2006/relationships/hyperlink" Target="https://marketingstockport.co.uk/news/ai-chatbot-to-be-trialled-to-help-businesses-find-information-on-government-website/" TargetMode="External"/><Relationship Id="rId14" Type="http://schemas.openxmlformats.org/officeDocument/2006/relationships/hyperlink" Target="https://www.innovationnewsnetwork.com/governments-experimental-ai-chatbot-set-to-provide-advice-for-businesses/52459/" TargetMode="External"/><Relationship Id="rId15" Type="http://schemas.openxmlformats.org/officeDocument/2006/relationships/hyperlink" Target="https://www.innovationnewsnetwork.com/governments-experimental-ai-chatbot-set-to-provide-advice-for-businesses/52459/?utm_source=rss&amp;utm_medium=rss&amp;utm_campaign=governments-experimental-ai-chatbot-set-to-provide-advice-for-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