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Using video games to redefine AI benchmarking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field of artificial intelligence, traditional benchmarks have often been criticised for their limited scope and relevance. Many current methods rely overly on rote memorisation and cover topics that might not reflect the diverse challenges faced by users. In response, a growing number of AI enthusiasts and researchers are turning to video games as a novel medium to assess AI’s problem-solving skills.</w:t>
      </w:r>
      <w:r/>
    </w:p>
    <w:p>
      <w:r/>
      <w:r>
        <w:t>One such innovator is Paul Calcraft, a freelance AI developer, who has designed an application where AI models engage in a Pictionary-like game against each other. In this setup, one model creates a doodle, and the other attempts to guess its representation. As Calcraft explained, the drive behind this creation was the potential of the game to genuinely assess AI’s broader capabilities rather than simple memorisation.</w:t>
      </w:r>
      <w:r/>
    </w:p>
    <w:p>
      <w:r/>
      <w:r>
        <w:t>The inspiration for Calcraft’s initiative came from British programmer Simon Willison who experimented with models rendering complex vector drawings, seeking to push AI models beyond conventional memory-based tasks into real strategic thinking. Calcraft remarked, “The idea is to have a benchmark that’s un-gameable.”</w:t>
      </w:r>
      <w:r/>
    </w:p>
    <w:p>
      <w:r/>
      <w:r>
        <w:t>Similarly, 16-year-old Adonis Singh has developed a tool named Mcbench, designed to evaluate a model's ability to create structures within the world of Minecraft. This endeavour draws parallels with Microsoft’s endeavours through Project Malmo, which also employs the Minecraft environment to test AI systems. Singh’s approach hinges on the belief that Minecraft presents a unique, less constrained benchmarking opportunity that necessitates creativity and resourcefulness from AI models.</w:t>
      </w:r>
      <w:r/>
    </w:p>
    <w:p>
      <w:r/>
      <w:r>
        <w:t>The integration of games into AI benchmarking is not a new concept. Historical figures like mathematician Claude Shannon have long asserted the challenge presented by games like chess in evaluating intelligent software. In modern applications, companies like Alphabet and OpenAI have deployed AI in games such as Pong, Breakout, Dota 2, and Texas hold 'em. These games serve as diverse testbeds for probing different aspects of AI capability, specifically logic and decision-making.</w:t>
      </w:r>
      <w:r/>
    </w:p>
    <w:p>
      <w:r/>
      <w:r>
        <w:t>Enthusiasts today connect large language models (LLMs) with these games to explore how these models handle logic-based tasks. LLMs vary widely in their reliability and response, making them intriguing subjects for such game-based assessments. Matthew Guzdial, an AI researcher at the University of Alberta, supports using games as a more intuitive and visual method compared to text-based benchmarks to understand a model’s performance.</w:t>
      </w:r>
      <w:r/>
    </w:p>
    <w:p>
      <w:r/>
      <w:r>
        <w:t>Comparatively, models involved in Calcraft's Pictionary-style games are examined for their grasp on concepts like shapes, colours, and spatial prepositions. While Calcraft acknowledges the game's limitations as a full-proof logic test, he believes it encourages strategic thinking and clue interpretation—critical yet often challenging aspects for AI models.</w:t>
      </w:r>
      <w:r/>
    </w:p>
    <w:p>
      <w:r/>
      <w:r>
        <w:t>Meanwhile, Singh continues to advocate for Minecraft’s potential, noting the alignment between the game’s tests and a model’s reasoning capabilities. However, Mike Cook, a research fellow at Queen Mary University, remains sceptical of Minecraft’s perceived distinctiveness in testing AI. From his perspective, Minecraft’s realism may be overstated, equating it more to traditional video games like Fortnite or Stardew Valley, albeit with different aesthetics and tasks.</w:t>
      </w:r>
      <w:r/>
    </w:p>
    <w:p>
      <w:r/>
      <w:r>
        <w:t>Nevertheless, despite varying opinions on their comparative merits, games such as Pictionary and Minecraft allow researchers a unique insight into AI behaviour and problem-solving. These new approaches are helping to redefine our understanding of AI capabilities in a world where traditional benchmarks have become increasingly inadequate.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https://ai.engineering.columbia.edu/ai-applications/ai-video-games/</w:t>
        </w:r>
      </w:hyperlink>
      <w:r>
        <w:t xml:space="preserve"> - This article discusses how AI is used in video games to enhance graphics and create smart opponents, and how games are being used to help AI learn and problem-solve, aligning with the concept of using games as benchmarks for AI.</w:t>
      </w:r>
      <w:r/>
    </w:p>
    <w:p>
      <w:pPr>
        <w:pStyle w:val="ListNumber"/>
        <w:spacing w:line="240" w:lineRule="auto"/>
        <w:ind w:left="720"/>
      </w:pPr>
      <w:r/>
      <w:hyperlink r:id="rId11">
        <w:r>
          <w:rPr>
            <w:color w:val="0000EE"/>
            <w:u w:val="single"/>
          </w:rPr>
          <w:t>https://pmc.ncbi.nlm.nih.gov/articles/PMC8870796/</w:t>
        </w:r>
      </w:hyperlink>
      <w:r>
        <w:t xml:space="preserve"> - This study explores how video gameplay can improve problem-solving skills, which is relevant to the idea of using games to assess AI's problem-solving capabilities.</w:t>
      </w:r>
      <w:r/>
    </w:p>
    <w:p>
      <w:pPr>
        <w:pStyle w:val="ListNumber"/>
        <w:spacing w:line="240" w:lineRule="auto"/>
        <w:ind w:left="720"/>
      </w:pPr>
      <w:r/>
      <w:hyperlink r:id="rId12">
        <w:r>
          <w:rPr>
            <w:color w:val="0000EE"/>
            <w:u w:val="single"/>
          </w:rPr>
          <w:t>https://wisdomplexus.com/blogs/5-skills-ai-can-learn-from-a-video-games/</w:t>
        </w:r>
      </w:hyperlink>
      <w:r>
        <w:t xml:space="preserve"> - This article highlights the skills AI can learn from video games, including problem-solving, strategy, and resource management, which are key aspects of using games as AI benchmarks.</w:t>
      </w:r>
      <w:r/>
    </w:p>
    <w:p>
      <w:pPr>
        <w:pStyle w:val="ListNumber"/>
        <w:spacing w:line="240" w:lineRule="auto"/>
        <w:ind w:left="720"/>
      </w:pPr>
      <w:r/>
      <w:hyperlink r:id="rId13">
        <w:r>
          <w:rPr>
            <w:color w:val="0000EE"/>
            <w:u w:val="single"/>
          </w:rPr>
          <w:t>https://www.lomitpatel.com/articles/artificial-intelligence-in-video-games/</w:t>
        </w:r>
      </w:hyperlink>
      <w:r>
        <w:t xml:space="preserve"> - This article discusses the evolving role of AI in video games, including creating immersive worlds and smart NPCs, which relates to the use of games to test AI's logic and decision-making capabilities.</w:t>
      </w:r>
      <w:r/>
    </w:p>
    <w:p>
      <w:pPr>
        <w:pStyle w:val="ListNumber"/>
        <w:spacing w:line="240" w:lineRule="auto"/>
        <w:ind w:left="720"/>
      </w:pPr>
      <w:r/>
      <w:hyperlink r:id="rId14">
        <w:r>
          <w:rPr>
            <w:color w:val="0000EE"/>
            <w:u w:val="single"/>
          </w:rPr>
          <w:t>https://myweb.fsu.edu/vshute/pdf/PS_in_IE.pdf</w:t>
        </w:r>
      </w:hyperlink>
      <w:r>
        <w:t xml:space="preserve"> - This document explains how game-based environments can be used to measure and promote problem-solving skills, which is analogous to using games to assess AI's problem-solving abilities.</w:t>
      </w:r>
      <w:r/>
    </w:p>
    <w:p>
      <w:pPr>
        <w:pStyle w:val="ListNumber"/>
        <w:spacing w:line="240" w:lineRule="auto"/>
        <w:ind w:left="720"/>
      </w:pPr>
      <w:r/>
      <w:hyperlink r:id="rId10">
        <w:r>
          <w:rPr>
            <w:color w:val="0000EE"/>
            <w:u w:val="single"/>
          </w:rPr>
          <w:t>https://ai.engineering.columbia.edu/ai-applications/ai-video-games/</w:t>
        </w:r>
      </w:hyperlink>
      <w:r>
        <w:t xml:space="preserve"> - This article mentions researchers like Raia Hadsell and Greg Brockman, who use games like Pong, Dota 2, and StarCraft II to teach AI problem-solving, supporting the concept of using games as AI benchmarks.</w:t>
      </w:r>
      <w:r/>
    </w:p>
    <w:p>
      <w:pPr>
        <w:pStyle w:val="ListNumber"/>
        <w:spacing w:line="240" w:lineRule="auto"/>
        <w:ind w:left="720"/>
      </w:pPr>
      <w:r/>
      <w:hyperlink r:id="rId12">
        <w:r>
          <w:rPr>
            <w:color w:val="0000EE"/>
            <w:u w:val="single"/>
          </w:rPr>
          <w:t>https://wisdomplexus.com/blogs/5-skills-ai-can-learn-from-a-video-games/</w:t>
        </w:r>
      </w:hyperlink>
      <w:r>
        <w:t xml:space="preserve"> - This article discusses the potential benefits and challenges of AI learning from video games, including the development of strategic decision-making and resource allocation skills.</w:t>
      </w:r>
      <w:r/>
    </w:p>
    <w:p>
      <w:pPr>
        <w:pStyle w:val="ListNumber"/>
        <w:spacing w:line="240" w:lineRule="auto"/>
        <w:ind w:left="720"/>
      </w:pPr>
      <w:r/>
      <w:hyperlink r:id="rId13">
        <w:r>
          <w:rPr>
            <w:color w:val="0000EE"/>
            <w:u w:val="single"/>
          </w:rPr>
          <w:t>https://www.lomitpatel.com/articles/artificial-intelligence-in-video-games/</w:t>
        </w:r>
      </w:hyperlink>
      <w:r>
        <w:t xml:space="preserve"> - This article highlights the use of AI in generating procedural content and personalizing game experiences, which is relevant to the innovative ways AI is being tested in game environments.</w:t>
      </w:r>
      <w:r/>
    </w:p>
    <w:p>
      <w:pPr>
        <w:pStyle w:val="ListNumber"/>
        <w:spacing w:line="240" w:lineRule="auto"/>
        <w:ind w:left="720"/>
      </w:pPr>
      <w:r/>
      <w:hyperlink r:id="rId10">
        <w:r>
          <w:rPr>
            <w:color w:val="0000EE"/>
            <w:u w:val="single"/>
          </w:rPr>
          <w:t>https://ai.engineering.columbia.edu/ai-applications/ai-video-games/</w:t>
        </w:r>
      </w:hyperlink>
      <w:r>
        <w:t xml:space="preserve"> - This article mentions the use of Generative Adversarial Networks (GANs) in video games, which aligns with the idea of using games to push AI beyond conventional tasks.</w:t>
      </w:r>
      <w:r/>
    </w:p>
    <w:p>
      <w:pPr>
        <w:pStyle w:val="ListNumber"/>
        <w:spacing w:line="240" w:lineRule="auto"/>
        <w:ind w:left="720"/>
      </w:pPr>
      <w:r/>
      <w:hyperlink r:id="rId11">
        <w:r>
          <w:rPr>
            <w:color w:val="0000EE"/>
            <w:u w:val="single"/>
          </w:rPr>
          <w:t>https://pmc.ncbi.nlm.nih.gov/articles/PMC8870796/</w:t>
        </w:r>
      </w:hyperlink>
      <w:r>
        <w:t xml:space="preserve"> - This study discusses the transfer of problem-solving skills from video gameplay to novel scenarios, which is similar to the concept of using games to assess AI's ability to apply learned skills in new contexts.</w:t>
      </w:r>
      <w:r/>
    </w:p>
    <w:p>
      <w:pPr>
        <w:pStyle w:val="ListNumber"/>
        <w:spacing w:line="240" w:lineRule="auto"/>
        <w:ind w:left="720"/>
      </w:pPr>
      <w:r/>
      <w:hyperlink r:id="rId12">
        <w:r>
          <w:rPr>
            <w:color w:val="0000EE"/>
            <w:u w:val="single"/>
          </w:rPr>
          <w:t>https://wisdomplexus.com/blogs/5-skills-ai-can-learn-from-a-video-games/</w:t>
        </w:r>
      </w:hyperlink>
      <w:r>
        <w:t xml:space="preserve"> - This article addresses the ethical and practical challenges of using AI in video games, including issues of accountability and dependence, which are crucial when considering games as AI benchmarks.</w:t>
      </w:r>
      <w:r/>
    </w:p>
    <w:p>
      <w:pPr>
        <w:pStyle w:val="ListNumber"/>
        <w:spacing w:line="240" w:lineRule="auto"/>
        <w:ind w:left="720"/>
      </w:pPr>
      <w:r/>
      <w:hyperlink r:id="rId15">
        <w:r>
          <w:rPr>
            <w:color w:val="0000EE"/>
            <w:u w:val="single"/>
          </w:rPr>
          <w:t>https://techcrunch.com/2024/11/05/people-are-using-games-like-pictionary-to-benchmark-ai-now/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engineering.columbia.edu/ai-applications/ai-video-games/" TargetMode="External"/><Relationship Id="rId11" Type="http://schemas.openxmlformats.org/officeDocument/2006/relationships/hyperlink" Target="https://pmc.ncbi.nlm.nih.gov/articles/PMC8870796/" TargetMode="External"/><Relationship Id="rId12" Type="http://schemas.openxmlformats.org/officeDocument/2006/relationships/hyperlink" Target="https://wisdomplexus.com/blogs/5-skills-ai-can-learn-from-a-video-games/" TargetMode="External"/><Relationship Id="rId13" Type="http://schemas.openxmlformats.org/officeDocument/2006/relationships/hyperlink" Target="https://www.lomitpatel.com/articles/artificial-intelligence-in-video-games/" TargetMode="External"/><Relationship Id="rId14" Type="http://schemas.openxmlformats.org/officeDocument/2006/relationships/hyperlink" Target="https://myweb.fsu.edu/vshute/pdf/PS_in_IE.pdf" TargetMode="External"/><Relationship Id="rId15" Type="http://schemas.openxmlformats.org/officeDocument/2006/relationships/hyperlink" Target="https://techcrunch.com/2024/11/05/people-are-using-games-like-pictionary-to-benchmark-ai-n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