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Big Data Expo Global set to return to London in February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 and Big Data Expo Global is set to return to Olympia, London, on the 5th and 6th of February 2025, with an illustrious roster of speakers from some of the world’s leading enterprises in technology and business. The event is poised to attract over 7,000 professionals, cementing its position as a premier gathering for experts in Enterprise AI, Machine Learning, Security, Ethical AI, Deep Learning, Data Ecosystems, and Natural Language Processing (NLP).</w:t>
      </w:r>
      <w:r/>
    </w:p>
    <w:p>
      <w:r/>
      <w:r>
        <w:t>The speaker line-up for the event includes notable industry figures such as Rod Evans, EMEA Vice President of Supercomputing &amp; AI at NVIDIA, Karan Shah, Director of Data Science at Meta, and Christina Finlay, Global Head of Data &amp; Analytics for Manufacturing at Volvo. Other prominent speakers include Erbin Lim, Director of Engineering at Pfizer, Stefan Gershater, Head of Risk and Governance at Co-op, and Aarthy Jayaram, Senior Director of Engineering at LinkedIn.</w:t>
      </w:r>
      <w:r/>
    </w:p>
    <w:p>
      <w:r/>
      <w:r>
        <w:t>The expo will also feature speakers from the government and regulatory sectors, such as Kerry Sheehan, Head of AI Policy at the UK Government's AI Taskforce, indicating a focus on policy and governance issues related to AI and big data.</w:t>
      </w:r>
      <w:r/>
    </w:p>
    <w:p>
      <w:r/>
      <w:r>
        <w:t>The conference promises an engaging agenda with sessions that delve into crucial themes, including the future of Generative AI, AI strategy for Chief Technology Officers, and the unleashing of data potential for AI applications. Panel discussions will address the barriers to technological adoption, such as organisational processes and technological challenges, and offer insights into navigating different AI regulatory models.</w:t>
      </w:r>
      <w:r/>
    </w:p>
    <w:p>
      <w:r/>
      <w:r>
        <w:t>A key highlight will be the panel entitled "Ethical Considerations in Gen AI and Data Science – Navigating Complex Terrain," which is expected to provide valuable perspectives on the ethical implications and governance in AI developments. Additionally, sessions on MLOps Excellence will explore best practices for managing data, models, and integrations.</w:t>
      </w:r>
      <w:r/>
    </w:p>
    <w:p>
      <w:r/>
      <w:r>
        <w:t>Michael Hughes, Senior Conference Producer at the AI and Big Data Expo Global, expressed enthusiasm about this year's conference, stating, “Our 2025 speaker roster brings together a unique combination of perspectives from the world’s leading companies and institutions, offering insights into AI policy, machine learning, engineering, ethics, and data strategy.”</w:t>
      </w:r>
      <w:r/>
    </w:p>
    <w:p>
      <w:r/>
      <w:r>
        <w:t>The expo will also feature an exhibition floor hosting over 150 solution providers such as Salesforce, Experian, and ABB. These exhibitors will showcase cutting-edge products and services, offering attendees opportunities to explore innovative solutions.</w:t>
      </w:r>
      <w:r/>
    </w:p>
    <w:p>
      <w:r/>
      <w:r>
        <w:t>This event, as part of the broader TechEx Events series, promises to provide unparalleled insights into the trends and transformations within AI, Automation, and Big Data across various industries globally. With the backdrop of 9 collocated events, attendees will have an opportunity to engage extensively with the latest technological advancements shaping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https://www.conference2go.com/event/ai-big-data-expo-global-2025/</w:t>
        </w:r>
      </w:hyperlink>
      <w:r>
        <w:t xml:space="preserve"> - Corroborates the date and location of the AI &amp; Big Data Expo Global 2025, as well as the topics and speaker lineup.</w:t>
      </w:r>
      <w:r/>
    </w:p>
    <w:p>
      <w:pPr>
        <w:pStyle w:val="ListNumber"/>
        <w:spacing w:line="240" w:lineRule="auto"/>
        <w:ind w:left="720"/>
      </w:pPr>
      <w:r/>
      <w:hyperlink r:id="rId11">
        <w:r>
          <w:rPr>
            <w:color w:val="0000EE"/>
            <w:u w:val="single"/>
          </w:rPr>
          <w:t>https://www.ai-expo.net/global/</w:t>
        </w:r>
      </w:hyperlink>
      <w:r>
        <w:t xml:space="preserve"> - Provides details on the event's focus on Enterprise AI, Machine Learning, Security, Ethical AI, and other key topics, along with expected attendees and speakers.</w:t>
      </w:r>
      <w:r/>
    </w:p>
    <w:p>
      <w:pPr>
        <w:pStyle w:val="ListNumber"/>
        <w:spacing w:line="240" w:lineRule="auto"/>
        <w:ind w:left="720"/>
      </w:pPr>
      <w:r/>
      <w:hyperlink r:id="rId12">
        <w:r>
          <w:rPr>
            <w:color w:val="0000EE"/>
            <w:u w:val="single"/>
          </w:rPr>
          <w:t>https://www.eventbrite.co.uk/e/ai-big-data-expo-global-2025-tickets-895214128557</w:t>
        </w:r>
      </w:hyperlink>
      <w:r>
        <w:t xml:space="preserve"> - Confirms the date, time, and location of the event, as well as the expected number of attendees and the variety of professionals who will be present.</w:t>
      </w:r>
      <w:r/>
    </w:p>
    <w:p>
      <w:pPr>
        <w:pStyle w:val="ListNumber"/>
        <w:spacing w:line="240" w:lineRule="auto"/>
        <w:ind w:left="720"/>
      </w:pPr>
      <w:r/>
      <w:hyperlink r:id="rId13">
        <w:r>
          <w:rPr>
            <w:color w:val="0000EE"/>
            <w:u w:val="single"/>
          </w:rPr>
          <w:t>https://www.ai-expo.net/global/collateral/</w:t>
        </w:r>
      </w:hyperlink>
      <w:r>
        <w:t xml:space="preserve"> - Details the event's agenda, speaker lineup, and the co-located events, including IoT Tech, Unified Communications, and Cyber Security &amp; Cloud Expo.</w:t>
      </w:r>
      <w:r/>
    </w:p>
    <w:p>
      <w:pPr>
        <w:pStyle w:val="ListNumber"/>
        <w:spacing w:line="240" w:lineRule="auto"/>
        <w:ind w:left="720"/>
      </w:pPr>
      <w:r/>
      <w:hyperlink r:id="rId14">
        <w:r>
          <w:rPr>
            <w:color w:val="0000EE"/>
            <w:u w:val="single"/>
          </w:rPr>
          <w:t>https://www.ai-expo.net</w:t>
        </w:r>
      </w:hyperlink>
      <w:r>
        <w:t xml:space="preserve"> - Outlines the broader scope of the AI &amp; Big Data Expo World Series, including the number of attendees, speakers, and exhibitors, as well as the co-located events.</w:t>
      </w:r>
      <w:r/>
    </w:p>
    <w:p>
      <w:pPr>
        <w:pStyle w:val="ListNumber"/>
        <w:spacing w:line="240" w:lineRule="auto"/>
        <w:ind w:left="720"/>
      </w:pPr>
      <w:r/>
      <w:hyperlink r:id="rId11">
        <w:r>
          <w:rPr>
            <w:color w:val="0000EE"/>
            <w:u w:val="single"/>
          </w:rPr>
          <w:t>https://www.ai-expo.net/global/</w:t>
        </w:r>
      </w:hyperlink>
      <w:r>
        <w:t xml:space="preserve"> - Lists notable speakers and their affiliations, such as Rodger Werkhoven from Open AI, and highlights key topics like Responsible AI and Data Monetization.</w:t>
      </w:r>
      <w:r/>
    </w:p>
    <w:p>
      <w:pPr>
        <w:pStyle w:val="ListNumber"/>
        <w:spacing w:line="240" w:lineRule="auto"/>
        <w:ind w:left="720"/>
      </w:pPr>
      <w:r/>
      <w:hyperlink r:id="rId10">
        <w:r>
          <w:rPr>
            <w:color w:val="0000EE"/>
            <w:u w:val="single"/>
          </w:rPr>
          <w:t>https://www.conference2go.com/event/ai-big-data-expo-global-2025/</w:t>
        </w:r>
      </w:hyperlink>
      <w:r>
        <w:t xml:space="preserve"> - Supports the information on the high-level conferences and the focus on forward-thinking brands, market leaders, and hot start-ups.</w:t>
      </w:r>
      <w:r/>
    </w:p>
    <w:p>
      <w:pPr>
        <w:pStyle w:val="ListNumber"/>
        <w:spacing w:line="240" w:lineRule="auto"/>
        <w:ind w:left="720"/>
      </w:pPr>
      <w:r/>
      <w:hyperlink r:id="rId12">
        <w:r>
          <w:rPr>
            <w:color w:val="0000EE"/>
            <w:u w:val="single"/>
          </w:rPr>
          <w:t>https://www.eventbrite.co.uk/e/ai-big-data-expo-global-2025-tickets-895214128557</w:t>
        </w:r>
      </w:hyperlink>
      <w:r>
        <w:t xml:space="preserve"> - Confirms the event's emphasis on practical and successful implementation of AI &amp; Big Data in driving business forward.</w:t>
      </w:r>
      <w:r/>
    </w:p>
    <w:p>
      <w:pPr>
        <w:pStyle w:val="ListNumber"/>
        <w:spacing w:line="240" w:lineRule="auto"/>
        <w:ind w:left="720"/>
      </w:pPr>
      <w:r/>
      <w:hyperlink r:id="rId13">
        <w:r>
          <w:rPr>
            <w:color w:val="0000EE"/>
            <w:u w:val="single"/>
          </w:rPr>
          <w:t>https://www.ai-expo.net/global/collateral/</w:t>
        </w:r>
      </w:hyperlink>
      <w:r>
        <w:t xml:space="preserve"> - Details the exhibition floor and the presence of over 150 solution providers, such as Salesforce and Experian.</w:t>
      </w:r>
      <w:r/>
    </w:p>
    <w:p>
      <w:pPr>
        <w:pStyle w:val="ListNumber"/>
        <w:spacing w:line="240" w:lineRule="auto"/>
        <w:ind w:left="720"/>
      </w:pPr>
      <w:r/>
      <w:hyperlink r:id="rId14">
        <w:r>
          <w:rPr>
            <w:color w:val="0000EE"/>
            <w:u w:val="single"/>
          </w:rPr>
          <w:t>https://www.ai-expo.net</w:t>
        </w:r>
      </w:hyperlink>
      <w:r>
        <w:t xml:space="preserve"> - Explains the broader TechEx Events series and the opportunity for attendees to engage with the latest technological advancements across various industries.</w:t>
      </w:r>
      <w:r/>
    </w:p>
    <w:p>
      <w:pPr>
        <w:pStyle w:val="ListNumber"/>
        <w:spacing w:line="240" w:lineRule="auto"/>
        <w:ind w:left="720"/>
      </w:pPr>
      <w:r/>
      <w:hyperlink r:id="rId11">
        <w:r>
          <w:rPr>
            <w:color w:val="0000EE"/>
            <w:u w:val="single"/>
          </w:rPr>
          <w:t>https://www.ai-expo.net/global/</w:t>
        </w:r>
      </w:hyperlink>
      <w:r>
        <w:t xml:space="preserve"> - Highlights the panel discussions and sessions on ethical considerations, MLOps Excellence, and navigating different AI regulatory models.</w:t>
      </w:r>
      <w:r/>
    </w:p>
    <w:p>
      <w:pPr>
        <w:pStyle w:val="ListNumber"/>
        <w:spacing w:line="240" w:lineRule="auto"/>
        <w:ind w:left="720"/>
      </w:pPr>
      <w:r/>
      <w:hyperlink r:id="rId15">
        <w:r>
          <w:rPr>
            <w:color w:val="0000EE"/>
            <w:u w:val="single"/>
          </w:rPr>
          <w:t>https://thewomenleaders.com/ai-and-big-data-expo-global-adds-a-host-of-leading-industry-experts-to-the-agenda/?utm_source=rss&amp;utm_medium=rss&amp;utm_campaign=ai-and-big-data-expo-global-adds-a-host-of-leading-industry-experts-to-the-agenda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ference2go.com/event/ai-big-data-expo-global-2025/" TargetMode="External"/><Relationship Id="rId11" Type="http://schemas.openxmlformats.org/officeDocument/2006/relationships/hyperlink" Target="https://www.ai-expo.net/global/" TargetMode="External"/><Relationship Id="rId12" Type="http://schemas.openxmlformats.org/officeDocument/2006/relationships/hyperlink" Target="https://www.eventbrite.co.uk/e/ai-big-data-expo-global-2025-tickets-895214128557" TargetMode="External"/><Relationship Id="rId13" Type="http://schemas.openxmlformats.org/officeDocument/2006/relationships/hyperlink" Target="https://www.ai-expo.net/global/collateral/" TargetMode="External"/><Relationship Id="rId14" Type="http://schemas.openxmlformats.org/officeDocument/2006/relationships/hyperlink" Target="https://www.ai-expo.net" TargetMode="External"/><Relationship Id="rId15" Type="http://schemas.openxmlformats.org/officeDocument/2006/relationships/hyperlink" Target="https://thewomenleaders.com/ai-and-big-data-expo-global-adds-a-host-of-leading-industry-experts-to-the-agenda/?utm_source=rss&amp;utm_medium=rss&amp;utm_campaign=ai-and-big-data-expo-global-adds-a-host-of-leading-industry-experts-to-the-age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