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security: Empowering your team, protecting your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pivotal presentation titled "AI-Powered Security: Empowering Your Team, Protecting Your Future" addresses the transformative impact of artificial intelligence in bolstering modern security measures. This event focuses on the role AI plays in preemptively countering cyber threats through advanced predictive analytics and real-time threat detection. The session also underscores the critical importance of adhering to ethical AI practices, including the principles of transparency and fairness.</w:t>
      </w:r>
      <w:r/>
    </w:p>
    <w:p>
      <w:r/>
      <w:r>
        <w:t>The presentation underscores various practical applications of AI, which help in automating tasks, identifying data patterns and inconsistencies, and enhancing incident response capabilities, thereby offering a transformative edge to security teams. This comprehensive approach to incorporating AI into security strategies signifies a significant shift in how organisations can safeguard their digital assets.</w:t>
      </w:r>
      <w:r/>
    </w:p>
    <w:p>
      <w:r/>
      <w:r>
        <w:t>The importance of effective communication with leadership emerges as a central theme, emphasizing the need to articulate AI's value in alignment with overarching business goals. This dialogue is crucial for securing organisational support for AI-driven initiatives. The discussion also extends to evolving cyber threats and emerging trends, equipping security professionals and leaders with the essential insights required to leverage AI effectively for heightened protection and resilience in the face of digital challenges.</w:t>
      </w:r>
      <w:r/>
    </w:p>
    <w:p>
      <w:r/>
      <w:r>
        <w:t>The webinar is led by Pam Nigro, an esteemed ISACA Board Director and Vice President of Security and Security Officer at Medecision. Nigro will explore the significance of AI in the security domain, outline best practices for ethical AI deployment, detail the transformation of security teams through AI, delve into intelligence extraction from data, and elaborate on practical applications, leadership communication, prevailing challenges, and prospective future trends.</w:t>
      </w:r>
      <w:r/>
    </w:p>
    <w:p>
      <w:r/>
      <w:r>
        <w:t>Participants in this educational webinar will gain critical insights, such as recognising the necessity of responsible AI practices for successful deployment, understanding how AI enhances the proactivity and efficiency of security teams, appreciating the value of data intelligence in threat identification and mitigation, and learning the importance of effective leadership communication for garnering support of AI projects.</w:t>
      </w:r>
      <w:r/>
    </w:p>
    <w:p>
      <w:r/>
      <w:r>
        <w:t>The presentation is offered by BNP Media, an IACET-accredited provider, allowing attendees to earn Continuing Education Units (CEUs) in line with ANSI/IACET standards. These CEUs may contribute towards Continuing Professional Education (CPE) credits for ASIS recertification. Additionally, the training might fulfil continuing education requirements for recertification activities through NICET, with students eligible to claim one Continuing Professional Development (CPD) point per hour of instruction as they expand their knowledge pertaining to their NICET certifications.</w:t>
      </w:r>
      <w:r/>
    </w:p>
    <w:p>
      <w:r/>
      <w:r>
        <w:t>In summary, this informative session is expected to equip participants with the knowledge and skills necessary to integrate AI effectively within security frameworks, ensuring a future-ready, resilient security strategy in the rapidly evolving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https://www.hornetsecurity.com/en/blog/impact-of-ai-on-cyber-security/</w:t>
        </w:r>
      </w:hyperlink>
      <w:r>
        <w:t xml:space="preserve"> - This article explains how AI enhances cybersecurity through predictive analytics, real-time threat detection, and automating tasks, which aligns with the presentation's focus on AI's transformative impact.</w:t>
      </w:r>
      <w:r/>
    </w:p>
    <w:p>
      <w:pPr>
        <w:pStyle w:val="ListNumber"/>
        <w:spacing w:line="240" w:lineRule="auto"/>
        <w:ind w:left="720"/>
      </w:pPr>
      <w:r/>
      <w:hyperlink r:id="rId11">
        <w:r>
          <w:rPr>
            <w:color w:val="0000EE"/>
            <w:u w:val="single"/>
          </w:rPr>
          <w:t>https://www.slideteam.net/blog/top-10-artificial-intelligence-in-cyber-security-presentation-templates-with-examples-and-samples</w:t>
        </w:r>
      </w:hyperlink>
      <w:r>
        <w:t xml:space="preserve"> - This resource outlines the benefits and applications of AI in cybersecurity, including automation, threat detection, and proactive measures, supporting the presentation's practical applications of AI.</w:t>
      </w:r>
      <w:r/>
    </w:p>
    <w:p>
      <w:pPr>
        <w:pStyle w:val="ListNumber"/>
        <w:spacing w:line="240" w:lineRule="auto"/>
        <w:ind w:left="720"/>
      </w:pPr>
      <w:r/>
      <w:hyperlink r:id="rId12">
        <w:r>
          <w:rPr>
            <w:color w:val="0000EE"/>
            <w:u w:val="single"/>
          </w:rPr>
          <w:t>https://www.isaca.org/resources/news-and-trends/isaca-now-blog/2024/the-need-for-ai-powered-cybersecurity-to-tackle-ai-driven-cyberattacks</w:t>
        </w:r>
      </w:hyperlink>
      <w:r>
        <w:t xml:space="preserve"> - This article discusses the necessity of AI-powered cybersecurity to counter AI-driven cyberattacks, emphasizing the importance of ethical AI practices and real-time threat detection.</w:t>
      </w:r>
      <w:r/>
    </w:p>
    <w:p>
      <w:pPr>
        <w:pStyle w:val="ListNumber"/>
        <w:spacing w:line="240" w:lineRule="auto"/>
        <w:ind w:left="720"/>
      </w:pPr>
      <w:r/>
      <w:hyperlink r:id="rId13">
        <w:r>
          <w:rPr>
            <w:color w:val="0000EE"/>
            <w:u w:val="single"/>
          </w:rPr>
          <w:t>https://www.securityindustry.org/2024/03/19/how-ai-can-transform-integrated-security/</w:t>
        </w:r>
      </w:hyperlink>
      <w:r>
        <w:t xml:space="preserve"> - This article highlights AI's role in integrated security, including predictive analysis, real-time monitoring, and automated incident response, which are key aspects of the presentation.</w:t>
      </w:r>
      <w:r/>
    </w:p>
    <w:p>
      <w:pPr>
        <w:pStyle w:val="ListNumber"/>
        <w:spacing w:line="240" w:lineRule="auto"/>
        <w:ind w:left="720"/>
      </w:pPr>
      <w:r/>
      <w:hyperlink r:id="rId14">
        <w:r>
          <w:rPr>
            <w:color w:val="0000EE"/>
            <w:u w:val="single"/>
          </w:rPr>
          <w:t>https://www.sans.org/ai/</w:t>
        </w:r>
      </w:hyperlink>
      <w:r>
        <w:t xml:space="preserve"> - This resource provides insights into how AI enhances cybersecurity through real-time threat detection, predictive analysis, and automated incident response, aligning with the presentation's themes.</w:t>
      </w:r>
      <w:r/>
    </w:p>
    <w:p>
      <w:pPr>
        <w:pStyle w:val="ListNumber"/>
        <w:spacing w:line="240" w:lineRule="auto"/>
        <w:ind w:left="720"/>
      </w:pPr>
      <w:r/>
      <w:hyperlink r:id="rId10">
        <w:r>
          <w:rPr>
            <w:color w:val="0000EE"/>
            <w:u w:val="single"/>
          </w:rPr>
          <w:t>https://www.hornetsecurity.com/en/blog/impact-of-ai-on-cyber-security/</w:t>
        </w:r>
      </w:hyperlink>
      <w:r>
        <w:t xml:space="preserve"> - This article details how AI improves security by analyzing data to identify vulnerabilities and ensuring compliance with regulations, supporting the presentation's emphasis on data intelligence and ethical practices.</w:t>
      </w:r>
      <w:r/>
    </w:p>
    <w:p>
      <w:pPr>
        <w:pStyle w:val="ListNumber"/>
        <w:spacing w:line="240" w:lineRule="auto"/>
        <w:ind w:left="720"/>
      </w:pPr>
      <w:r/>
      <w:hyperlink r:id="rId11">
        <w:r>
          <w:rPr>
            <w:color w:val="0000EE"/>
            <w:u w:val="single"/>
          </w:rPr>
          <w:t>https://www.slideteam.net/blog/top-10-artificial-intelligence-in-cyber-security-presentation-templates-with-examples-and-samples</w:t>
        </w:r>
      </w:hyperlink>
      <w:r>
        <w:t xml:space="preserve"> - This presentation template outlines the importance of effective communication with leadership and the need to articulate AI's value in alignment with business goals, a central theme in the presentation.</w:t>
      </w:r>
      <w:r/>
    </w:p>
    <w:p>
      <w:pPr>
        <w:pStyle w:val="ListNumber"/>
        <w:spacing w:line="240" w:lineRule="auto"/>
        <w:ind w:left="720"/>
      </w:pPr>
      <w:r/>
      <w:hyperlink r:id="rId12">
        <w:r>
          <w:rPr>
            <w:color w:val="0000EE"/>
            <w:u w:val="single"/>
          </w:rPr>
          <w:t>https://www.isaca.org/resources/news-and-trends/isaca-now-blog/2024/the-need-for-ai-powered-cybersecurity-to-tackle-ai-driven-cyberattacks</w:t>
        </w:r>
      </w:hyperlink>
      <w:r>
        <w:t xml:space="preserve"> - This article discusses the evolving cyber threats and the need for AI-powered solutions, which is a key topic in the presentation on leveraging AI for heightened protection.</w:t>
      </w:r>
      <w:r/>
    </w:p>
    <w:p>
      <w:pPr>
        <w:pStyle w:val="ListNumber"/>
        <w:spacing w:line="240" w:lineRule="auto"/>
        <w:ind w:left="720"/>
      </w:pPr>
      <w:r/>
      <w:hyperlink r:id="rId13">
        <w:r>
          <w:rPr>
            <w:color w:val="0000EE"/>
            <w:u w:val="single"/>
          </w:rPr>
          <w:t>https://www.securityindustry.org/2024/03/19/how-ai-can-transform-integrated-security/</w:t>
        </w:r>
      </w:hyperlink>
      <w:r>
        <w:t xml:space="preserve"> - This article emphasizes the importance of human-AI collaboration and the need for ethical judgments in AI deployment, supporting the presentation's focus on responsible AI practices.</w:t>
      </w:r>
      <w:r/>
    </w:p>
    <w:p>
      <w:pPr>
        <w:pStyle w:val="ListNumber"/>
        <w:spacing w:line="240" w:lineRule="auto"/>
        <w:ind w:left="720"/>
      </w:pPr>
      <w:r/>
      <w:hyperlink r:id="rId14">
        <w:r>
          <w:rPr>
            <w:color w:val="0000EE"/>
            <w:u w:val="single"/>
          </w:rPr>
          <w:t>https://www.sans.org/ai/</w:t>
        </w:r>
      </w:hyperlink>
      <w:r>
        <w:t xml:space="preserve"> - This resource highlights the scalability and constant vigilance of AI systems, which are crucial for providing uninterrupted protection against cyber threats, as discussed in the presentation.</w:t>
      </w:r>
      <w:r/>
    </w:p>
    <w:p>
      <w:pPr>
        <w:pStyle w:val="ListNumber"/>
        <w:spacing w:line="240" w:lineRule="auto"/>
        <w:ind w:left="720"/>
      </w:pPr>
      <w:r/>
      <w:hyperlink r:id="rId10">
        <w:r>
          <w:rPr>
            <w:color w:val="0000EE"/>
            <w:u w:val="single"/>
          </w:rPr>
          <w:t>https://www.hornetsecurity.com/en/blog/impact-of-ai-on-cyber-security/</w:t>
        </w:r>
      </w:hyperlink>
      <w:r>
        <w:t xml:space="preserve"> - This article explains how AI assists in creating records for system users and connections, enhancing endpoint protection, and guiding incident responses, all of which are practical applications mentioned in the presentation.</w:t>
      </w:r>
      <w:r/>
    </w:p>
    <w:p>
      <w:pPr>
        <w:pStyle w:val="ListNumber"/>
        <w:spacing w:line="240" w:lineRule="auto"/>
        <w:ind w:left="720"/>
      </w:pPr>
      <w:r/>
      <w:hyperlink r:id="rId15">
        <w:r>
          <w:rPr>
            <w:color w:val="0000EE"/>
            <w:u w:val="single"/>
          </w:rPr>
          <w:t>https://news.google.com/rss/articles/CBMirAFBVV95cUxQZi0zeHJfVFc1Uy13ZHFOU0xZcHVjdVRzakg1UzFISDVFaEQwODFtbzAtVHQtMXQ2OC1URXg1Z3h0VEV5b21vX0VQMmRtdWJDS3VUZjFwVEhHXzhXNVQ1d0VZT0lMV2ZJZ2U2Z0ZKNFJVRndZOFZVRnpRSzlWblhKd3MyZVRTa1RmdlhiZlBzbzF1NGkzckZKUGZ5ZTdBWm9pa0FxVVJoLS1CVzFl?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rnetsecurity.com/en/blog/impact-of-ai-on-cyber-security/" TargetMode="External"/><Relationship Id="rId11" Type="http://schemas.openxmlformats.org/officeDocument/2006/relationships/hyperlink" Target="https://www.slideteam.net/blog/top-10-artificial-intelligence-in-cyber-security-presentation-templates-with-examples-and-samples" TargetMode="External"/><Relationship Id="rId12" Type="http://schemas.openxmlformats.org/officeDocument/2006/relationships/hyperlink" Target="https://www.isaca.org/resources/news-and-trends/isaca-now-blog/2024/the-need-for-ai-powered-cybersecurity-to-tackle-ai-driven-cyberattacks" TargetMode="External"/><Relationship Id="rId13" Type="http://schemas.openxmlformats.org/officeDocument/2006/relationships/hyperlink" Target="https://www.securityindustry.org/2024/03/19/how-ai-can-transform-integrated-security/" TargetMode="External"/><Relationship Id="rId14" Type="http://schemas.openxmlformats.org/officeDocument/2006/relationships/hyperlink" Target="https://www.sans.org/ai/" TargetMode="External"/><Relationship Id="rId15" Type="http://schemas.openxmlformats.org/officeDocument/2006/relationships/hyperlink" Target="https://news.google.com/rss/articles/CBMirAFBVV95cUxQZi0zeHJfVFc1Uy13ZHFOU0xZcHVjdVRzakg1UzFISDVFaEQwODFtbzAtVHQtMXQ2OC1URXg1Z3h0VEV5b21vX0VQMmRtdWJDS3VUZjFwVEhHXzhXNVQ1d0VZT0lMV2ZJZ2U2Z0ZKNFJVRndZOFZVRnpRSzlWblhKd3MyZVRTa1RmdlhiZlBzbzF1NGkzckZKUGZ5ZTdBWm9pa0FxVVJoLS1CVzFl?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