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researchers pioneer digital exploration with AIRIS in Minecraft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researchers are delving into new territories with the deployment of an advanced learning algorithm, AIRIS (Autonomous Intelligent Reinforcement Inferred Symbolism), within the expansive digital universe of Minecraft. This initiative, spearheaded by the AI development enterprise SingularityNET in collaboration with the Artificial Superintelligence Alliance (ASI Alliance), showcases a novel approach to artificial intelligence by positioning it in a complex 3D environment, enabling it to learn autonomously through interaction and exploration.</w:t>
      </w:r>
      <w:r/>
    </w:p>
    <w:p>
      <w:r/>
      <w:r>
        <w:t>Unlike previous AI models, which often learned through simpler, linear 2D scenarios, AIRIS exhibits a capacity to navigate and comprehend the intricacies of Minecraft's diverse and open-ended environment. The project presents an opportunity to assess how AI can autonomously formulate objectives and solve problems without explicit instructions. Minecraft offers the ideal grounds for such exploration due to its structural complexity, widespread popularity, and suitability as a benchmark for Reinforcement Learning algorithms.</w:t>
      </w:r>
      <w:r/>
    </w:p>
    <w:p>
      <w:r/>
      <w:r>
        <w:t xml:space="preserve">Representatives from SingularityNET and ASI Alliance explained that their choice of Minecraft was guided by its complexity and flexibility, which allows for an open-ended learning process. This choice is bolstered by the game's existing role as a benchmark for AI, facilitating direct comparison with existing learning algorithms. </w:t>
      </w:r>
      <w:r/>
    </w:p>
    <w:p>
      <w:r/>
      <w:r>
        <w:t>AIRIS operates by processing two primary types of inputs: a virtual 5 x 5 x 5 grid that provides the agent with a perspective of its surrounding blocks, and the coordinates of its location within the game world. The AI is initially equipped to perform a set of 16 basic actions, encompassing movement and jumping, thereby enabling it to navigate its environment. Future iterations of AIRIS are expected to enhance its capabilities further, incorporating actions such as mining, resource collecting, crafting, and combat.</w:t>
      </w:r>
      <w:r/>
    </w:p>
    <w:p>
      <w:r/>
      <w:r>
        <w:t>In its exploratory mode, AIRIS builds a map of its environment, which it can display using a visualisation tool. The AI learns to navigate through various kinds of terrain — forests, mountains, caves — adapting and responding to obstacles as they arise. This is referred to as 'Free Roam' mode, where the AI scouts out unvisited areas to complete its internal map. If given specific coordinates, AIRIS switches from exploration to targeted navigation, journeying to specified locations, whether atop a mountain or within the depths of a cave.</w:t>
      </w:r>
      <w:r/>
    </w:p>
    <w:p>
      <w:r/>
      <w:r>
        <w:t>What distinguishes AIRIS from conventional Reinforcement Learning models is its ability to explore and navigate previously unseen areas without prior data or exhaustive training episodes, which marks an advance in AI adaptability and autonomy.</w:t>
      </w:r>
      <w:r/>
    </w:p>
    <w:p>
      <w:r/>
      <w:r>
        <w:t>The implications for game development and software testing are substantial. AIRIS could revolutionise the process of quality assurance, autonomously conducting bug and stress tests across expansive game worlds like that of Fallout 4, documenting any irregularities it encounters with non-playable characters or other game elements. Such capabilities promise to streamline the often tedious task of game testing, allowing human developers to focus on reviewing AI-documented phenomena.</w:t>
      </w:r>
      <w:r/>
    </w:p>
    <w:p>
      <w:r/>
      <w:r>
        <w:t>AIRIS's experimental deployment in Minecraft signifies a profound advancement in AI research, marking a pivotal move towards the self-directed learning of complex, omnidirectional virtual environments. This development is eagerly watched by AI enthusiasts and researchers, signifying potential future applications across various digital platforms and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https://theoutpost.ai/news-story/airis-a-self-learning-ai-explores-minecraft-paving-the-way-for-agi-development-8008/</w:t>
        </w:r>
      </w:hyperlink>
      <w:r>
        <w:t xml:space="preserve"> - This article explains the launch of AIRIS by SingularityNET and ASI Alliance, highlighting its ability to learn and adapt in Minecraft's complex 3D environment.</w:t>
      </w:r>
      <w:r/>
    </w:p>
    <w:p>
      <w:pPr>
        <w:pStyle w:val="ListNumber"/>
        <w:spacing w:line="240" w:lineRule="auto"/>
        <w:ind w:left="720"/>
      </w:pPr>
      <w:r/>
      <w:hyperlink r:id="rId10">
        <w:r>
          <w:rPr>
            <w:color w:val="0000EE"/>
            <w:u w:val="single"/>
          </w:rPr>
          <w:t>https://theoutpost.ai/news-story/airis-a-self-learning-ai-explores-minecraft-paving-the-way-for-agi-development-8008/</w:t>
        </w:r>
      </w:hyperlink>
      <w:r>
        <w:t xml:space="preserve"> - It details how AIRIS navigates and adapts in Minecraft, marking a significant step towards artificial general intelligence (AGI).</w:t>
      </w:r>
      <w:r/>
    </w:p>
    <w:p>
      <w:pPr>
        <w:pStyle w:val="ListNumber"/>
        <w:spacing w:line="240" w:lineRule="auto"/>
        <w:ind w:left="720"/>
      </w:pPr>
      <w:r/>
      <w:hyperlink r:id="rId11">
        <w:r>
          <w:rPr>
            <w:color w:val="0000EE"/>
            <w:u w:val="single"/>
          </w:rPr>
          <w:t>https://lifeboat.com/blog/2024/11/singularitynet-asi-alliance-launch-self-learning-proto-agi-in-minecraft</w:t>
        </w:r>
      </w:hyperlink>
      <w:r>
        <w:t xml:space="preserve"> - This source confirms the collaboration between SingularityNET and ASI Alliance and the choice of Minecraft for its complexity and suitability as a benchmark for Reinforcement Learning.</w:t>
      </w:r>
      <w:r/>
    </w:p>
    <w:p>
      <w:pPr>
        <w:pStyle w:val="ListNumber"/>
        <w:spacing w:line="240" w:lineRule="auto"/>
        <w:ind w:left="720"/>
      </w:pPr>
      <w:r/>
      <w:hyperlink r:id="rId12">
        <w:r>
          <w:rPr>
            <w:color w:val="0000EE"/>
            <w:u w:val="single"/>
          </w:rPr>
          <w:t>https://en.cryptonomist.ch/2024/11/07/airis-the-artificial-intelligence-ai-of-asi-alliance-that-learns-and-adapts-on-minecraft/</w:t>
        </w:r>
      </w:hyperlink>
      <w:r>
        <w:t xml:space="preserve"> - The article discusses how AIRIS learns and adapts independently in Minecraft, setting new standards for AI technology and moving towards AGI.</w:t>
      </w:r>
      <w:r/>
    </w:p>
    <w:p>
      <w:pPr>
        <w:pStyle w:val="ListNumber"/>
        <w:spacing w:line="240" w:lineRule="auto"/>
        <w:ind w:left="720"/>
      </w:pPr>
      <w:r/>
      <w:hyperlink r:id="rId12">
        <w:r>
          <w:rPr>
            <w:color w:val="0000EE"/>
            <w:u w:val="single"/>
          </w:rPr>
          <w:t>https://en.cryptonomist.ch/2024/11/07/airis-the-artificial-intelligence-ai-of-asi-alliance-that-learns-and-adapts-on-minecraft/</w:t>
        </w:r>
      </w:hyperlink>
      <w:r>
        <w:t xml:space="preserve"> - It explains the role of technological partners like SingularityNET, Fetch.ai, and Ocean Data in enhancing AIRIS's capabilities.</w:t>
      </w:r>
      <w:r/>
    </w:p>
    <w:p>
      <w:pPr>
        <w:pStyle w:val="ListNumber"/>
        <w:spacing w:line="240" w:lineRule="auto"/>
        <w:ind w:left="720"/>
      </w:pPr>
      <w:r/>
      <w:hyperlink r:id="rId10">
        <w:r>
          <w:rPr>
            <w:color w:val="0000EE"/>
            <w:u w:val="single"/>
          </w:rPr>
          <w:t>https://theoutpost.ai/news-story/airis-a-self-learning-ai-explores-minecraft-paving-the-way-for-agi-development-8008/</w:t>
        </w:r>
      </w:hyperlink>
      <w:r>
        <w:t xml:space="preserve"> - This source details AIRIS's initial capabilities, including performing 16 different actions like moving and jumping, and future plans to expand these actions.</w:t>
      </w:r>
      <w:r/>
    </w:p>
    <w:p>
      <w:pPr>
        <w:pStyle w:val="ListNumber"/>
        <w:spacing w:line="240" w:lineRule="auto"/>
        <w:ind w:left="720"/>
      </w:pPr>
      <w:r/>
      <w:hyperlink r:id="rId12">
        <w:r>
          <w:rPr>
            <w:color w:val="0000EE"/>
            <w:u w:val="single"/>
          </w:rPr>
          <w:t>https://en.cryptonomist.ch/2024/11/07/airis-the-artificial-intelligence-ai-of-asi-alliance-that-learns-and-adapts-on-minecraft/</w:t>
        </w:r>
      </w:hyperlink>
      <w:r>
        <w:t xml:space="preserve"> - The article describes AIRIS's 'Free Roam' mode, where it builds an internal map and adapts to various terrains and obstacles.</w:t>
      </w:r>
      <w:r/>
    </w:p>
    <w:p>
      <w:pPr>
        <w:pStyle w:val="ListNumber"/>
        <w:spacing w:line="240" w:lineRule="auto"/>
        <w:ind w:left="720"/>
      </w:pPr>
      <w:r/>
      <w:hyperlink r:id="rId11">
        <w:r>
          <w:rPr>
            <w:color w:val="0000EE"/>
            <w:u w:val="single"/>
          </w:rPr>
          <w:t>https://lifeboat.com/blog/2024/11/singularitynet-asi-alliance-launch-self-learning-proto-agi-in-minecraft</w:t>
        </w:r>
      </w:hyperlink>
      <w:r>
        <w:t xml:space="preserve"> - This source highlights AIRIS's ability to explore and navigate previously unseen areas without prior data or exhaustive training episodes.</w:t>
      </w:r>
      <w:r/>
    </w:p>
    <w:p>
      <w:pPr>
        <w:pStyle w:val="ListNumber"/>
        <w:spacing w:line="240" w:lineRule="auto"/>
        <w:ind w:left="720"/>
      </w:pPr>
      <w:r/>
      <w:hyperlink r:id="rId12">
        <w:r>
          <w:rPr>
            <w:color w:val="0000EE"/>
            <w:u w:val="single"/>
          </w:rPr>
          <w:t>https://en.cryptonomist.ch/2024/11/07/airis-the-artificial-intelligence-ai-of-asi-alliance-that-learns-and-adapts-on-minecraft/</w:t>
        </w:r>
      </w:hyperlink>
      <w:r>
        <w:t xml:space="preserve"> - The article discusses the potential future applications of AIRIS, including autonomous robots, intelligent assistants, and sectors like home automation and industrial robotics.</w:t>
      </w:r>
      <w:r/>
    </w:p>
    <w:p>
      <w:pPr>
        <w:pStyle w:val="ListNumber"/>
        <w:spacing w:line="240" w:lineRule="auto"/>
        <w:ind w:left="720"/>
      </w:pPr>
      <w:r/>
      <w:hyperlink r:id="rId10">
        <w:r>
          <w:rPr>
            <w:color w:val="0000EE"/>
            <w:u w:val="single"/>
          </w:rPr>
          <w:t>https://theoutpost.ai/news-story/airis-a-self-learning-ai-explores-minecraft-paving-the-way-for-agi-development-8008/</w:t>
        </w:r>
      </w:hyperlink>
      <w:r>
        <w:t xml:space="preserve"> - This source explains how AIRIS's deployment in Minecraft represents a new approach to AI and gaming, allowing for real-time learning and adaptation.</w:t>
      </w:r>
      <w:r/>
    </w:p>
    <w:p>
      <w:pPr>
        <w:pStyle w:val="ListNumber"/>
        <w:spacing w:line="240" w:lineRule="auto"/>
        <w:ind w:left="720"/>
      </w:pPr>
      <w:r/>
      <w:hyperlink r:id="rId13">
        <w:r>
          <w:rPr>
            <w:color w:val="0000EE"/>
            <w:u w:val="single"/>
          </w:rPr>
          <w:t>https://twitter.com/ASI_Alliance/status/1854162426075258956</w:t>
        </w:r>
      </w:hyperlink>
      <w:r>
        <w:t xml:space="preserve"> - This tweet from ASI Alliance confirms the significance of AIRIS's transition to 3D environments and its role in advancing AGI development.</w:t>
      </w:r>
      <w:r/>
    </w:p>
    <w:p>
      <w:pPr>
        <w:pStyle w:val="ListNumber"/>
        <w:spacing w:line="240" w:lineRule="auto"/>
        <w:ind w:left="720"/>
      </w:pPr>
      <w:r/>
      <w:hyperlink r:id="rId14">
        <w:r>
          <w:rPr>
            <w:color w:val="0000EE"/>
            <w:u w:val="single"/>
          </w:rPr>
          <w:t>https://venturebeat.com/games/airis-is-a-learning-ai-teaching-itself-how-to-play-minecraft/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outpost.ai/news-story/airis-a-self-learning-ai-explores-minecraft-paving-the-way-for-agi-development-8008/" TargetMode="External"/><Relationship Id="rId11" Type="http://schemas.openxmlformats.org/officeDocument/2006/relationships/hyperlink" Target="https://lifeboat.com/blog/2024/11/singularitynet-asi-alliance-launch-self-learning-proto-agi-in-minecraft" TargetMode="External"/><Relationship Id="rId12" Type="http://schemas.openxmlformats.org/officeDocument/2006/relationships/hyperlink" Target="https://en.cryptonomist.ch/2024/11/07/airis-the-artificial-intelligence-ai-of-asi-alliance-that-learns-and-adapts-on-minecraft/" TargetMode="External"/><Relationship Id="rId13" Type="http://schemas.openxmlformats.org/officeDocument/2006/relationships/hyperlink" Target="https://twitter.com/ASI_Alliance/status/1854162426075258956" TargetMode="External"/><Relationship Id="rId14" Type="http://schemas.openxmlformats.org/officeDocument/2006/relationships/hyperlink" Target="https://venturebeat.com/games/airis-is-a-learning-ai-teaching-itself-how-to-play-minecra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