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enables early detection of lung cancer in Scottish grandmother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medical diagnostics, an AI-assisted process has successfully detected a lung tumour in a Scottish grandmother, paving the way for a life-saving operation. Diane McCallum, aged 60 from Bishopbriggs, underwent surgery to remove a tumour from her right lung after AI technology flagged the abnormality during a standard X-ray at Stobhill Hospital in Glasgow.</w:t>
      </w:r>
      <w:r/>
    </w:p>
    <w:p>
      <w:r/>
      <w:r>
        <w:t>Diane first sought medical advice in May after experiencing a persistent cough. She was subsequently referred for an X-ray, and less than 24 hours later, radiologists contacted her with news of the detected anomaly. The AI software, part of the RADICAL (Radiograph Accelerated Detection and Identification of Cancer of the Lung) trial under NHS Greater Glasgow and Clyde, played a crucial role in this expedited process.</w:t>
      </w:r>
      <w:r/>
    </w:p>
    <w:p>
      <w:r/>
      <w:r>
        <w:t>The implementation of AI seeks to revolutionise the way lung cancer is diagnosed by quickly distinguishing between normal and abnormal chest X-rays. This technology facilitates the prioritisation of patient cases, effectively reducing the time from weeks to days for patients to receive care.</w:t>
      </w:r>
      <w:r/>
    </w:p>
    <w:p>
      <w:r/>
      <w:r>
        <w:t>After the AI detected an abnormality in Diane's X-ray, her GP was promptly notified, and she was scheduled for a CT scan. The scan confirmed the presence of a cancerous growth, and Diane was quickly slated for robotic keyhole surgery, which took place eight weeks after her initial consultation. The surgical procedure involved removing the upper lobe of her right lung, a move deemed necessary to curb the rapid growth of the tumour.</w:t>
      </w:r>
      <w:r/>
    </w:p>
    <w:p>
      <w:r/>
      <w:r>
        <w:t>Following her operation, Diane is now undergoing preventative chemotherapy to minimise the risk of cancer recurrence. In a conversation with STV News, she expressed her gratitude for the efficiency brought about by the AI system, stating, "Without AI, I might not have even been diagnosed yet... that could have been weeks or a month before anything even started."</w:t>
      </w:r>
      <w:r/>
    </w:p>
    <w:p>
      <w:r/>
      <w:r>
        <w:t>Diane’s case is a testament to the potential impact of AI in healthcare, particularly in the early detection and treatment of life-threatening conditions like lung cancer. Respiratory consultant Dr John Maclay, who treated Diane at Glasgow Royal Infirmary, emphasised that AI technology is designed to support, rather than replace, healthcare professionals. He noted, "That results in Diane getting a CT scan quickly, an appointment in the clinic, her diagnosis and management of cancer dealt with quickly."</w:t>
      </w:r>
      <w:r/>
    </w:p>
    <w:p>
      <w:r/>
      <w:r>
        <w:t>The RADICAL trial is being supported by the West of Scotland Innovation Hub, ensuring that the application of AI in diagnostics is both safe and ethical. Katriona Brooksbank, the Head of the Hub, stressed the importance of deploying technology that complements human expertise, facilitating timely clinical care for patients.</w:t>
      </w:r>
      <w:r/>
    </w:p>
    <w:p>
      <w:r/>
      <w:r>
        <w:t>This innovative use of AI not only benefits individual patients but has been implemented across the health board to aid in the early detection of suspicious anomalies, potentially transforming cancer diagnosis and treatment. The AI-driven approach holds promise for broader applications in healthcare, bolstering both the speed and accuracy of medical diagnostics.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https://www.qure.ai/news_press_coverages/nhs-greater-glasgow-and-clyde-deploys-multi-site-ai-for-earlier-detection-of-lung-cancer</w:t>
        </w:r>
      </w:hyperlink>
      <w:r>
        <w:t xml:space="preserve"> - Corroborates the implementation of AI-powered chest X-ray reporting solution qXR in NHS Greater Glasgow and Clyde to detect lung cancer earlier.</w:t>
      </w:r>
      <w:r/>
    </w:p>
    <w:p>
      <w:pPr>
        <w:pStyle w:val="ListNumber"/>
        <w:spacing w:line="240" w:lineRule="auto"/>
        <w:ind w:left="720"/>
      </w:pPr>
      <w:r/>
      <w:hyperlink r:id="rId11">
        <w:r>
          <w:rPr>
            <w:color w:val="0000EE"/>
            <w:u w:val="single"/>
          </w:rPr>
          <w:t>https://www.radmagazine.com/nhs-greater-glasgow-and-clyde-deploys-ai-for-earlier-detection-of-lung-cancer/</w:t>
        </w:r>
      </w:hyperlink>
      <w:r>
        <w:t xml:space="preserve"> - Supports the details of the AI-powered chest X-ray reporting solution qXR and its role in streamlining the patient pathway to CT scan or treatment planning.</w:t>
      </w:r>
      <w:r/>
    </w:p>
    <w:p>
      <w:pPr>
        <w:pStyle w:val="ListNumber"/>
        <w:spacing w:line="240" w:lineRule="auto"/>
        <w:ind w:left="720"/>
      </w:pPr>
      <w:r/>
      <w:hyperlink r:id="rId12">
        <w:r>
          <w:rPr>
            <w:color w:val="0000EE"/>
            <w:u w:val="single"/>
          </w:rPr>
          <w:t>https://live.nhsggc.scot/nhsggc-trials-ai-powered-x-rays-in-fight-against-lung-cancer/</w:t>
        </w:r>
      </w:hyperlink>
      <w:r>
        <w:t xml:space="preserve"> - Provides information on the RADICAL trial and the use of AI to detect lung cancer early, including the involvement of the West of Scotland Innovation Hub.</w:t>
      </w:r>
      <w:r/>
    </w:p>
    <w:p>
      <w:pPr>
        <w:pStyle w:val="ListNumber"/>
        <w:spacing w:line="240" w:lineRule="auto"/>
        <w:ind w:left="720"/>
      </w:pPr>
      <w:r/>
      <w:hyperlink r:id="rId13">
        <w:r>
          <w:rPr>
            <w:color w:val="0000EE"/>
            <w:u w:val="single"/>
          </w:rPr>
          <w:t>https://www.gov.uk/government/news/ai-to-speed-up-lung-cancer-diagnosis-deployed-in-nhs-hospitals</w:t>
        </w:r>
      </w:hyperlink>
      <w:r>
        <w:t xml:space="preserve"> - Details the broader UK initiative to deploy AI tools in NHS hospitals to speed up lung cancer diagnosis and treatment.</w:t>
      </w:r>
      <w:r/>
    </w:p>
    <w:p>
      <w:pPr>
        <w:pStyle w:val="ListNumber"/>
        <w:spacing w:line="240" w:lineRule="auto"/>
        <w:ind w:left="720"/>
      </w:pPr>
      <w:r/>
      <w:hyperlink r:id="rId10">
        <w:r>
          <w:rPr>
            <w:color w:val="0000EE"/>
            <w:u w:val="single"/>
          </w:rPr>
          <w:t>https://www.qure.ai/news_press_coverages/nhs-greater-glasgow-and-clyde-deploys-multi-site-ai-for-earlier-detection-of-lung-cancer</w:t>
        </w:r>
      </w:hyperlink>
      <w:r>
        <w:t xml:space="preserve"> - Explains how the AI technology automatically segregates normal chest X-rays and flags abnormalities, prioritizing patient case reporting.</w:t>
      </w:r>
      <w:r/>
    </w:p>
    <w:p>
      <w:pPr>
        <w:pStyle w:val="ListNumber"/>
        <w:spacing w:line="240" w:lineRule="auto"/>
        <w:ind w:left="720"/>
      </w:pPr>
      <w:r/>
      <w:hyperlink r:id="rId11">
        <w:r>
          <w:rPr>
            <w:color w:val="0000EE"/>
            <w:u w:val="single"/>
          </w:rPr>
          <w:t>https://www.radmagazine.com/nhs-greater-glasgow-and-clyde-deploys-ai-for-earlier-detection-of-lung-cancer/</w:t>
        </w:r>
      </w:hyperlink>
      <w:r>
        <w:t xml:space="preserve"> - Highlights the impact of early detection on patient survival rates and the reduction in long-term pressure on the health economy.</w:t>
      </w:r>
      <w:r/>
    </w:p>
    <w:p>
      <w:pPr>
        <w:pStyle w:val="ListNumber"/>
        <w:spacing w:line="240" w:lineRule="auto"/>
        <w:ind w:left="720"/>
      </w:pPr>
      <w:r/>
      <w:hyperlink r:id="rId12">
        <w:r>
          <w:rPr>
            <w:color w:val="0000EE"/>
            <w:u w:val="single"/>
          </w:rPr>
          <w:t>https://live.nhsggc.scot/nhsggc-trials-ai-powered-x-rays-in-fight-against-lung-cancer/</w:t>
        </w:r>
      </w:hyperlink>
      <w:r>
        <w:t xml:space="preserve"> - Describes the trial's aim to improve time to further imaging and subsequent treatment by using AI to analyze chest X-rays.</w:t>
      </w:r>
      <w:r/>
    </w:p>
    <w:p>
      <w:pPr>
        <w:pStyle w:val="ListNumber"/>
        <w:spacing w:line="240" w:lineRule="auto"/>
        <w:ind w:left="720"/>
      </w:pPr>
      <w:r/>
      <w:hyperlink r:id="rId13">
        <w:r>
          <w:rPr>
            <w:color w:val="0000EE"/>
            <w:u w:val="single"/>
          </w:rPr>
          <w:t>https://www.gov.uk/government/news/ai-to-speed-up-lung-cancer-diagnosis-deployed-in-nhs-hospitals</w:t>
        </w:r>
      </w:hyperlink>
      <w:r>
        <w:t xml:space="preserve"> - Mentions the Health and Social Care Secretary's support for AI deployment to cut waiting times and relieve pressure on hospitals.</w:t>
      </w:r>
      <w:r/>
    </w:p>
    <w:p>
      <w:pPr>
        <w:pStyle w:val="ListNumber"/>
        <w:spacing w:line="240" w:lineRule="auto"/>
        <w:ind w:left="720"/>
      </w:pPr>
      <w:r/>
      <w:hyperlink r:id="rId14">
        <w:r>
          <w:rPr>
            <w:color w:val="0000EE"/>
            <w:u w:val="single"/>
          </w:rPr>
          <w:t>https://shtg.scot/media/2442/20240312-chest-x-ray-ai-imto-v10.pdf</w:t>
        </w:r>
      </w:hyperlink>
      <w:r>
        <w:t xml:space="preserve"> - Provides details on the use of AI in clinical review of chest X-rays, including the technologies used and their effectiveness.</w:t>
      </w:r>
      <w:r/>
    </w:p>
    <w:p>
      <w:pPr>
        <w:pStyle w:val="ListNumber"/>
        <w:spacing w:line="240" w:lineRule="auto"/>
        <w:ind w:left="720"/>
      </w:pPr>
      <w:r/>
      <w:hyperlink r:id="rId10">
        <w:r>
          <w:rPr>
            <w:color w:val="0000EE"/>
            <w:u w:val="single"/>
          </w:rPr>
          <w:t>https://www.qure.ai/news_press_coverages/nhs-greater-glasgow-and-clyde-deploys-multi-site-ai-for-earlier-detection-of-lung-cancer</w:t>
        </w:r>
      </w:hyperlink>
      <w:r>
        <w:t xml:space="preserve"> - Quotes from Professor David Lowe and other officials on the significance of early detection and the role of AI in improving patient outcomes.</w:t>
      </w:r>
      <w:r/>
    </w:p>
    <w:p>
      <w:pPr>
        <w:pStyle w:val="ListNumber"/>
        <w:spacing w:line="240" w:lineRule="auto"/>
        <w:ind w:left="720"/>
      </w:pPr>
      <w:r/>
      <w:hyperlink r:id="rId12">
        <w:r>
          <w:rPr>
            <w:color w:val="0000EE"/>
            <w:u w:val="single"/>
          </w:rPr>
          <w:t>https://live.nhsggc.scot/nhsggc-trials-ai-powered-x-rays-in-fight-against-lung-cancer/</w:t>
        </w:r>
      </w:hyperlink>
      <w:r>
        <w:t xml:space="preserve"> - Discusses the collaboration between the Scottish Government, University of Glasgow, Qure.ai, and NHS Greater Glasgow and Clyde in the RADICAL trial.</w:t>
      </w:r>
      <w:r/>
    </w:p>
    <w:p>
      <w:pPr>
        <w:pStyle w:val="ListNumber"/>
        <w:spacing w:line="240" w:lineRule="auto"/>
        <w:ind w:left="720"/>
      </w:pPr>
      <w:r/>
      <w:hyperlink r:id="rId15">
        <w:r>
          <w:rPr>
            <w:color w:val="0000EE"/>
            <w:u w:val="single"/>
          </w:rPr>
          <w:t>https://news.stv.tv/west-central/gran-undergoes-life-saving-surgery-after-lung-cancer-detected-early-using-ai-powered-x-ray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re.ai/news_press_coverages/nhs-greater-glasgow-and-clyde-deploys-multi-site-ai-for-earlier-detection-of-lung-cancer" TargetMode="External"/><Relationship Id="rId11" Type="http://schemas.openxmlformats.org/officeDocument/2006/relationships/hyperlink" Target="https://www.radmagazine.com/nhs-greater-glasgow-and-clyde-deploys-ai-for-earlier-detection-of-lung-cancer/" TargetMode="External"/><Relationship Id="rId12" Type="http://schemas.openxmlformats.org/officeDocument/2006/relationships/hyperlink" Target="https://live.nhsggc.scot/nhsggc-trials-ai-powered-x-rays-in-fight-against-lung-cancer/" TargetMode="External"/><Relationship Id="rId13" Type="http://schemas.openxmlformats.org/officeDocument/2006/relationships/hyperlink" Target="https://www.gov.uk/government/news/ai-to-speed-up-lung-cancer-diagnosis-deployed-in-nhs-hospitals" TargetMode="External"/><Relationship Id="rId14" Type="http://schemas.openxmlformats.org/officeDocument/2006/relationships/hyperlink" Target="https://shtg.scot/media/2442/20240312-chest-x-ray-ai-imto-v10.pdf" TargetMode="External"/><Relationship Id="rId15" Type="http://schemas.openxmlformats.org/officeDocument/2006/relationships/hyperlink" Target="https://news.stv.tv/west-central/gran-undergoes-life-saving-surgery-after-lung-cancer-detected-early-using-ai-powered-x-r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