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Aparna Pappu steps down as head of Google Workspace amid leadership changes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organisational shift at Google, details have emerged indicating the transition of leadership within the Google Workspace division. Aparna Pappu, who has been serving as Vice President and General Manager of Google Workspace since July 2022, is preparing to step down from her current role. This information came to light through a leaked memo reported by Business Insider, where Pappu expressed her intention to seek new opportunities within Google.</w:t>
      </w:r>
      <w:r/>
    </w:p>
    <w:p>
      <w:r/>
      <w:r>
        <w:t>Aparna Pappu originally assumed leadership of the Workspace team following the departure of Javier Soltero, a former President of Cloud Applications and a prior GM at Google Workspace. During her tenure, Pappu has overseen significant advancements, particularly in integrating artificial intelligence capabilities into the suite's offerings—a strategic focus that has intensified as Google aims to rival Microsoft's Office 365 Suite.</w:t>
      </w:r>
      <w:r/>
    </w:p>
    <w:p>
      <w:r/>
      <w:r>
        <w:t>The internal memo, which Pappu addressed to Workspace employees, revealed her readiness to embrace new challenges within the organisation. Reflecting on her leadership period, she mentioned, "That’s really the best feeling of all — when your team has ‘got this.’” She highlighted the evolution of AI integration and noted, “We know what we need to do, and we’re razor-focused on execution.”</w:t>
      </w:r>
      <w:r/>
    </w:p>
    <w:p>
      <w:r/>
      <w:r>
        <w:t>In the wake of Pappu's planned transition, Jerry Dischler, currently the President of Cloud Applications at Google, is expected to assume the leadership role at Google Workspace. Dischler's tenure at Google spans over 15 years, previously focusing on Google's advertising operations before turning to cloud applications, with a strong emphasis on AI deployment for business clients.</w:t>
      </w:r>
      <w:r/>
    </w:p>
    <w:p>
      <w:r/>
      <w:r>
        <w:t>Alongside this leadership transition, key executives Anurag Agarwal, Vice President of Engineering at Google Workspace, and Yuli Kwon Kim, Vice President of Product at Google Workspace, will report directly to Dischler. Pappu has pledged to support a smooth transition by continuing in an advisory capacity within the Workspace division.</w:t>
      </w:r>
      <w:r/>
    </w:p>
    <w:p>
      <w:r/>
      <w:r>
        <w:t>In a related move within Google Workspace, Pat McCarthy, formerly the Chief Revenue Officer at data integration company Precisely, has been appointed as the new Head of Sales. This follows the resignation of Bob Frati, the former head of sales at Workspace, earlier this year.</w:t>
      </w:r>
      <w:r/>
    </w:p>
    <w:p>
      <w:r/>
      <w:r>
        <w:t>The restructuring comes at a pivotal moment as Google Workspace bolsters its AI capabilities, particularly through Google Gemini, an AI service rebranded from Google Bard. This tool is aimed at enhancing workplace productivity by generating content and suggestions. Recent company surveys from global enterprises have indicated that AI-enabled tools like Gemini can save users up to 105 minutes weekly, with 75% of participants acknowledging improved work quality.</w:t>
      </w:r>
      <w:r/>
    </w:p>
    <w:p>
      <w:r/>
      <w:r>
        <w:t>The leadership changes and continued focus on AI represent Google's strategic efforts to stay competitive in the productivity software market, particularly against looming competitors such as Microsoft. This period of transition signals a new chapter for the Google Workspace team as they push forward with their goals.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https://www.timesnownews.com/technology-science/indian-origin-aparna-pappu-steps-down-as-google-workspace-head-jerry-dischler-named-successor-article-115007248</w:t>
        </w:r>
      </w:hyperlink>
      <w:r>
        <w:t xml:space="preserve"> - Corroborates Aparna Pappu's decision to step down and Jerry Dischler's appointment as her successor.</w:t>
      </w:r>
      <w:r/>
    </w:p>
    <w:p>
      <w:pPr>
        <w:pStyle w:val="ListNumber"/>
        <w:spacing w:line="240" w:lineRule="auto"/>
        <w:ind w:left="720"/>
      </w:pPr>
      <w:r/>
      <w:hyperlink r:id="rId11">
        <w:r>
          <w:rPr>
            <w:color w:val="0000EE"/>
            <w:u w:val="single"/>
          </w:rPr>
          <w:t>https://www.crn.com/news/cloud/2024/google-confirms-workspace-leader-is-stepping-down</w:t>
        </w:r>
      </w:hyperlink>
      <w:r>
        <w:t xml:space="preserve"> - Confirms Aparna Pappu's role transition and her history with Google Workspace, including her leadership since July 2022.</w:t>
      </w:r>
      <w:r/>
    </w:p>
    <w:p>
      <w:pPr>
        <w:pStyle w:val="ListNumber"/>
        <w:spacing w:line="240" w:lineRule="auto"/>
        <w:ind w:left="720"/>
      </w:pPr>
      <w:r/>
      <w:hyperlink r:id="rId12">
        <w:r>
          <w:rPr>
            <w:color w:val="0000EE"/>
            <w:u w:val="single"/>
          </w:rPr>
          <w:t>https://timesofindia.indiatimes.com/technology/tech-news/google-workspace-chief-aparna-pappu-steps-down-jerry-dischler-named-successor/articleshow/115005123.cms</w:t>
        </w:r>
      </w:hyperlink>
      <w:r>
        <w:t xml:space="preserve"> - Details Aparna Pappu's tenure, her memo to employees, and the transition plan with Jerry Dischler.</w:t>
      </w:r>
      <w:r/>
    </w:p>
    <w:p>
      <w:pPr>
        <w:pStyle w:val="ListNumber"/>
        <w:spacing w:line="240" w:lineRule="auto"/>
        <w:ind w:left="720"/>
      </w:pPr>
      <w:r/>
      <w:hyperlink r:id="rId13">
        <w:r>
          <w:rPr>
            <w:color w:val="0000EE"/>
            <w:u w:val="single"/>
          </w:rPr>
          <w:t>https://www.uctoday.com/unified-communications/leaked-memo-suggests-google-workspace-chief-to-step-down/</w:t>
        </w:r>
      </w:hyperlink>
      <w:r>
        <w:t xml:space="preserve"> - Provides the content of the leaked memo and the roles of key executives reporting to Jerry Dischler.</w:t>
      </w:r>
      <w:r/>
    </w:p>
    <w:p>
      <w:pPr>
        <w:pStyle w:val="ListNumber"/>
        <w:spacing w:line="240" w:lineRule="auto"/>
        <w:ind w:left="720"/>
      </w:pPr>
      <w:r/>
      <w:hyperlink r:id="rId10">
        <w:r>
          <w:rPr>
            <w:color w:val="0000EE"/>
            <w:u w:val="single"/>
          </w:rPr>
          <w:t>https://www.timesnownews.com/technology-science/indian-origin-aparna-pappu-steps-down-as-google-workspace-head-jerry-dischler-named-successor-article-115007248</w:t>
        </w:r>
      </w:hyperlink>
      <w:r>
        <w:t xml:space="preserve"> - Explains the strategic focus on AI integration and the competitive landscape with Microsoft's Office 365 Suite.</w:t>
      </w:r>
      <w:r/>
    </w:p>
    <w:p>
      <w:pPr>
        <w:pStyle w:val="ListNumber"/>
        <w:spacing w:line="240" w:lineRule="auto"/>
        <w:ind w:left="720"/>
      </w:pPr>
      <w:r/>
      <w:hyperlink r:id="rId11">
        <w:r>
          <w:rPr>
            <w:color w:val="0000EE"/>
            <w:u w:val="single"/>
          </w:rPr>
          <w:t>https://www.crn.com/news/cloud/2024/google-confirms-workspace-leader-is-stepping-down</w:t>
        </w:r>
      </w:hyperlink>
      <w:r>
        <w:t xml:space="preserve"> - Describes Jerry Dischler's background and his new role as President of Cloud Applications, emphasizing AI deployment.</w:t>
      </w:r>
      <w:r/>
    </w:p>
    <w:p>
      <w:pPr>
        <w:pStyle w:val="ListNumber"/>
        <w:spacing w:line="240" w:lineRule="auto"/>
        <w:ind w:left="720"/>
      </w:pPr>
      <w:r/>
      <w:hyperlink r:id="rId12">
        <w:r>
          <w:rPr>
            <w:color w:val="0000EE"/>
            <w:u w:val="single"/>
          </w:rPr>
          <w:t>https://timesofindia.indiatimes.com/technology/tech-news/google-workspace-chief-aparna-pappu-steps-down-jerry-dischler-named-successor/articleshow/115005123.cms</w:t>
        </w:r>
      </w:hyperlink>
      <w:r>
        <w:t xml:space="preserve"> - Mentions Aparna Pappu's advisory role during the transition and the appointment of Pat McCarthy as the new Head of Sales.</w:t>
      </w:r>
      <w:r/>
    </w:p>
    <w:p>
      <w:pPr>
        <w:pStyle w:val="ListNumber"/>
        <w:spacing w:line="240" w:lineRule="auto"/>
        <w:ind w:left="720"/>
      </w:pPr>
      <w:r/>
      <w:hyperlink r:id="rId13">
        <w:r>
          <w:rPr>
            <w:color w:val="0000EE"/>
            <w:u w:val="single"/>
          </w:rPr>
          <w:t>https://www.uctoday.com/unified-communications/leaked-memo-suggests-google-workspace-chief-to-step-down/</w:t>
        </w:r>
      </w:hyperlink>
      <w:r>
        <w:t xml:space="preserve"> - Details the resignation of Bob Frati and the new appointment of Pat McCarthy as Head of Sales at Google Workspace.</w:t>
      </w:r>
      <w:r/>
    </w:p>
    <w:p>
      <w:pPr>
        <w:pStyle w:val="ListNumber"/>
        <w:spacing w:line="240" w:lineRule="auto"/>
        <w:ind w:left="720"/>
      </w:pPr>
      <w:r/>
      <w:hyperlink r:id="rId10">
        <w:r>
          <w:rPr>
            <w:color w:val="0000EE"/>
            <w:u w:val="single"/>
          </w:rPr>
          <w:t>https://www.timesnownews.com/technology-science/indian-origin-aparna-pappu-steps-down-as-google-workspace-head-jerry-dischler-named-successor-article-115007248</w:t>
        </w:r>
      </w:hyperlink>
      <w:r>
        <w:t xml:space="preserve"> - Discusses the integration of Google Gemini (formerly Google Bard) and its impact on workplace productivity.</w:t>
      </w:r>
      <w:r/>
    </w:p>
    <w:p>
      <w:pPr>
        <w:pStyle w:val="ListNumber"/>
        <w:spacing w:line="240" w:lineRule="auto"/>
        <w:ind w:left="720"/>
      </w:pPr>
      <w:r/>
      <w:hyperlink r:id="rId11">
        <w:r>
          <w:rPr>
            <w:color w:val="0000EE"/>
            <w:u w:val="single"/>
          </w:rPr>
          <w:t>https://www.crn.com/news/cloud/2024/google-confirms-workspace-leader-is-stepping-down</w:t>
        </w:r>
      </w:hyperlink>
      <w:r>
        <w:t xml:space="preserve"> - Highlights the company surveys showing the benefits of AI-enabled tools like Gemini in saving time and improving work quality.</w:t>
      </w:r>
      <w:r/>
    </w:p>
    <w:p>
      <w:pPr>
        <w:pStyle w:val="ListNumber"/>
        <w:spacing w:line="240" w:lineRule="auto"/>
        <w:ind w:left="720"/>
      </w:pPr>
      <w:r/>
      <w:hyperlink r:id="rId13">
        <w:r>
          <w:rPr>
            <w:color w:val="0000EE"/>
            <w:u w:val="single"/>
          </w:rPr>
          <w:t>https://www.uctoday.com/unified-communications/leaked-memo-suggests-google-workspace-chief-to-step-down/</w:t>
        </w:r>
      </w:hyperlink>
      <w:r>
        <w:t xml:space="preserve"> - Contextualizes the leadership changes within Google's broader strategy to compete in the productivity software market.</w:t>
      </w:r>
      <w:r/>
    </w:p>
    <w:p>
      <w:pPr>
        <w:pStyle w:val="ListNumber"/>
        <w:spacing w:line="240" w:lineRule="auto"/>
        <w:ind w:left="720"/>
      </w:pPr>
      <w:r/>
      <w:hyperlink r:id="rId13">
        <w:r>
          <w:rPr>
            <w:color w:val="0000EE"/>
            <w:u w:val="single"/>
          </w:rPr>
          <w:t>https://www.uctoday.com/unified-communications/leaked-memo-suggests-google-workspace-chief-to-step-down/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imesnownews.com/technology-science/indian-origin-aparna-pappu-steps-down-as-google-workspace-head-jerry-dischler-named-successor-article-115007248" TargetMode="External"/><Relationship Id="rId11" Type="http://schemas.openxmlformats.org/officeDocument/2006/relationships/hyperlink" Target="https://www.crn.com/news/cloud/2024/google-confirms-workspace-leader-is-stepping-down" TargetMode="External"/><Relationship Id="rId12" Type="http://schemas.openxmlformats.org/officeDocument/2006/relationships/hyperlink" Target="https://timesofindia.indiatimes.com/technology/tech-news/google-workspace-chief-aparna-pappu-steps-down-jerry-dischler-named-successor/articleshow/115005123.cms" TargetMode="External"/><Relationship Id="rId13" Type="http://schemas.openxmlformats.org/officeDocument/2006/relationships/hyperlink" Target="https://www.uctoday.com/unified-communications/leaked-memo-suggests-google-workspace-chief-to-step-dow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