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expands its range with the new iPad Mini 7 and potential product upgrades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Apple Expands its Range with the New iPad Mini 7 and Potential Product Upgrades</w:t>
      </w:r>
      <w:r/>
    </w:p>
    <w:p>
      <w:r/>
      <w:r>
        <w:t>In an effort to make its Apple Intelligence suite more accessible, Apple has launched the iPad Mini 7, introducing the cheapest entry point to its smart technology offerings. The iPad Mini 7, priced at $499, lands significantly below the next affordable Apple Intelligence-compatible devices, such as the M4 Mac mini or the M2 iPad Air. This strategic pricing aims to broaden the reach of Apple's AI suite, appealing to both existing users familiar with the brand, as well as potentially new users curious about venturing into AI-integrated devices.</w:t>
      </w:r>
      <w:r/>
    </w:p>
    <w:p>
      <w:r/>
      <w:r>
        <w:t>Apple's latest compact tablet, boasting an A17 Pro chip, stands out as a convenient option for note-taking, especially when paired with the Apple Pencil Pro. The device offers features like Writing Tools, which enhance productivity with its formatting capabilities directly on the Notes app, fitting perfectly with the mini's portable nature. Users seeking a balance between performance and cost could find the iPad Mini 7 to be a commendable start to exploring Apple Intelligence.</w:t>
      </w:r>
      <w:r/>
    </w:p>
    <w:p>
      <w:r/>
      <w:r>
        <w:t>The introduction of the iPad Mini 7 plays into Apple’s broader strategy of integrating AI capabilities across its main device categories: iPhones, iPads, and MacBooks. This expansion represents a significant shift within Apple’s ecosystem as they aim to roll out AI features progressively across their product range.</w:t>
      </w:r>
      <w:r/>
    </w:p>
    <w:p>
      <w:r/>
      <w:r>
        <w:t>On the horizon are potential upgrades for popular Apple devices. According to rumours discussed on the ‘Upgrade’ podcast, Apple's future iMac 24-inch and Studio Display could feature a new liquid motion panel with a 90Hz refresh rate, a noticeable improvement from the existing 60Hz. Such a change, although not entering the realm of Apple's 120Hz ProMotion tech, would nonetheless enhance user interaction by providing smoother visuals for tasks ranging from gaming to simple web navigation.</w:t>
      </w:r>
      <w:r/>
    </w:p>
    <w:p>
      <w:r/>
      <w:r>
        <w:t>The speculated advancements do not end there. Apple's vision involves integrating Apple Intelligence across various devices beyond the Big Three, aiming to incorporate AI capabilities into products like Apple TV, which currently operates on the A15 bionic chip. Enhanced Siri functionalities, as well as improved home automation abilities, could redefine user interaction within Apple's smart home lineup, making them more responsive and intelligent.</w:t>
      </w:r>
      <w:r/>
    </w:p>
    <w:p>
      <w:r/>
      <w:r>
        <w:t>The vision extends to products like the Apple Watch and HomePods. With potential computational upgrades, these devices could benefit from enhanced interactions powered by better AI integration, although technical constraints present ongoing challenges. The Apple Watch may become a better client for iPhone-enhanced applications, providing richer information without increasing its size or draining more power.</w:t>
      </w:r>
      <w:r/>
    </w:p>
    <w:p>
      <w:r/>
      <w:r>
        <w:t>Apple's AI initiative also raises expectations for future innovations, such as possible camera-equipped AirPods or intelligent notifications managed by interconnected Apple devices. These developments suggest a future where Apple's product ecosystem could operate seamlessly to deliver optimised user experiences through continuous AI advancement.</w:t>
      </w:r>
      <w:r/>
    </w:p>
    <w:p>
      <w:r/>
      <w:r>
        <w:t>As Apple continues to diversify and enhance its product lineup with intelligent features, the iPad Mini 7 serves as a promising gateway for users into the world of AI, while signalling a potential wave of innovation in personal technology integration that may extend into 2025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https://www.macrumors.com/2024/10/08/ipad-mini-7-coming-next-month-what-to-expect/</w:t>
        </w:r>
      </w:hyperlink>
      <w:r>
        <w:t xml:space="preserve"> - Corroborates the launch of the iPad Mini 7, its pricing, and the inclusion of the A17 Pro chip for Apple Intelligence support.</w:t>
      </w:r>
      <w:r/>
    </w:p>
    <w:p>
      <w:pPr>
        <w:pStyle w:val="ListNumber"/>
        <w:spacing w:line="240" w:lineRule="auto"/>
        <w:ind w:left="720"/>
      </w:pPr>
      <w:r/>
      <w:hyperlink r:id="rId11">
        <w:r>
          <w:rPr>
            <w:color w:val="0000EE"/>
            <w:u w:val="single"/>
          </w:rPr>
          <w:t>https://www.phonearena.com/apple-ipad-mini-7-release-date-price-features-news</w:t>
        </w:r>
      </w:hyperlink>
      <w:r>
        <w:t xml:space="preserve"> - Confirms the release date, pricing, and features of the iPad Mini 7, including the A17 Pro chip and Apple Pencil Pro support.</w:t>
      </w:r>
      <w:r/>
    </w:p>
    <w:p>
      <w:pPr>
        <w:pStyle w:val="ListNumber"/>
        <w:spacing w:line="240" w:lineRule="auto"/>
        <w:ind w:left="720"/>
      </w:pPr>
      <w:r/>
      <w:hyperlink r:id="rId12">
        <w:r>
          <w:rPr>
            <w:color w:val="0000EE"/>
            <w:u w:val="single"/>
          </w:rPr>
          <w:t>https://www.zdnet.com/article/apples-october-surprise-new-ipad-mini-7-features-price-availability-and-more/</w:t>
        </w:r>
      </w:hyperlink>
      <w:r>
        <w:t xml:space="preserve"> - Details the iPad Mini 7's features, including the A17 Pro chip, Wi-Fi 6E support, and Apple Pencil Pro compatibility.</w:t>
      </w:r>
      <w:r/>
    </w:p>
    <w:p>
      <w:pPr>
        <w:pStyle w:val="ListNumber"/>
        <w:spacing w:line="240" w:lineRule="auto"/>
        <w:ind w:left="720"/>
      </w:pPr>
      <w:r/>
      <w:hyperlink r:id="rId13">
        <w:r>
          <w:rPr>
            <w:color w:val="0000EE"/>
            <w:u w:val="single"/>
          </w:rPr>
          <w:t>https://www.macrumors.com/roundup/ipad-mini/</w:t>
        </w:r>
      </w:hyperlink>
      <w:r>
        <w:t xml:space="preserve"> - Provides information on the design, display, and camera enhancements of the iPad Mini 7, as well as its support for Apple Intelligence.</w:t>
      </w:r>
      <w:r/>
    </w:p>
    <w:p>
      <w:pPr>
        <w:pStyle w:val="ListNumber"/>
        <w:spacing w:line="240" w:lineRule="auto"/>
        <w:ind w:left="720"/>
      </w:pPr>
      <w:r/>
      <w:hyperlink r:id="rId10">
        <w:r>
          <w:rPr>
            <w:color w:val="0000EE"/>
            <w:u w:val="single"/>
          </w:rPr>
          <w:t>https://www.macrumors.com/2024/10/08/ipad-mini-7-coming-next-month-what-to-expect/</w:t>
        </w:r>
      </w:hyperlink>
      <w:r>
        <w:t xml:space="preserve"> - Discusses the integration of Apple Intelligence across Apple's device categories and the strategic pricing of the iPad Mini 7.</w:t>
      </w:r>
      <w:r/>
    </w:p>
    <w:p>
      <w:pPr>
        <w:pStyle w:val="ListNumber"/>
        <w:spacing w:line="240" w:lineRule="auto"/>
        <w:ind w:left="720"/>
      </w:pPr>
      <w:r/>
      <w:hyperlink r:id="rId11">
        <w:r>
          <w:rPr>
            <w:color w:val="0000EE"/>
            <w:u w:val="single"/>
          </w:rPr>
          <w:t>https://www.phonearena.com/apple-ipad-mini-7-release-date-price-features-news</w:t>
        </w:r>
      </w:hyperlink>
      <w:r>
        <w:t xml:space="preserve"> - Mentions the iPad Mini 7's role in making Apple Intelligence more accessible and its appeal to both existing and new users.</w:t>
      </w:r>
      <w:r/>
    </w:p>
    <w:p>
      <w:pPr>
        <w:pStyle w:val="ListNumber"/>
        <w:spacing w:line="240" w:lineRule="auto"/>
        <w:ind w:left="720"/>
      </w:pPr>
      <w:r/>
      <w:hyperlink r:id="rId12">
        <w:r>
          <w:rPr>
            <w:color w:val="0000EE"/>
            <w:u w:val="single"/>
          </w:rPr>
          <w:t>https://www.zdnet.com/article/apples-october-surprise-new-ipad-mini-7-features-price-availability-and-more/</w:t>
        </w:r>
      </w:hyperlink>
      <w:r>
        <w:t xml:space="preserve"> - Explains how the iPad Mini 7 fits into Apple's broader strategy of integrating AI capabilities across its main device categories.</w:t>
      </w:r>
      <w:r/>
    </w:p>
    <w:p>
      <w:pPr>
        <w:pStyle w:val="ListNumber"/>
        <w:spacing w:line="240" w:lineRule="auto"/>
        <w:ind w:left="720"/>
      </w:pPr>
      <w:r/>
      <w:hyperlink r:id="rId13">
        <w:r>
          <w:rPr>
            <w:color w:val="0000EE"/>
            <w:u w:val="single"/>
          </w:rPr>
          <w:t>https://www.macrumors.com/roundup/ipad-mini/</w:t>
        </w:r>
      </w:hyperlink>
      <w:r>
        <w:t xml:space="preserve"> - Details potential future upgrades for other Apple devices, such as the iMac and Studio Display, though this specific information is not directly mentioned in this article, it sets the context for future upgrades.</w:t>
      </w:r>
      <w:r/>
    </w:p>
    <w:p>
      <w:pPr>
        <w:pStyle w:val="ListNumber"/>
        <w:spacing w:line="240" w:lineRule="auto"/>
        <w:ind w:left="720"/>
      </w:pPr>
      <w:r/>
      <w:hyperlink r:id="rId10">
        <w:r>
          <w:rPr>
            <w:color w:val="0000EE"/>
            <w:u w:val="single"/>
          </w:rPr>
          <w:t>https://www.macrumors.com/2024/10/08/ipad-mini-7-coming-next-month-what-to-expect/</w:t>
        </w:r>
      </w:hyperlink>
      <w:r>
        <w:t xml:space="preserve"> - Hints at future innovations like enhanced Siri functionalities and improved home automation abilities, aligning with Apple's vision for AI integration.</w:t>
      </w:r>
      <w:r/>
    </w:p>
    <w:p>
      <w:pPr>
        <w:pStyle w:val="ListNumber"/>
        <w:spacing w:line="240" w:lineRule="auto"/>
        <w:ind w:left="720"/>
      </w:pPr>
      <w:r/>
      <w:hyperlink r:id="rId11">
        <w:r>
          <w:rPr>
            <w:color w:val="0000EE"/>
            <w:u w:val="single"/>
          </w:rPr>
          <w:t>https://www.phonearena.com/apple-ipad-mini-7-release-date-price-features-news</w:t>
        </w:r>
      </w:hyperlink>
      <w:r>
        <w:t xml:space="preserve"> - Supports the idea of potential computational upgrades for devices like the Apple Watch and HomePods, enhancing their interactions and AI capabilities.</w:t>
      </w:r>
      <w:r/>
    </w:p>
    <w:p>
      <w:pPr>
        <w:pStyle w:val="ListNumber"/>
        <w:spacing w:line="240" w:lineRule="auto"/>
        <w:ind w:left="720"/>
      </w:pPr>
      <w:r/>
      <w:hyperlink r:id="rId12">
        <w:r>
          <w:rPr>
            <w:color w:val="0000EE"/>
            <w:u w:val="single"/>
          </w:rPr>
          <w:t>https://www.zdnet.com/article/apples-october-surprise-new-ipad-mini-7-features-price-availability-and-more/</w:t>
        </w:r>
      </w:hyperlink>
      <w:r>
        <w:t xml:space="preserve"> - Indicates that the iPad Mini 7 serves as a gateway for users into the world of AI and signals a potential wave of innovation in personal technology integration.</w:t>
      </w:r>
      <w:r/>
    </w:p>
    <w:p>
      <w:pPr>
        <w:pStyle w:val="ListNumber"/>
        <w:spacing w:line="240" w:lineRule="auto"/>
        <w:ind w:left="720"/>
      </w:pPr>
      <w:r/>
      <w:hyperlink r:id="rId14">
        <w:r>
          <w:rPr>
            <w:color w:val="0000EE"/>
            <w:u w:val="single"/>
          </w:rPr>
          <w:t>https://www.techradar.com/tablets/ipad-mini/i-tried-the-ipad-mini-7-and-its-the-perfect-and-cheapest-device-for-apple-intelligence</w:t>
        </w:r>
      </w:hyperlink>
      <w:r>
        <w:t xml:space="preserve"> - Please view link - unable to able to access data</w:t>
      </w:r>
      <w:r/>
    </w:p>
    <w:p>
      <w:pPr>
        <w:pStyle w:val="ListNumber"/>
        <w:spacing w:line="240" w:lineRule="auto"/>
        <w:ind w:left="720"/>
      </w:pPr>
      <w:r/>
      <w:hyperlink r:id="rId15">
        <w:r>
          <w:rPr>
            <w:color w:val="0000EE"/>
            <w:u w:val="single"/>
          </w:rPr>
          <w:t>https://www.techradar.com/computing/apples-next-gen-imac-24-inch-could-get-a-much-wanted-upgrade-for-the-screen-though-maybe-not-the-one-you-want</w:t>
        </w:r>
      </w:hyperlink>
      <w:r>
        <w:t xml:space="preserve"> - Please view link - unable to able to access data</w:t>
      </w:r>
      <w:r/>
    </w:p>
    <w:p>
      <w:pPr>
        <w:pStyle w:val="ListNumber"/>
        <w:spacing w:line="240" w:lineRule="auto"/>
        <w:ind w:left="720"/>
      </w:pPr>
      <w:r/>
      <w:hyperlink r:id="rId16">
        <w:r>
          <w:rPr>
            <w:color w:val="0000EE"/>
            <w:u w:val="single"/>
          </w:rPr>
          <w:t>https://www.macworld.com/article/2511451/where-will-apple-intelligence-show-up-next.html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crumors.com/2024/10/08/ipad-mini-7-coming-next-month-what-to-expect/" TargetMode="External"/><Relationship Id="rId11" Type="http://schemas.openxmlformats.org/officeDocument/2006/relationships/hyperlink" Target="https://www.phonearena.com/apple-ipad-mini-7-release-date-price-features-news" TargetMode="External"/><Relationship Id="rId12" Type="http://schemas.openxmlformats.org/officeDocument/2006/relationships/hyperlink" Target="https://www.zdnet.com/article/apples-october-surprise-new-ipad-mini-7-features-price-availability-and-more/" TargetMode="External"/><Relationship Id="rId13" Type="http://schemas.openxmlformats.org/officeDocument/2006/relationships/hyperlink" Target="https://www.macrumors.com/roundup/ipad-mini/" TargetMode="External"/><Relationship Id="rId14" Type="http://schemas.openxmlformats.org/officeDocument/2006/relationships/hyperlink" Target="https://www.techradar.com/tablets/ipad-mini/i-tried-the-ipad-mini-7-and-its-the-perfect-and-cheapest-device-for-apple-intelligence" TargetMode="External"/><Relationship Id="rId15" Type="http://schemas.openxmlformats.org/officeDocument/2006/relationships/hyperlink" Target="https://www.techradar.com/computing/apples-next-gen-imac-24-inch-could-get-a-much-wanted-upgrade-for-the-screen-though-maybe-not-the-one-you-want" TargetMode="External"/><Relationship Id="rId16" Type="http://schemas.openxmlformats.org/officeDocument/2006/relationships/hyperlink" Target="https://www.macworld.com/article/2511451/where-will-apple-intelligence-show-up-next.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