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iOS 18.2 public beta with 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launched the first public beta for iOS 18.2, which introduces a host of new features and enhancements for some iPhone users. This release occurs just over a week after the company rolled out iOS 18.1 to users worldwide. While iOS 18.1 focused on delivering new features and fixes, the 18.2 version is marked by the integration of additional AI capabilities, although many of these are currently restricted to developers and beta testers equipped with specific iPhone models.</w:t>
      </w:r>
      <w:r/>
    </w:p>
    <w:p>
      <w:r/>
      <w:r>
        <w:rPr>
          <w:b/>
        </w:rPr>
        <w:t>AI-Powered Features Unveiled</w:t>
      </w:r>
      <w:r/>
    </w:p>
    <w:p>
      <w:r/>
      <w:r>
        <w:t>The beta version includes several key AI-driven features. One notable addition is 'Genmoji', which allows users to generate new emojis by describing what they need. This feature exemplifies Apple’s ongoing commitment to enhancing user customisation and interaction within its messaging services. Genmoji can be accessed via the emoji keyboard within a message, where users can describe their desired emoji and create it if not already available.</w:t>
      </w:r>
      <w:r/>
    </w:p>
    <w:p>
      <w:r/>
      <w:r>
        <w:t>Another significant feature is 'Visual Intelligence', Apple's analogue to Google Lens. This feature employs the iPhone camera to identify objects, scan QR codes, detect contact details, and even translate languages. Visual Intelligence sees further integration with ChatGPT, allowing users to gain insights into items and information. However, it’s presently exclusive to the iPhone 16 series due to its dependency on the new camera control side-button design.</w:t>
      </w:r>
      <w:r/>
    </w:p>
    <w:p>
      <w:r/>
      <w:r>
        <w:t>Additionally, 'Image Playground' offers a creative avenue where users can craft images from text prompts. This standalone app allows for a wide range of artistic expression, providing prompt suggestions and art style adjustments to cater to diverse user preferences. Users can also incorporate personal photos to generate unique visual content.</w:t>
      </w:r>
      <w:r/>
    </w:p>
    <w:p>
      <w:r/>
      <w:r>
        <w:rPr>
          <w:b/>
        </w:rPr>
        <w:t>Siri Enhancements and Mail App Updates</w:t>
      </w:r>
      <w:r/>
    </w:p>
    <w:p>
      <w:r/>
      <w:r>
        <w:t>iOS 18.2 also brings updates to Siri, notably a visual change with a glowing light signalling Siri's activation. Integrating with ChatGPT, Siri can now handle more complex queries, although users are advised to verify the generated information.</w:t>
      </w:r>
      <w:r/>
    </w:p>
    <w:p>
      <w:r/>
      <w:r>
        <w:t>Improvements extend to the Mail app, which now sorts emails into various categories akin to other popular email services like Gmail. This enhancement aims to streamline the user inbox, though early reports suggest occasional misclassification of emails, such as tickets being sent to promotional folders.</w:t>
      </w:r>
      <w:r/>
    </w:p>
    <w:p>
      <w:r/>
      <w:r>
        <w:rPr>
          <w:b/>
        </w:rPr>
        <w:t>Find My App Gets More User-Friendly</w:t>
      </w:r>
      <w:r/>
    </w:p>
    <w:p>
      <w:r/>
      <w:r>
        <w:t>The beta offers more sophisticated functionalities within the Find My app, enhancing its capabilities for tracking lost items. Users can now share item locations via links that permit others to assist in locating lost belongings. These links, however, have a limited lifespan of one week. There is also an option to share contact details connected to lost items, facilitating communication for item retrieval.</w:t>
      </w:r>
      <w:r/>
    </w:p>
    <w:p>
      <w:r/>
      <w:r>
        <w:t>While these features are currently accessible only to public beta testers, Apple intends to refine them further before the general release of iOS 18.2. The timeline for the official rollout has not been specified, as Apple continues to gather feedback and make adjustments.</w:t>
      </w:r>
      <w:r/>
    </w:p>
    <w:p>
      <w:r/>
      <w:r>
        <w:t>Overall, the iOS 18.2 beta points towards Apple's focus on leveraging AI to improve functionality and user experience in its ecosystem. As with any beta, users are advised to install it on secondary devices due to potential operational bugs. The broader community anticipates future developments and enhancements as Apple progresses towards the final launch of iOS 18.2.</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https://9to5mac.com/2024/11/06/hands-on-ios-18-2-beta-2-changes-and-features-video/</w:t>
        </w:r>
      </w:hyperlink>
      <w:r>
        <w:t xml:space="preserve"> - Corroborates the introduction of new features in iOS 18.2 beta 2, including Camera Control AE/AF lock, Find Lost Item tracking, and the ability to disable video looping in the Photos app.</w:t>
      </w:r>
      <w:r/>
    </w:p>
    <w:p>
      <w:pPr>
        <w:pStyle w:val="ListNumber"/>
        <w:spacing w:line="240" w:lineRule="auto"/>
        <w:ind w:left="720"/>
      </w:pPr>
      <w:r/>
      <w:hyperlink r:id="rId11">
        <w:r>
          <w:rPr>
            <w:color w:val="0000EE"/>
            <w:u w:val="single"/>
          </w:rPr>
          <w:t>https://www.macrumors.com/2024/11/06/ios-18-2-first-public-beta/</w:t>
        </w:r>
      </w:hyperlink>
      <w:r>
        <w:t xml:space="preserve"> - Details the public beta release of iOS 18.2, iPadOS 18.2, and macOS Sequoia 15.2, including new Apple Intelligence features such as Image Playground, Genmoji, and ChatGPT integration.</w:t>
      </w:r>
      <w:r/>
    </w:p>
    <w:p>
      <w:pPr>
        <w:pStyle w:val="ListNumber"/>
        <w:spacing w:line="240" w:lineRule="auto"/>
        <w:ind w:left="720"/>
      </w:pPr>
      <w:r/>
      <w:hyperlink r:id="rId11">
        <w:r>
          <w:rPr>
            <w:color w:val="0000EE"/>
            <w:u w:val="single"/>
          </w:rPr>
          <w:t>https://www.macrumors.com/2024/11/06/ios-18-2-first-public-beta/</w:t>
        </w:r>
      </w:hyperlink>
      <w:r>
        <w:t xml:space="preserve"> - Explains the Visual Intelligence feature for iPhone 16 series, which uses the camera to identify objects, scan QR codes, and detect contact details.</w:t>
      </w:r>
      <w:r/>
    </w:p>
    <w:p>
      <w:pPr>
        <w:pStyle w:val="ListNumber"/>
        <w:spacing w:line="240" w:lineRule="auto"/>
        <w:ind w:left="720"/>
      </w:pPr>
      <w:r/>
      <w:hyperlink r:id="rId12">
        <w:r>
          <w:rPr>
            <w:color w:val="0000EE"/>
            <w:u w:val="single"/>
          </w:rPr>
          <w:t>https://www.cnet.com/tech/services-and-software/ios-18-2-public-beta-1-brings-genmoji-and-more-ai-to-some-iphones/</w:t>
        </w:r>
      </w:hyperlink>
      <w:r>
        <w:t xml:space="preserve"> - Describes the Genmoji feature, allowing users to generate custom emojis via the emoji keyboard, and the integration of ChatGPT with Siri.</w:t>
      </w:r>
      <w:r/>
    </w:p>
    <w:p>
      <w:pPr>
        <w:pStyle w:val="ListNumber"/>
        <w:spacing w:line="240" w:lineRule="auto"/>
        <w:ind w:left="720"/>
      </w:pPr>
      <w:r/>
      <w:hyperlink r:id="rId12">
        <w:r>
          <w:rPr>
            <w:color w:val="0000EE"/>
            <w:u w:val="single"/>
          </w:rPr>
          <w:t>https://www.cnet.com/tech/services-and-software/ios-18-2-public-beta-1-brings-genmoji-and-more-ai-to-some-iphones/</w:t>
        </w:r>
      </w:hyperlink>
      <w:r>
        <w:t xml:space="preserve"> - Details the new Share Item Location feature in the Find My app, enabling users to share links for tracking lost items.</w:t>
      </w:r>
      <w:r/>
    </w:p>
    <w:p>
      <w:pPr>
        <w:pStyle w:val="ListNumber"/>
        <w:spacing w:line="240" w:lineRule="auto"/>
        <w:ind w:left="720"/>
      </w:pPr>
      <w:r/>
      <w:hyperlink r:id="rId13">
        <w:r>
          <w:rPr>
            <w:color w:val="0000EE"/>
            <w:u w:val="single"/>
          </w:rPr>
          <w:t>https://www.business-standard.com/technology/tech-news/apple-releases-ios-18-2-public-beta-for-iphones-what-s-new-how-to-install-124110700346_1.html</w:t>
        </w:r>
      </w:hyperlink>
      <w:r>
        <w:t xml:space="preserve"> - Outlines the Image Playground app, which allows users to generate images from text prompts, and its integration into other native apps.</w:t>
      </w:r>
      <w:r/>
    </w:p>
    <w:p>
      <w:pPr>
        <w:pStyle w:val="ListNumber"/>
        <w:spacing w:line="240" w:lineRule="auto"/>
        <w:ind w:left="720"/>
      </w:pPr>
      <w:r/>
      <w:hyperlink r:id="rId13">
        <w:r>
          <w:rPr>
            <w:color w:val="0000EE"/>
            <w:u w:val="single"/>
          </w:rPr>
          <w:t>https://www.business-standard.com/technology/tech-news/apple-releases-ios-18-2-public-beta-for-iphones-what-s-new-how-to-install-124110700346_1.html</w:t>
        </w:r>
      </w:hyperlink>
      <w:r>
        <w:t xml:space="preserve"> - Mentions the inbox categorisation in the Mail app, a feature aimed at streamlining the user inbox.</w:t>
      </w:r>
      <w:r/>
    </w:p>
    <w:p>
      <w:pPr>
        <w:pStyle w:val="ListNumber"/>
        <w:spacing w:line="240" w:lineRule="auto"/>
        <w:ind w:left="720"/>
      </w:pPr>
      <w:r/>
      <w:hyperlink r:id="rId11">
        <w:r>
          <w:rPr>
            <w:color w:val="0000EE"/>
            <w:u w:val="single"/>
          </w:rPr>
          <w:t>https://www.macrumors.com/2024/11/06/ios-18-2-first-public-beta/</w:t>
        </w:r>
      </w:hyperlink>
      <w:r>
        <w:t xml:space="preserve"> - Discusses the glowing light visual change for Siri activation and the integration of ChatGPT for handling complex queries.</w:t>
      </w:r>
      <w:r/>
    </w:p>
    <w:p>
      <w:pPr>
        <w:pStyle w:val="ListNumber"/>
        <w:spacing w:line="240" w:lineRule="auto"/>
        <w:ind w:left="720"/>
      </w:pPr>
      <w:r/>
      <w:hyperlink r:id="rId12">
        <w:r>
          <w:rPr>
            <w:color w:val="0000EE"/>
            <w:u w:val="single"/>
          </w:rPr>
          <w:t>https://www.cnet.com/tech/services-and-software/ios-18-2-public-beta-1-brings-genmoji-and-more-ai-to-some-iphones/</w:t>
        </w:r>
      </w:hyperlink>
      <w:r>
        <w:t xml:space="preserve"> - Explains the option to share contact details connected to lost items in the Find My app to facilitate communication for item retrieval.</w:t>
      </w:r>
      <w:r/>
    </w:p>
    <w:p>
      <w:pPr>
        <w:pStyle w:val="ListNumber"/>
        <w:spacing w:line="240" w:lineRule="auto"/>
        <w:ind w:left="720"/>
      </w:pPr>
      <w:r/>
      <w:hyperlink r:id="rId13">
        <w:r>
          <w:rPr>
            <w:color w:val="0000EE"/>
            <w:u w:val="single"/>
          </w:rPr>
          <w:t>https://www.business-standard.com/technology/tech-news/apple-releases-ios-18-2-public-beta-for-iphones-what-s-new-how-to-install-124110700346_1.html</w:t>
        </w:r>
      </w:hyperlink>
      <w:r>
        <w:t xml:space="preserve"> - Details the additional language support for Apple Intelligence, now including localized English in various regions.</w:t>
      </w:r>
      <w:r/>
    </w:p>
    <w:p>
      <w:pPr>
        <w:pStyle w:val="ListNumber"/>
        <w:spacing w:line="240" w:lineRule="auto"/>
        <w:ind w:left="720"/>
      </w:pPr>
      <w:r/>
      <w:hyperlink r:id="rId12">
        <w:r>
          <w:rPr>
            <w:color w:val="0000EE"/>
            <w:u w:val="single"/>
          </w:rPr>
          <w:t>https://www.cnet.com/tech/services-and-software/ios-18-2-public-beta-1-brings-genmoji-and-more-ai-to-some-iphones/</w:t>
        </w:r>
      </w:hyperlink>
      <w:r>
        <w:t xml:space="preserve"> - Advises users to install the beta on secondary devices due to potential operational bugs and the ongoing refinement of features.</w:t>
      </w:r>
      <w:r/>
    </w:p>
    <w:p>
      <w:pPr>
        <w:pStyle w:val="ListNumber"/>
        <w:spacing w:line="240" w:lineRule="auto"/>
        <w:ind w:left="720"/>
      </w:pPr>
      <w:r/>
      <w:hyperlink r:id="rId14">
        <w:r>
          <w:rPr>
            <w:color w:val="0000EE"/>
            <w:u w:val="single"/>
          </w:rPr>
          <w:t>https://www.cnet.com/tech/services-and-software/ios-18-2-public-beta-1-brings-genmoji-and-more-ai-to-some-iphones/#ftag=CADf328eec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mac.com/2024/11/06/hands-on-ios-18-2-beta-2-changes-and-features-video/" TargetMode="External"/><Relationship Id="rId11" Type="http://schemas.openxmlformats.org/officeDocument/2006/relationships/hyperlink" Target="https://www.macrumors.com/2024/11/06/ios-18-2-first-public-beta/" TargetMode="External"/><Relationship Id="rId12" Type="http://schemas.openxmlformats.org/officeDocument/2006/relationships/hyperlink" Target="https://www.cnet.com/tech/services-and-software/ios-18-2-public-beta-1-brings-genmoji-and-more-ai-to-some-iphones/" TargetMode="External"/><Relationship Id="rId13" Type="http://schemas.openxmlformats.org/officeDocument/2006/relationships/hyperlink" Target="https://www.business-standard.com/technology/tech-news/apple-releases-ios-18-2-public-beta-for-iphones-what-s-new-how-to-install-124110700346_1.html" TargetMode="External"/><Relationship Id="rId14" Type="http://schemas.openxmlformats.org/officeDocument/2006/relationships/hyperlink" Target="https://www.cnet.com/tech/services-and-software/ios-18-2-public-beta-1-brings-genmoji-and-more-ai-to-some-iphones/#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