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unveils iOS/iPadOS 18.2 with advanced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expanded its technological offerings by unveiling iOS/iPadOS 18.2 to the public as part of its ongoing beta testing programme. This latest release, which was initially flagged by tech enthusiasts at MacRumors, is packed with a slew of new features, enhancing the user experience with improved artificial intelligence capabilities. This significant update was made available after a period of exclusivity to developers, who had early access to experiment with these avant-garde functionalities.</w:t>
      </w:r>
      <w:r/>
    </w:p>
    <w:p>
      <w:r/>
      <w:r>
        <w:t>Among the standout features in this update is the inclusion of Apple Intelligence's second wave capabilities, notably the AI-generated custom emoji feature known as Genmoji. This innovative tool allows users to design unique emojis powered by AI, providing a new level of personalisation and creativity. Furthermore, the Image Playground has been introduced, facilitating the generation of pictures using artificial intelligence, a feature that could revolutionise personal photography and creative media production.</w:t>
      </w:r>
      <w:r/>
    </w:p>
    <w:p>
      <w:r/>
      <w:r>
        <w:t>ChatGPT, the widely recognised AI language model developed by OpenAI, now makes its debut on these Apple platforms. This integration allows users to engage with ChatGPT directly, with the technology stepping in to respond to queries when necessary, offering enhanced interaction. Interestingly, this service does not require any additional account setup, making it readily accessible and user-friendly for a broad audience.</w:t>
      </w:r>
      <w:r/>
    </w:p>
    <w:p>
      <w:r/>
      <w:r>
        <w:t>The iOS/iPadOS 18.2 release also sees improvements to other familiar features. Siri has been fortified with more robust response capabilities, enhancing its utility as a digital assistant. In addition, Visual Intelligence makes its way to iPhone 16, enabling users to conduct searches via the device’s camera, thereby offering a more interactive and intuitive way to engage with visual content.</w:t>
      </w:r>
      <w:r/>
    </w:p>
    <w:p>
      <w:r/>
      <w:r>
        <w:t>Despite the widespread availability, access to some features within the Apple Intelligence suite requires users to join a secondary waitlist. Those who previously had testing access will find themselves immediately able to utilise the Writing Tools, ChatGPT, and Visual Intelligence. However, they may have to exercise patience for Genmoji, Image Wand, and Image Playground, as these specific features await further authorisation from Apple.</w:t>
      </w:r>
      <w:r/>
    </w:p>
    <w:p>
      <w:r/>
      <w:r>
        <w:t>The introduction of iOS/iPadOS 18.2 signifies a notable step forward for Apple in integrating AI into its consumer products, opening up new possibilities for both casual users and tech enthusiasts alike. As the public beta testing continues, users can expect further refinements and potential additional features before the official release of this operating system upgrade.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https://techcrunch.com/2024/11/06/apple-ios-18-2-public-beta-arrives-with-new-ai-features-but-some-remain-waitlisted/</w:t>
        </w:r>
      </w:hyperlink>
      <w:r>
        <w:t xml:space="preserve"> - Corroborates the release of iOS 18.2 public beta with new AI features, including Genmoji, Image Playground, and ChatGPT integration.</w:t>
      </w:r>
      <w:r/>
    </w:p>
    <w:p>
      <w:pPr>
        <w:pStyle w:val="ListNumber"/>
        <w:spacing w:line="240" w:lineRule="auto"/>
        <w:ind w:left="720"/>
      </w:pPr>
      <w:r/>
      <w:hyperlink r:id="rId11">
        <w:r>
          <w:rPr>
            <w:color w:val="0000EE"/>
            <w:u w:val="single"/>
          </w:rPr>
          <w:t>https://9to5mac.com/2024/11/06/ios-182-public-beta-is-now-available-heres-everything-new/</w:t>
        </w:r>
      </w:hyperlink>
      <w:r>
        <w:t xml:space="preserve"> - Details the installation process for the iOS 18.2 public beta and highlights new features such as Genmoji, ChatGPT integration, and Visual Intelligence.</w:t>
      </w:r>
      <w:r/>
    </w:p>
    <w:p>
      <w:pPr>
        <w:pStyle w:val="ListNumber"/>
        <w:spacing w:line="240" w:lineRule="auto"/>
        <w:ind w:left="720"/>
      </w:pPr>
      <w:r/>
      <w:hyperlink r:id="rId12">
        <w:r>
          <w:rPr>
            <w:color w:val="0000EE"/>
            <w:u w:val="single"/>
          </w:rPr>
          <w:t>https://www.macrumors.com/2024/11/04/everything-new-ios-18-2-beta-2/</w:t>
        </w:r>
      </w:hyperlink>
      <w:r>
        <w:t xml:space="preserve"> - Provides information on the second beta of iOS 18.2, including refinements to Apple Intelligence capabilities and new features like Find My item location sharing.</w:t>
      </w:r>
      <w:r/>
    </w:p>
    <w:p>
      <w:pPr>
        <w:pStyle w:val="ListNumber"/>
        <w:spacing w:line="240" w:lineRule="auto"/>
        <w:ind w:left="720"/>
      </w:pPr>
      <w:r/>
      <w:hyperlink r:id="rId13">
        <w:r>
          <w:rPr>
            <w:color w:val="0000EE"/>
            <w:u w:val="single"/>
          </w:rPr>
          <w:t>https://9to5mac.com/2024/11/06/hands-on-ios-18-2-beta-2-changes-and-features-video/</w:t>
        </w:r>
      </w:hyperlink>
      <w:r>
        <w:t xml:space="preserve"> - Describes new features in iOS 18.2 beta 2, such as Camera Control AE/AF lock, Find Lost Item tracking, and the ability to disable video looping in the Photos app.</w:t>
      </w:r>
      <w:r/>
    </w:p>
    <w:p>
      <w:pPr>
        <w:pStyle w:val="ListNumber"/>
        <w:spacing w:line="240" w:lineRule="auto"/>
        <w:ind w:left="720"/>
      </w:pPr>
      <w:r/>
      <w:hyperlink r:id="rId14">
        <w:r>
          <w:rPr>
            <w:color w:val="0000EE"/>
            <w:u w:val="single"/>
          </w:rPr>
          <w:t>https://www.business-standard.com/technology/tech-news/apple-releases-ios-18-2-public-beta-for-iphones-what-s-new-how-to-install-124110700346_1.html</w:t>
        </w:r>
      </w:hyperlink>
      <w:r>
        <w:t xml:space="preserve"> - Explains the availability of the iOS 18.2 public beta, new intelligence features, and the waitlist requirement for some features like Genmoji and Image Playground.</w:t>
      </w:r>
      <w:r/>
    </w:p>
    <w:p>
      <w:pPr>
        <w:pStyle w:val="ListNumber"/>
        <w:spacing w:line="240" w:lineRule="auto"/>
        <w:ind w:left="720"/>
      </w:pPr>
      <w:r/>
      <w:hyperlink r:id="rId10">
        <w:r>
          <w:rPr>
            <w:color w:val="0000EE"/>
            <w:u w:val="single"/>
          </w:rPr>
          <w:t>https://techcrunch.com/2024/11/06/apple-ios-18-2-public-beta-arrives-with-new-ai-features-but-some-remain-waitlisted/</w:t>
        </w:r>
      </w:hyperlink>
      <w:r>
        <w:t xml:space="preserve"> - Details the integration of ChatGPT with Siri and the enhanced response capabilities of Siri in iOS 18.2.</w:t>
      </w:r>
      <w:r/>
    </w:p>
    <w:p>
      <w:pPr>
        <w:pStyle w:val="ListNumber"/>
        <w:spacing w:line="240" w:lineRule="auto"/>
        <w:ind w:left="720"/>
      </w:pPr>
      <w:r/>
      <w:hyperlink r:id="rId11">
        <w:r>
          <w:rPr>
            <w:color w:val="0000EE"/>
            <w:u w:val="single"/>
          </w:rPr>
          <w:t>https://9to5mac.com/2024/11/06/ios-182-public-beta-is-now-available-heres-everything-new/</w:t>
        </w:r>
      </w:hyperlink>
      <w:r>
        <w:t xml:space="preserve"> - Mentions the Visual Intelligence feature on iPhone 16, enabling users to conduct searches via the device’s camera.</w:t>
      </w:r>
      <w:r/>
    </w:p>
    <w:p>
      <w:pPr>
        <w:pStyle w:val="ListNumber"/>
        <w:spacing w:line="240" w:lineRule="auto"/>
        <w:ind w:left="720"/>
      </w:pPr>
      <w:r/>
      <w:hyperlink r:id="rId12">
        <w:r>
          <w:rPr>
            <w:color w:val="0000EE"/>
            <w:u w:val="single"/>
          </w:rPr>
          <w:t>https://www.macrumors.com/2024/11/04/everything-new-ios-18-2-beta-2/</w:t>
        </w:r>
      </w:hyperlink>
      <w:r>
        <w:t xml:space="preserve"> - Explains that access to some Apple Intelligence features requires a waitlist, while others like Writing Tools and Visual Intelligence are immediately available.</w:t>
      </w:r>
      <w:r/>
    </w:p>
    <w:p>
      <w:pPr>
        <w:pStyle w:val="ListNumber"/>
        <w:spacing w:line="240" w:lineRule="auto"/>
        <w:ind w:left="720"/>
      </w:pPr>
      <w:r/>
      <w:hyperlink r:id="rId13">
        <w:r>
          <w:rPr>
            <w:color w:val="0000EE"/>
            <w:u w:val="single"/>
          </w:rPr>
          <w:t>https://9to5mac.com/2024/11/06/hands-on-ios-18-2-beta-2-changes-and-features-video/</w:t>
        </w:r>
      </w:hyperlink>
      <w:r>
        <w:t xml:space="preserve"> - Highlights the ongoing public beta testing and potential further refinements before the official release of iOS 18.2.</w:t>
      </w:r>
      <w:r/>
    </w:p>
    <w:p>
      <w:pPr>
        <w:pStyle w:val="ListNumber"/>
        <w:spacing w:line="240" w:lineRule="auto"/>
        <w:ind w:left="720"/>
      </w:pPr>
      <w:r/>
      <w:hyperlink r:id="rId10">
        <w:r>
          <w:rPr>
            <w:color w:val="0000EE"/>
            <w:u w:val="single"/>
          </w:rPr>
          <w:t>https://techcrunch.com/2024/11/06/apple-ios-18-2-public-beta-arrives-with-new-ai-features-but-some-remain-waitlisted/</w:t>
        </w:r>
      </w:hyperlink>
      <w:r>
        <w:t xml:space="preserve"> - Discusses the broader implications of integrating AI into Apple's consumer products with the release of iOS 18.2.</w:t>
      </w:r>
      <w:r/>
    </w:p>
    <w:p>
      <w:pPr>
        <w:pStyle w:val="ListNumber"/>
        <w:spacing w:line="240" w:lineRule="auto"/>
        <w:ind w:left="720"/>
      </w:pPr>
      <w:r/>
      <w:hyperlink r:id="rId14">
        <w:r>
          <w:rPr>
            <w:color w:val="0000EE"/>
            <w:u w:val="single"/>
          </w:rPr>
          <w:t>https://www.business-standard.com/technology/tech-news/apple-releases-ios-18-2-public-beta-for-iphones-what-s-new-how-to-install-124110700346_1.html</w:t>
        </w:r>
      </w:hyperlink>
      <w:r>
        <w:t xml:space="preserve"> - Confirms that the iOS 18.2 update is a significant step forward for Apple in integrating AI into its products.</w:t>
      </w:r>
      <w:r/>
    </w:p>
    <w:p>
      <w:pPr>
        <w:pStyle w:val="ListNumber"/>
        <w:spacing w:line="240" w:lineRule="auto"/>
        <w:ind w:left="720"/>
      </w:pPr>
      <w:r/>
      <w:hyperlink r:id="rId15">
        <w:r>
          <w:rPr>
            <w:color w:val="0000EE"/>
            <w:u w:val="single"/>
          </w:rPr>
          <w:t>https://www.theverge.com/2024/11/6/24289714/ios-18-2-apple-intelligence-public-beta-chatgpt-siri-image-playground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1/06/apple-ios-18-2-public-beta-arrives-with-new-ai-features-but-some-remain-waitlisted/" TargetMode="External"/><Relationship Id="rId11" Type="http://schemas.openxmlformats.org/officeDocument/2006/relationships/hyperlink" Target="https://9to5mac.com/2024/11/06/ios-182-public-beta-is-now-available-heres-everything-new/" TargetMode="External"/><Relationship Id="rId12" Type="http://schemas.openxmlformats.org/officeDocument/2006/relationships/hyperlink" Target="https://www.macrumors.com/2024/11/04/everything-new-ios-18-2-beta-2/" TargetMode="External"/><Relationship Id="rId13" Type="http://schemas.openxmlformats.org/officeDocument/2006/relationships/hyperlink" Target="https://9to5mac.com/2024/11/06/hands-on-ios-18-2-beta-2-changes-and-features-video/" TargetMode="External"/><Relationship Id="rId14" Type="http://schemas.openxmlformats.org/officeDocument/2006/relationships/hyperlink" Target="https://www.business-standard.com/technology/tech-news/apple-releases-ios-18-2-public-beta-for-iphones-what-s-new-how-to-install-124110700346_1.html" TargetMode="External"/><Relationship Id="rId15" Type="http://schemas.openxmlformats.org/officeDocument/2006/relationships/hyperlink" Target="https://www.theverge.com/2024/11/6/24289714/ios-18-2-apple-intelligence-public-beta-chatgpt-siri-image-playgrou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