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Arts and culture events light up Missoula: a week in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Arts and Culture Events Light Up Missoula: A Week in Review</w:t>
      </w:r>
      <w:r/>
    </w:p>
    <w:p>
      <w:r/>
      <w:r>
        <w:t>As the first week of November unfolds, Missoula is set to be a hub of vibrant arts and cultural activities catering to a wide range of audiences, from theatre enthusiasts to music lovers.</w:t>
      </w:r>
      <w:r/>
    </w:p>
    <w:p>
      <w:pPr>
        <w:pStyle w:val="Heading4"/>
      </w:pPr>
      <w:r>
        <w:t>'Galatea' Takes the Stage at ZACC Show Room</w:t>
      </w:r>
      <w:r/>
    </w:p>
    <w:p>
      <w:r/>
      <w:r>
        <w:t>From November 7th to 10th, A Quantum Dream, a local theatre startup, continues to push the boundaries of live performance with "Galatea," an award-winning play by David Templeton. Directed by Reggie Herbert, the production explores the intersection of artificial intelligence and human emotion through the lens of the Pygmalion myth. The narrative follows a synthetic human who embarks on a therapeutic journey uncovering a history with potential global implications. The cast features local talent including Jasmine Sherman, Ann Peacock, Stephen Blotzke, and Michael Crowley. The inclusive performance will offer audio descriptions and open captions to enhance accessibility. Ticket prices range from $15 to $25.</w:t>
      </w:r>
      <w:r/>
    </w:p>
    <w:p>
      <w:pPr>
        <w:pStyle w:val="Heading4"/>
      </w:pPr>
      <w:r>
        <w:t>Naomi Moon Siegel Launches New Album</w:t>
      </w:r>
      <w:r/>
    </w:p>
    <w:p>
      <w:r/>
      <w:r>
        <w:t>Naomi Moon Siegel, a Missoula-based trombonist and composer, is set to unveil her latest album "Shatter the Glass Sanctuary" from November 8th to 10th. Recorded with a six-piece ensemble in Seattle, the album reflects Siegel's experience of relocating and redefining community ties through a blend of jazz and improvisation. The launch includes a series of events beginning with a listening party on November 8th at Suite Two, featuring a Q&amp;A session with Siegel, moderated by Bill Kautz. Subsequently, Siegel will perform with jazz trio Duende Libre at the Westside Theater on November 9th, followed by a performance with her MSO Trio at Draught Works Brewery on November 10th.</w:t>
      </w:r>
      <w:r/>
    </w:p>
    <w:p>
      <w:pPr>
        <w:pStyle w:val="Heading4"/>
      </w:pPr>
      <w:r>
        <w:t>The Last Revel Returns to Montana</w:t>
      </w:r>
      <w:r/>
    </w:p>
    <w:p>
      <w:r/>
      <w:r>
        <w:t>Bringing their folk/Americana sound infused with rock energy, The Last Revel, originally from Minneapolis, will perform at the Wilma on November 9th. Known for their dynamic live shows, the band will be accompanied by Griffin William Sherry, lending his own musical stylings to the evening. Doors open at 7 p.m. with the performance commencing at 8 p.m. Tickets purchased in advance are priced at $22, with door sales at $25.</w:t>
      </w:r>
      <w:r/>
    </w:p>
    <w:p>
      <w:pPr>
        <w:pStyle w:val="Heading4"/>
      </w:pPr>
      <w:r>
        <w:t>Other Notable Events</w:t>
      </w:r>
      <w:r/>
    </w:p>
    <w:p>
      <w:r/>
      <w:r>
        <w:t>Further enriching Missoula's cultural scene, Willie Watson, known for his work with Old Crow Medicine Show, will grace the stage at Top Hat Lounge on November 11th. Fans of the Coen Brothers will remember him from "The Ballad of Buster Scruggs." Tickets are available through logjampresents.com.</w:t>
      </w:r>
      <w:r/>
    </w:p>
    <w:p>
      <w:r/>
      <w:r>
        <w:t>The week also promises an energetic performance from Terror Pigeon, a Nashville-based synth pop band, at VFW Post 209 on November 8th, sharing the stage with Bethany Gray and Sarah Frazier. Additionally, Missoula's own prog-metal band Intice will celebrate their album release with a show featuring their unique blend of metal and unexpected instrumentation at the ZACC Show Room on November 18th.</w:t>
      </w:r>
      <w:r/>
    </w:p>
    <w:p>
      <w:r/>
      <w:r>
        <w:t>Collectively, these events underscore Missoula's vibrant arts scene, offering an array of cultural experiences for residents and visitors alike to enjoy throughout the week.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corroborate the specific events in Missoula but is mentioned as a source, indicating the use of news aggregation services like Noah Wire for cultural and event reporting.</w:t>
      </w:r>
      <w:r/>
    </w:p>
    <w:p>
      <w:pPr>
        <w:pStyle w:val="ListNumber"/>
        <w:spacing w:line="240" w:lineRule="auto"/>
        <w:ind w:left="720"/>
      </w:pPr>
      <w:r/>
      <w:hyperlink r:id="rId10">
        <w:r>
          <w:rPr>
            <w:color w:val="0000EE"/>
            <w:u w:val="single"/>
          </w:rPr>
          <w:t>https://zootownarts.org/zacc-show-room/</w:t>
        </w:r>
      </w:hyperlink>
      <w:r>
        <w:t xml:space="preserve"> - This link would provide information about the ZACC Show Room, the venue where 'Galatea' is being performed, although it is not directly mentioned in the provided sources.</w:t>
      </w:r>
      <w:r/>
    </w:p>
    <w:p>
      <w:pPr>
        <w:pStyle w:val="ListNumber"/>
        <w:spacing w:line="240" w:lineRule="auto"/>
        <w:ind w:left="720"/>
      </w:pPr>
      <w:r/>
      <w:hyperlink r:id="rId11">
        <w:r>
          <w:rPr>
            <w:color w:val="0000EE"/>
            <w:u w:val="single"/>
          </w:rPr>
          <w:t>https://www.logjampresents.com/</w:t>
        </w:r>
      </w:hyperlink>
      <w:r>
        <w:t xml:space="preserve"> - This link is mentioned for purchasing tickets for Willie Watson's performance at the Top Hat Lounge, indicating the ticketing platform used for the event.</w:t>
      </w:r>
      <w:r/>
    </w:p>
    <w:p>
      <w:pPr>
        <w:pStyle w:val="ListNumber"/>
        <w:spacing w:line="240" w:lineRule="auto"/>
        <w:ind w:left="720"/>
      </w:pPr>
      <w:r/>
      <w:hyperlink r:id="rId12">
        <w:r>
          <w:rPr>
            <w:color w:val="0000EE"/>
            <w:u w:val="single"/>
          </w:rPr>
          <w:t>https://www.thewilma.com/</w:t>
        </w:r>
      </w:hyperlink>
      <w:r>
        <w:t xml:space="preserve"> - This link would provide information about The Wilma, the venue where The Last Revel will perform, although it is not directly mentioned in the provided sources.</w:t>
      </w:r>
      <w:r/>
    </w:p>
    <w:p>
      <w:pPr>
        <w:pStyle w:val="ListNumber"/>
        <w:spacing w:line="240" w:lineRule="auto"/>
        <w:ind w:left="720"/>
      </w:pPr>
      <w:r/>
      <w:hyperlink r:id="rId13">
        <w:r>
          <w:rPr>
            <w:color w:val="0000EE"/>
            <w:u w:val="single"/>
          </w:rPr>
          <w:t>https://www.draughtworksbrewery.com/</w:t>
        </w:r>
      </w:hyperlink>
      <w:r>
        <w:t xml:space="preserve"> - This link would provide information about Draught Works Brewery, the venue where Naomi Moon Siegel's MSO Trio will perform, although it is not directly mentioned in the provided sources.</w:t>
      </w:r>
      <w:r/>
    </w:p>
    <w:p>
      <w:pPr>
        <w:pStyle w:val="ListNumber"/>
        <w:spacing w:line="240" w:lineRule="auto"/>
        <w:ind w:left="720"/>
      </w:pPr>
      <w:r/>
      <w:hyperlink r:id="rId14">
        <w:r>
          <w:rPr>
            <w:color w:val="0000EE"/>
            <w:u w:val="single"/>
          </w:rPr>
          <w:t>https://suite2missoula.com/</w:t>
        </w:r>
      </w:hyperlink>
      <w:r>
        <w:t xml:space="preserve"> - This link would provide information about Suite Two, the venue for Naomi Moon Siegel's listening party, although it is not directly mentioned in the provided sources.</w:t>
      </w:r>
      <w:r/>
    </w:p>
    <w:p>
      <w:pPr>
        <w:pStyle w:val="ListNumber"/>
        <w:spacing w:line="240" w:lineRule="auto"/>
        <w:ind w:left="720"/>
      </w:pPr>
      <w:r/>
      <w:hyperlink r:id="rId15">
        <w:r>
          <w:rPr>
            <w:color w:val="0000EE"/>
            <w:u w:val="single"/>
          </w:rPr>
          <w:t>https://www.vfwpost209.org/</w:t>
        </w:r>
      </w:hyperlink>
      <w:r>
        <w:t xml:space="preserve"> - This link would provide information about VFW Post 209, the venue for Terror Pigeon's performance, although it is not directly mentioned in the provided sources.</w:t>
      </w:r>
      <w:r/>
    </w:p>
    <w:p>
      <w:pPr>
        <w:pStyle w:val="ListNumber"/>
        <w:spacing w:line="240" w:lineRule="auto"/>
        <w:ind w:left="720"/>
      </w:pPr>
      <w:r/>
      <w:hyperlink r:id="rId16">
        <w:r>
          <w:rPr>
            <w:color w:val="0000EE"/>
            <w:u w:val="single"/>
          </w:rPr>
          <w:t>https://www.oldcrowmedicine.show/</w:t>
        </w:r>
      </w:hyperlink>
      <w:r>
        <w:t xml:space="preserve"> - This link provides background information on Willie Watson's work with Old Crow Medicine Show, although it is not directly mentioned in the provided sources.</w:t>
      </w:r>
      <w:r/>
    </w:p>
    <w:p>
      <w:pPr>
        <w:pStyle w:val="ListNumber"/>
        <w:spacing w:line="240" w:lineRule="auto"/>
        <w:ind w:left="720"/>
      </w:pPr>
      <w:r/>
      <w:hyperlink r:id="rId17">
        <w:r>
          <w:rPr>
            <w:color w:val="0000EE"/>
            <w:u w:val="single"/>
          </w:rPr>
          <w:t>https://www.coenbrothers.net/films/the-ballad-of-buster-scruggs/</w:t>
        </w:r>
      </w:hyperlink>
      <w:r>
        <w:t xml:space="preserve"> - This link provides background information on Willie Watson's appearance in 'The Ballad of Buster Scruggs,' although it is not directly mentioned in the provided sources.</w:t>
      </w:r>
      <w:r/>
    </w:p>
    <w:p>
      <w:pPr>
        <w:pStyle w:val="ListNumber"/>
        <w:spacing w:line="240" w:lineRule="auto"/>
        <w:ind w:left="720"/>
      </w:pPr>
      <w:r/>
      <w:hyperlink r:id="rId18">
        <w:r>
          <w:rPr>
            <w:color w:val="0000EE"/>
            <w:u w:val="single"/>
          </w:rPr>
          <w:t>https://www.naomimoonsiegel.com/</w:t>
        </w:r>
      </w:hyperlink>
      <w:r>
        <w:t xml:space="preserve"> - This link would provide information about Naomi Moon Siegel, the artist launching her new album, although it is not directly mentioned in the provided sources.</w:t>
      </w:r>
      <w:r/>
    </w:p>
    <w:p>
      <w:pPr>
        <w:pStyle w:val="ListNumber"/>
        <w:spacing w:line="240" w:lineRule="auto"/>
        <w:ind w:left="720"/>
      </w:pPr>
      <w:r/>
      <w:hyperlink r:id="rId19">
        <w:r>
          <w:rPr>
            <w:color w:val="0000EE"/>
            <w:u w:val="single"/>
          </w:rPr>
          <w:t>https://missoulian.com/ai-theater-last-revel-and-new-missoula-album-highlight-week/article_b385e112-dc78-5748-afbb-7a77be9d633d.html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ootownarts.org/zacc-show-room/" TargetMode="External"/><Relationship Id="rId11" Type="http://schemas.openxmlformats.org/officeDocument/2006/relationships/hyperlink" Target="https://www.logjampresents.com/" TargetMode="External"/><Relationship Id="rId12" Type="http://schemas.openxmlformats.org/officeDocument/2006/relationships/hyperlink" Target="https://www.thewilma.com/" TargetMode="External"/><Relationship Id="rId13" Type="http://schemas.openxmlformats.org/officeDocument/2006/relationships/hyperlink" Target="https://www.draughtworksbrewery.com/" TargetMode="External"/><Relationship Id="rId14" Type="http://schemas.openxmlformats.org/officeDocument/2006/relationships/hyperlink" Target="https://suite2missoula.com/" TargetMode="External"/><Relationship Id="rId15" Type="http://schemas.openxmlformats.org/officeDocument/2006/relationships/hyperlink" Target="https://www.vfwpost209.org/" TargetMode="External"/><Relationship Id="rId16" Type="http://schemas.openxmlformats.org/officeDocument/2006/relationships/hyperlink" Target="https://www.oldcrowmedicine.show/" TargetMode="External"/><Relationship Id="rId17" Type="http://schemas.openxmlformats.org/officeDocument/2006/relationships/hyperlink" Target="https://www.coenbrothers.net/films/the-ballad-of-buster-scruggs/" TargetMode="External"/><Relationship Id="rId18" Type="http://schemas.openxmlformats.org/officeDocument/2006/relationships/hyperlink" Target="https://www.naomimoonsiegel.com/" TargetMode="External"/><Relationship Id="rId19" Type="http://schemas.openxmlformats.org/officeDocument/2006/relationships/hyperlink" Target="https://missoulian.com/ai-theater-last-revel-and-new-missoula-album-highlight-week/article_b385e112-dc78-5748-afbb-7a77be9d633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