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Ashutosh Ahuja launches new book on enterprise architecture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Ashutosh Ahuja, an esteemed technology leader and enterprise architect, has publicised his latest book, "Pioneering Enterprise Architecture", a comprehensive guide poised to assist organisations in the intricate journey of digital transformation. Released during a period of significant technological evolution, marked by transformative advances in artificial intelligence, the book is designed to aid leaders in integrating technological and business strategies effectively, thereby fostering an environment ripe for innovation.</w:t>
      </w:r>
      <w:r/>
    </w:p>
    <w:p>
      <w:r/>
      <w:r>
        <w:t>Ahuja, with a venerable career that encompasses a variety of industries, has consistently concentrated on the modernisation of enterprise technology and the development of scalable, innovative architectures that contribute to business growth. His expertise is widely acknowledged, reflected by his numerous publications on machine learning in esteemed journals. This theoretical grounding is combined with practical examples within "Pioneering Enterprise Architecture", making it an essential resource for managers and decision-makers in the contemporary business landscape.</w:t>
      </w:r>
      <w:r/>
    </w:p>
    <w:p>
      <w:r/>
      <w:r>
        <w:t>The book explores the synergy of AI, cloud computing, and modern technology with sustainable business architecture. Ahuja identifies a frequent issue in organisations: technology initiatives often operate in silos, disconnected from core business objectives. To address this, the book provides leaders with the tools necessary to streamline processes and drive growth.</w:t>
      </w:r>
      <w:r/>
    </w:p>
    <w:p>
      <w:r/>
      <w:r>
        <w:t>Expressing his enthusiasm, Ahuja remarked, “Pioneering Enterprise Architecture is a publication I am excited to introduce to leaders who understand that in today's digital age, technology must be leveraged as both a business enabler and a source of competitive advantage. The book is intended for those who are determined to leverage advanced technologies like AI and cloud computing not merely for survival but for growth.” He elaborates that the book offers practical strategies and techniques that simplify the integration of these technologies into business strategies, enabling firms to adopt a flexible structure that ensures their longevity and competitive edge.</w:t>
      </w:r>
      <w:r/>
    </w:p>
    <w:p>
      <w:r/>
      <w:r>
        <w:t>Targeting professionals involved in digital strategy, IT management, and organisational leadership, "Pioneering Enterprise Architecture" challenges readers to reconsider their approach to enterprise architecture. It encourages the cultivation of a culture of innovation and agility within organisations.</w:t>
      </w:r>
      <w:r/>
    </w:p>
    <w:p>
      <w:r/>
      <w:r>
        <w:t>The book has been made available on major international platforms, reaching a global audience. In conjunction with its release, Ashutosh Ahuja is set to participate in a series of talks and workshops. These engagements will discuss the book's themes and the implications it holds for future leaders in technology and business, thus extending its influence beyond the written word.</w:t>
      </w:r>
      <w:r/>
    </w:p>
    <w:p>
      <w:r/>
      <w:r>
        <w:t>Through "Pioneering Enterprise Architecture", Ashutosh Ahuja continues to solidify his role as a significant thought leader in the realm of digital transformation, providing an invaluable resource for those navigating the ever-evolving intersection of technology and business.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https://www.amazon.com/Pioneering-Enterprise-Architecture-Transforming-Transformation-ebook/dp/B0DKG6VBSB</w:t>
        </w:r>
      </w:hyperlink>
      <w:r>
        <w:t xml:space="preserve"> - Corroborates the publication of Ashutosh Ahuja's book 'Pioneering Enterprise Architecture' and its focus on digital transformation.</w:t>
      </w:r>
      <w:r/>
    </w:p>
    <w:p>
      <w:pPr>
        <w:pStyle w:val="ListNumber"/>
        <w:spacing w:line="240" w:lineRule="auto"/>
        <w:ind w:left="720"/>
      </w:pPr>
      <w:r/>
      <w:hyperlink r:id="rId11">
        <w:r>
          <w:rPr>
            <w:color w:val="0000EE"/>
            <w:u w:val="single"/>
          </w:rPr>
          <w:t>https://www.barnesandnoble.com/w/pioneering-enterprise-architecture-ashutosh-ahuja/1146443238?ean=2940186196921</w:t>
        </w:r>
      </w:hyperlink>
      <w:r>
        <w:t xml:space="preserve"> - Confirms the book's availability on major international platforms and its target audience.</w:t>
      </w:r>
      <w:r/>
    </w:p>
    <w:p>
      <w:pPr>
        <w:pStyle w:val="ListNumber"/>
        <w:spacing w:line="240" w:lineRule="auto"/>
        <w:ind w:left="720"/>
      </w:pPr>
      <w:r/>
      <w:hyperlink r:id="rId12">
        <w:r>
          <w:rPr>
            <w:color w:val="0000EE"/>
            <w:u w:val="single"/>
          </w:rPr>
          <w:t>https://www.coinprwire.com/newsroom/building_resilient_and_sustainable_organizations_a_fresh_perspective_on_technology_s_role_in_modern_business-13748</w:t>
        </w:r>
      </w:hyperlink>
      <w:r>
        <w:t xml:space="preserve"> - Supports the book's emphasis on sustainability and its appeal to emerging tech leaders and architects.</w:t>
      </w:r>
      <w:r/>
    </w:p>
    <w:p>
      <w:pPr>
        <w:pStyle w:val="ListNumber"/>
        <w:spacing w:line="240" w:lineRule="auto"/>
        <w:ind w:left="720"/>
      </w:pPr>
      <w:r/>
      <w:hyperlink r:id="rId13">
        <w:r>
          <w:rPr>
            <w:color w:val="0000EE"/>
            <w:u w:val="single"/>
          </w:rPr>
          <w:t>https://www.passionateinmarketing.com/technology-and-architect-pioneering-enterprise-architecture-unveils-a-bold-blueprint-for-new-leaders/</w:t>
        </w:r>
      </w:hyperlink>
      <w:r>
        <w:t xml:space="preserve"> - Details Ashutosh Ahuja's upcoming talks and workshops related to the book and its implications for leaders.</w:t>
      </w:r>
      <w:r/>
    </w:p>
    <w:p>
      <w:pPr>
        <w:pStyle w:val="ListNumber"/>
        <w:spacing w:line="240" w:lineRule="auto"/>
        <w:ind w:left="720"/>
      </w:pPr>
      <w:r/>
      <w:hyperlink r:id="rId14">
        <w:r>
          <w:rPr>
            <w:color w:val="0000EE"/>
            <w:u w:val="single"/>
          </w:rPr>
          <w:t>https://www.researchgate.net/publication/385291439_Pioneering_Enterprise_Architecture_Transforming_Global_Enterprises</w:t>
        </w:r>
      </w:hyperlink>
      <w:r>
        <w:t xml:space="preserve"> - Provides insights into the book's content, including real-world case studies and practical insights on designing resilient architectures.</w:t>
      </w:r>
      <w:r/>
    </w:p>
    <w:p>
      <w:pPr>
        <w:pStyle w:val="ListNumber"/>
        <w:spacing w:line="240" w:lineRule="auto"/>
        <w:ind w:left="720"/>
      </w:pPr>
      <w:r/>
      <w:hyperlink r:id="rId10">
        <w:r>
          <w:rPr>
            <w:color w:val="0000EE"/>
            <w:u w:val="single"/>
          </w:rPr>
          <w:t>https://www.amazon.com/Pioneering-Enterprise-Architecture-Transforming-Transformation-ebook/dp/B0DKG6VBSB</w:t>
        </w:r>
      </w:hyperlink>
      <w:r>
        <w:t xml:space="preserve"> - Highlights Ashutosh Ahuja's role as a senior technology leader and enterprise architect focusing on digital transformation.</w:t>
      </w:r>
      <w:r/>
    </w:p>
    <w:p>
      <w:pPr>
        <w:pStyle w:val="ListNumber"/>
        <w:spacing w:line="240" w:lineRule="auto"/>
        <w:ind w:left="720"/>
      </w:pPr>
      <w:r/>
      <w:hyperlink r:id="rId11">
        <w:r>
          <w:rPr>
            <w:color w:val="0000EE"/>
            <w:u w:val="single"/>
          </w:rPr>
          <w:t>https://www.barnesandnoble.com/w/pioneering-enterprise-architecture-ashutosh-ahuja/1146443238?ean=2940186196921</w:t>
        </w:r>
      </w:hyperlink>
      <w:r>
        <w:t xml:space="preserve"> - Mentions the book's strategies for integrating technological and business strategies effectively.</w:t>
      </w:r>
      <w:r/>
    </w:p>
    <w:p>
      <w:pPr>
        <w:pStyle w:val="ListNumber"/>
        <w:spacing w:line="240" w:lineRule="auto"/>
        <w:ind w:left="720"/>
      </w:pPr>
      <w:r/>
      <w:hyperlink r:id="rId12">
        <w:r>
          <w:rPr>
            <w:color w:val="0000EE"/>
            <w:u w:val="single"/>
          </w:rPr>
          <w:t>https://www.coinprwire.com/newsroom/building_resilient_and_sustainable_organizations_a_fresh_perspective_on_technology_s_role_in_modern_business-13748</w:t>
        </w:r>
      </w:hyperlink>
      <w:r>
        <w:t xml:space="preserve"> - Discusses the book's focus on the synergy of AI, cloud computing, and modern technology with sustainable business architecture.</w:t>
      </w:r>
      <w:r/>
    </w:p>
    <w:p>
      <w:pPr>
        <w:pStyle w:val="ListNumber"/>
        <w:spacing w:line="240" w:lineRule="auto"/>
        <w:ind w:left="720"/>
      </w:pPr>
      <w:r/>
      <w:hyperlink r:id="rId13">
        <w:r>
          <w:rPr>
            <w:color w:val="0000EE"/>
            <w:u w:val="single"/>
          </w:rPr>
          <w:t>https://www.passionateinmarketing.com/technology-and-architect-pioneering-enterprise-architecture-unveils-a-bold-blueprint-for-new-leaders/</w:t>
        </w:r>
      </w:hyperlink>
      <w:r>
        <w:t xml:space="preserve"> - Quotes Ashutosh Ahuja on the book's purpose and its target audience of professionals in digital strategy, IT management, and organisational leadership.</w:t>
      </w:r>
      <w:r/>
    </w:p>
    <w:p>
      <w:pPr>
        <w:pStyle w:val="ListNumber"/>
        <w:spacing w:line="240" w:lineRule="auto"/>
        <w:ind w:left="720"/>
      </w:pPr>
      <w:r/>
      <w:hyperlink r:id="rId14">
        <w:r>
          <w:rPr>
            <w:color w:val="0000EE"/>
            <w:u w:val="single"/>
          </w:rPr>
          <w:t>https://www.researchgate.net/publication/385291439_Pioneering_Enterprise_Architecture_Transforming_Global_Enterprises</w:t>
        </w:r>
      </w:hyperlink>
      <w:r>
        <w:t xml:space="preserve"> - Explains how the book addresses the issue of technology initiatives operating in silos and provides tools to streamline processes and drive growth.</w:t>
      </w:r>
      <w:r/>
    </w:p>
    <w:p>
      <w:pPr>
        <w:pStyle w:val="ListNumber"/>
        <w:spacing w:line="240" w:lineRule="auto"/>
        <w:ind w:left="720"/>
      </w:pPr>
      <w:r/>
      <w:hyperlink r:id="rId13">
        <w:r>
          <w:rPr>
            <w:color w:val="0000EE"/>
            <w:u w:val="single"/>
          </w:rPr>
          <w:t>https://www.passionateinmarketing.com/technology-and-architect-pioneering-enterprise-architecture-unveils-a-bold-blueprint-for-new-leaders/</w:t>
        </w:r>
      </w:hyperlink>
      <w:r>
        <w:t xml:space="preserve"> - Details the book's encouragement of a culture of innovation and agility within organisations.</w:t>
      </w:r>
      <w:r/>
    </w:p>
    <w:p>
      <w:pPr>
        <w:pStyle w:val="ListNumber"/>
        <w:spacing w:line="240" w:lineRule="auto"/>
        <w:ind w:left="720"/>
      </w:pPr>
      <w:r/>
      <w:hyperlink r:id="rId13">
        <w:r>
          <w:rPr>
            <w:color w:val="0000EE"/>
            <w:u w:val="single"/>
          </w:rPr>
          <w:t>https://www.passionateinmarketing.com/technology-and-architect-pioneering-enterprise-architecture-unveils-a-bold-blueprint-for-new-leaders/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Pioneering-Enterprise-Architecture-Transforming-Transformation-ebook/dp/B0DKG6VBSB" TargetMode="External"/><Relationship Id="rId11" Type="http://schemas.openxmlformats.org/officeDocument/2006/relationships/hyperlink" Target="https://www.barnesandnoble.com/w/pioneering-enterprise-architecture-ashutosh-ahuja/1146443238?ean=2940186196921" TargetMode="External"/><Relationship Id="rId12" Type="http://schemas.openxmlformats.org/officeDocument/2006/relationships/hyperlink" Target="https://www.coinprwire.com/newsroom/building_resilient_and_sustainable_organizations_a_fresh_perspective_on_technology_s_role_in_modern_business-13748" TargetMode="External"/><Relationship Id="rId13" Type="http://schemas.openxmlformats.org/officeDocument/2006/relationships/hyperlink" Target="https://www.passionateinmarketing.com/technology-and-architect-pioneering-enterprise-architecture-unveils-a-bold-blueprint-for-new-leaders/" TargetMode="External"/><Relationship Id="rId14" Type="http://schemas.openxmlformats.org/officeDocument/2006/relationships/hyperlink" Target="https://www.researchgate.net/publication/385291439_Pioneering_Enterprise_Architecture_Transforming_Global_Enterpri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