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ASUS slashes prices on Zenbook S 16 OLED and Vivobook S 15 Copilot+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ASUS has recently unveiled a significant price reduction for its Zenbook S 16 OLED Copilot+ PC, now available at Best Buy for $1,149.99 with shipping included. This marks a notable decrease from its original price of $1,400 when it launched in June 2023. The current offer represents the lowest price recorded for this model, beating its first observed discount in September by $250.</w:t>
      </w:r>
      <w:r/>
    </w:p>
    <w:p>
      <w:r/>
      <w:r>
        <w:t>The Zenbook S 16 OLED is powered by AMD’s Ryzen AI 9 365 Strix Point APU, a state-of-the-art processor that integrates a 10-core Zen 5 CPU alongside an RDNA 3.5 Radeon 880M GPU. This combination promises high-performance capabilities suitable for demanding applications. Moreover, the laptop is furnished with a Neural Processing Unit (NPU) capable of 50 Trillion Operations Per Second (TOPs), which facilitates advanced artificial intelligence functionalities. Notably, it is among the pioneering laptops equipped with an x86 chip that supports Microsoft's Copilot+ features.</w:t>
      </w:r>
      <w:r/>
    </w:p>
    <w:p>
      <w:r/>
      <w:r>
        <w:t>Key specifications include 24GB of LPDDR5X RAM and a 1TB Gen 4 SSD, providing substantial support for heavy multitasking and storage needs. The device's visual offerings are showcased on a 16-inch 3K OLED display, supporting a refresh rate of up to 120Hz and touch inputs. This screen also offers a 100% DCI-P3 colour gamut, 500-nit peak HDR brightness, and a 16:10 aspect ratio, delivering superior image quality.</w:t>
      </w:r>
      <w:r/>
    </w:p>
    <w:p>
      <w:r/>
      <w:r>
        <w:t>The laptop also stands out for its design, featuring an all-metal chassis with a thickness of just 0.43 inches, achieved through meticulous CNC milling for enhanced precision and rigidity. The slim, lightweight design makes it an attractive option for users seeking portability without sacrificing performance.</w:t>
      </w:r>
      <w:r/>
    </w:p>
    <w:p>
      <w:r/>
      <w:r>
        <w:t>For those looking for alternatives at a lower price point, ASUS is also offering the Vivobook S 15 Copilot+ at a reduced price of $650, down from its usual $900. This model features a 15-inch 3K OLED display and operates on the Snapdragon X Plus ARM chip.</w:t>
      </w:r>
      <w:r/>
    </w:p>
    <w:p>
      <w:r/>
      <w:r>
        <w:t>These promotional offers represent ASUS's strategy to appeal to a broader range of consumers by providing high-performing devices across different price segments. Both devices promise advancements in AI-driven processing power and display technology, targeting users who prioritise performance and display quality in their computing needs.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https://www.bestbuy.com/site/asus-zenbook-s-16-16-3k-oled-touch-screen-laptop-copilot-pc-amd-ryzen-ai-9-365-24gb-memory-1tb-ssd-scandinavian-white/6584435.p?skuId=6584435</w:t>
        </w:r>
      </w:hyperlink>
      <w:r>
        <w:t xml:space="preserve"> - Corroborates the price reduction and original price of the ASUS Zenbook S 16 OLED Copilot+ PC, as well as its key specifications.</w:t>
      </w:r>
      <w:r/>
    </w:p>
    <w:p>
      <w:pPr>
        <w:pStyle w:val="ListNumber"/>
        <w:spacing w:line="240" w:lineRule="auto"/>
        <w:ind w:left="720"/>
      </w:pPr>
      <w:r/>
      <w:hyperlink r:id="rId11">
        <w:r>
          <w:rPr>
            <w:color w:val="0000EE"/>
            <w:u w:val="single"/>
          </w:rPr>
          <w:t>https://9to5toys.com/2024/11/06/asus-zenbook-s-16-oled-copilot-pc-new-low/</w:t>
        </w:r>
      </w:hyperlink>
      <w:r>
        <w:t xml:space="preserve"> - Confirms the current price of $1,149.99 and the historical price drop from $1,400, marking the lowest recorded price.</w:t>
      </w:r>
      <w:r/>
    </w:p>
    <w:p>
      <w:pPr>
        <w:pStyle w:val="ListNumber"/>
        <w:spacing w:line="240" w:lineRule="auto"/>
        <w:ind w:left="720"/>
      </w:pPr>
      <w:r/>
      <w:hyperlink r:id="rId11">
        <w:r>
          <w:rPr>
            <w:color w:val="0000EE"/>
            <w:u w:val="single"/>
          </w:rPr>
          <w:t>https://9to5toys.com/2024/11/06/asus-zenbook-s-16-oled-copilot-pc-new-low/</w:t>
        </w:r>
      </w:hyperlink>
      <w:r>
        <w:t xml:space="preserve"> - Details the AMD Ryzen AI 9 365 Strix Point APU, including the 10-core Zen 5 CPU and RDNA 3.5 Radeon 880M GPU.</w:t>
      </w:r>
      <w:r/>
    </w:p>
    <w:p>
      <w:pPr>
        <w:pStyle w:val="ListNumber"/>
        <w:spacing w:line="240" w:lineRule="auto"/>
        <w:ind w:left="720"/>
      </w:pPr>
      <w:r/>
      <w:hyperlink r:id="rId10">
        <w:r>
          <w:rPr>
            <w:color w:val="0000EE"/>
            <w:u w:val="single"/>
          </w:rPr>
          <w:t>https://www.bestbuy.com/site/asus-zenbook-s-16-16-3k-oled-touch-screen-laptop-copilot-pc-amd-ryzen-ai-9-365-24gb-memory-1tb-ssd-scandinavian-white/6584435.p?skuId=6584435</w:t>
        </w:r>
      </w:hyperlink>
      <w:r>
        <w:t xml:space="preserve"> - Supports the presence of a Neural Processing Unit (NPU) capable of 50 TOPs and its role in advanced AI functionalities.</w:t>
      </w:r>
      <w:r/>
    </w:p>
    <w:p>
      <w:pPr>
        <w:pStyle w:val="ListNumber"/>
        <w:spacing w:line="240" w:lineRule="auto"/>
        <w:ind w:left="720"/>
      </w:pPr>
      <w:r/>
      <w:hyperlink r:id="rId12">
        <w:r>
          <w:rPr>
            <w:color w:val="0000EE"/>
            <w:u w:val="single"/>
          </w:rPr>
          <w:t>https://www.asus.com/us/laptops/for-home/zenbook/asus-zenbook-s-16-um5606/</w:t>
        </w:r>
      </w:hyperlink>
      <w:r>
        <w:t xml:space="preserve"> - Confirms the laptop's specifications, including 24GB of LPDDR5X RAM and a 1TB Gen 4 SSD.</w:t>
      </w:r>
      <w:r/>
    </w:p>
    <w:p>
      <w:pPr>
        <w:pStyle w:val="ListNumber"/>
        <w:spacing w:line="240" w:lineRule="auto"/>
        <w:ind w:left="720"/>
      </w:pPr>
      <w:r/>
      <w:hyperlink r:id="rId10">
        <w:r>
          <w:rPr>
            <w:color w:val="0000EE"/>
            <w:u w:val="single"/>
          </w:rPr>
          <w:t>https://www.bestbuy.com/site/asus-zenbook-s-16-16-3k-oled-touch-screen-laptop-copilot-pc-amd-ryzen-ai-9-365-24gb-memory-1tb-ssd-scandinavian-white/6584435.p?skuId=6584435</w:t>
        </w:r>
      </w:hyperlink>
      <w:r>
        <w:t xml:space="preserve"> - Details the 16-inch 3K OLED display with a refresh rate of up to 120Hz, touch inputs, 100% DCI-P3 color gamut, and 500-nit peak HDR brightness.</w:t>
      </w:r>
      <w:r/>
    </w:p>
    <w:p>
      <w:pPr>
        <w:pStyle w:val="ListNumber"/>
        <w:spacing w:line="240" w:lineRule="auto"/>
        <w:ind w:left="720"/>
      </w:pPr>
      <w:r/>
      <w:hyperlink r:id="rId13">
        <w:r>
          <w:rPr>
            <w:color w:val="0000EE"/>
            <w:u w:val="single"/>
          </w:rPr>
          <w:t>https://www.asus.com/laptops/for-home/zenbook/asus-zenbook-s-16-ux5606/</w:t>
        </w:r>
      </w:hyperlink>
      <w:r>
        <w:t xml:space="preserve"> - Describes the all-metal chassis with a thickness of 0.43 inches, achieved through meticulous CNC milling for enhanced precision and rigidity.</w:t>
      </w:r>
      <w:r/>
    </w:p>
    <w:p>
      <w:pPr>
        <w:pStyle w:val="ListNumber"/>
        <w:spacing w:line="240" w:lineRule="auto"/>
        <w:ind w:left="720"/>
      </w:pPr>
      <w:r/>
      <w:hyperlink r:id="rId11">
        <w:r>
          <w:rPr>
            <w:color w:val="0000EE"/>
            <w:u w:val="single"/>
          </w:rPr>
          <w:t>https://9to5toys.com/2024/11/06/asus-zenbook-s-16-oled-copilot-pc-new-low/</w:t>
        </w:r>
      </w:hyperlink>
      <w:r>
        <w:t xml:space="preserve"> - Mentions the ASUS Vivobook S 15 Copilot+ as an alternative at a lower price point, featuring a 15-inch 3K OLED display and Snapdragon X Plus ARM chip.</w:t>
      </w:r>
      <w:r/>
    </w:p>
    <w:p>
      <w:pPr>
        <w:pStyle w:val="ListNumber"/>
        <w:spacing w:line="240" w:lineRule="auto"/>
        <w:ind w:left="720"/>
      </w:pPr>
      <w:r/>
      <w:hyperlink r:id="rId14">
        <w:r>
          <w:rPr>
            <w:color w:val="0000EE"/>
            <w:u w:val="single"/>
          </w:rPr>
          <w:t>https://www.tomsguide.com/computing/laptops/asus-zenbook-s16-copilot-plus-pc-review</w:t>
        </w:r>
      </w:hyperlink>
      <w:r>
        <w:t xml:space="preserve"> - Discusses the performance and AI capabilities of the Zenbook S 16, including its support for Microsoft's Copilot+ features.</w:t>
      </w:r>
      <w:r/>
    </w:p>
    <w:p>
      <w:pPr>
        <w:pStyle w:val="ListNumber"/>
        <w:spacing w:line="240" w:lineRule="auto"/>
        <w:ind w:left="720"/>
      </w:pPr>
      <w:r/>
      <w:hyperlink r:id="rId12">
        <w:r>
          <w:rPr>
            <w:color w:val="0000EE"/>
            <w:u w:val="single"/>
          </w:rPr>
          <w:t>https://www.asus.com/us/laptops/for-home/zenbook/asus-zenbook-s-16-um5606/</w:t>
        </w:r>
      </w:hyperlink>
      <w:r>
        <w:t xml:space="preserve"> - Highlights the laptop's design and portability, emphasizing its slim and lightweight construction.</w:t>
      </w:r>
      <w:r/>
    </w:p>
    <w:p>
      <w:pPr>
        <w:pStyle w:val="ListNumber"/>
        <w:spacing w:line="240" w:lineRule="auto"/>
        <w:ind w:left="720"/>
      </w:pPr>
      <w:r/>
      <w:hyperlink r:id="rId10">
        <w:r>
          <w:rPr>
            <w:color w:val="0000EE"/>
            <w:u w:val="single"/>
          </w:rPr>
          <w:t>https://www.bestbuy.com/site/asus-zenbook-s-16-16-3k-oled-touch-screen-laptop-copilot-pc-amd-ryzen-ai-9-365-24gb-memory-1tb-ssd-scandinavian-white/6584435.p?skuId=6584435</w:t>
        </w:r>
      </w:hyperlink>
      <w:r>
        <w:t xml:space="preserve"> - Supports the overall strategy of ASUS in offering high-performing devices across different price segments, targeting users who prioritize performance and display quality.</w:t>
      </w:r>
      <w:r/>
    </w:p>
    <w:p>
      <w:pPr>
        <w:pStyle w:val="ListNumber"/>
        <w:spacing w:line="240" w:lineRule="auto"/>
        <w:ind w:left="720"/>
      </w:pPr>
      <w:r/>
      <w:hyperlink r:id="rId11">
        <w:r>
          <w:rPr>
            <w:color w:val="0000EE"/>
            <w:u w:val="single"/>
          </w:rPr>
          <w:t>https://9to5toys.com/2024/11/06/asus-zenbook-s-16-oled-copilot-pc-new-low/</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estbuy.com/site/asus-zenbook-s-16-16-3k-oled-touch-screen-laptop-copilot-pc-amd-ryzen-ai-9-365-24gb-memory-1tb-ssd-scandinavian-white/6584435.p?skuId=6584435" TargetMode="External"/><Relationship Id="rId11" Type="http://schemas.openxmlformats.org/officeDocument/2006/relationships/hyperlink" Target="https://9to5toys.com/2024/11/06/asus-zenbook-s-16-oled-copilot-pc-new-low/" TargetMode="External"/><Relationship Id="rId12" Type="http://schemas.openxmlformats.org/officeDocument/2006/relationships/hyperlink" Target="https://www.asus.com/us/laptops/for-home/zenbook/asus-zenbook-s-16-um5606/" TargetMode="External"/><Relationship Id="rId13" Type="http://schemas.openxmlformats.org/officeDocument/2006/relationships/hyperlink" Target="https://www.asus.com/laptops/for-home/zenbook/asus-zenbook-s-16-ux5606/" TargetMode="External"/><Relationship Id="rId14" Type="http://schemas.openxmlformats.org/officeDocument/2006/relationships/hyperlink" Target="https://www.tomsguide.com/computing/laptops/asus-zenbook-s16-copilot-plus-pc-revie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