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Bill Gates: embracing AI's rapid evolution amid its challenges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Bill Gates: Embracing AI's Rapid Evolution Amid Its Challenges</w:t>
      </w:r>
      <w:r/>
    </w:p>
    <w:p>
      <w:r/>
      <w:r>
        <w:t>Bill Gates, the co-founder of Microsoft and a long-standing advocate of artificial intelligence (AI), remains an influential voice in the discourse on AI's transformative potential. Gates’ involvement with AI stretches back nearly a decade, during which he has observed and supported its rapid advancements while also recognising the inherent risks that accompany such progress.</w:t>
      </w:r>
      <w:r/>
    </w:p>
    <w:p>
      <w:r/>
      <w:r>
        <w:rPr>
          <w:b/>
        </w:rPr>
        <w:t>A Journey Into AI</w:t>
      </w:r>
      <w:r/>
    </w:p>
    <w:p>
      <w:r/>
      <w:r>
        <w:t>Bill Gates' interest in AI is well-documented and was notably articulated in 2017 during a speech at Columbia University. At that time, Gates highlighted AI as the field he would choose if he were starting his career anew, underscoring its "profound" potential to revolutionise multiple facets of human life.</w:t>
      </w:r>
      <w:r/>
    </w:p>
    <w:p>
      <w:r/>
      <w:r>
        <w:t>This year, Gates continued to delve into AI's capabilities, having openly reflected on his initial scepticism. During an April episode of his “Unconfuse Me” podcast, which featured Sam Altman, CEO of OpenAI, Gates admitted he underestimated AI's capabilities. He specifically mentioned the impressive progress of tools like ChatGPT, acknowledging that he did not anticipate they would reach such advanced levels.</w:t>
      </w:r>
      <w:r/>
    </w:p>
    <w:p>
      <w:r/>
      <w:r>
        <w:rPr>
          <w:b/>
        </w:rPr>
        <w:t>The Expanding Influence of AI</w:t>
      </w:r>
      <w:r/>
    </w:p>
    <w:p>
      <w:r/>
      <w:r>
        <w:t>Gates has also commented on AI’s unexpected impact on white-collar work and its potential to permeate industries previously considered AI-resistant. On a recent episode of the “Possible” podcast with Reid Hoffman and Aria Finger, Gates projected that AI-driven robots might soon be seen in places like construction sites and hotels within the next decade. This prediction highlights the extensive reach AI could have on various industries and the broader economy.</w:t>
      </w:r>
      <w:r/>
    </w:p>
    <w:p>
      <w:r/>
      <w:r>
        <w:rPr>
          <w:b/>
        </w:rPr>
        <w:t>Balancing Enthusiasm with Caution</w:t>
      </w:r>
      <w:r/>
    </w:p>
    <w:p>
      <w:r/>
      <w:r>
        <w:t>While Gates is passionate about AI's capabilities, he also voices concerns regarding the technology’s potential to displace jobs. He illustrated the philosophical dilemma AI might pose by imagining a scenario where a machine suggests that he engage in leisure activities while it handles complex tasks such as malaria eradication. This highlights concerns over AI's growing proficiency potentially rendering human roles obsolete in certain sectors.</w:t>
      </w:r>
      <w:r/>
    </w:p>
    <w:p>
      <w:r/>
      <w:r>
        <w:t>Despite these concerns, Gates remains optimistic about the business opportunities AI presents, noting that current market conditions are favourable for new AI ventures. He pointed out to CNBC that initiating a new AI company today could raise billions, though success would demand a unique perspective on designing AI systems.</w:t>
      </w:r>
      <w:r/>
    </w:p>
    <w:p>
      <w:r/>
      <w:r>
        <w:rPr>
          <w:b/>
        </w:rPr>
        <w:t>The Future of AI and Oversight</w:t>
      </w:r>
      <w:r/>
    </w:p>
    <w:p>
      <w:r/>
      <w:r>
        <w:t>Looking towards the future, Gates envisions AI transforming programming environments, making complex coding accessible to all through natural language interfaces. Nonetheless, he stresses the importance of carefully regulating AI's development, especially in areas affecting election integrity and global politics, echoing the caution advised by other tech leaders.</w:t>
      </w:r>
      <w:r/>
    </w:p>
    <w:p>
      <w:r/>
      <w:r>
        <w:t>In conclusion, Bill Gates continues to support the advancement of AI, appreciating its remarkable progress and contributions to society while advocating for careful management of the challenges it presents. His reflections provide insight into how one of the world's most prominent tech figures navigates the intricate landscape of AI innovation.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https://www.weforum.org/stories/2023/03/heres-what-the-age-of-ai-means-for-the-world-according-to-bill-gates/</w:t>
        </w:r>
      </w:hyperlink>
      <w:r>
        <w:t xml:space="preserve"> - Bill Gates' thoughts on AI's revolutionary potential, its current limitations, and future impacts on various aspects of life.</w:t>
      </w:r>
      <w:r/>
    </w:p>
    <w:p>
      <w:pPr>
        <w:pStyle w:val="ListNumber"/>
        <w:spacing w:line="240" w:lineRule="auto"/>
        <w:ind w:left="720"/>
      </w:pPr>
      <w:r/>
      <w:hyperlink r:id="rId11">
        <w:r>
          <w:rPr>
            <w:color w:val="0000EE"/>
            <w:u w:val="single"/>
          </w:rPr>
          <w:t>https://www.youtube.com/watch?v=bHb_eG46v2c</w:t>
        </w:r>
      </w:hyperlink>
      <w:r>
        <w:t xml:space="preserve"> - Bill Gates discussing AI's capabilities, limitations, and the need for improvements in areas like context understanding and meta-cognition.</w:t>
      </w:r>
      <w:r/>
    </w:p>
    <w:p>
      <w:pPr>
        <w:pStyle w:val="ListNumber"/>
        <w:spacing w:line="240" w:lineRule="auto"/>
        <w:ind w:left="720"/>
      </w:pPr>
      <w:r/>
      <w:hyperlink r:id="rId10">
        <w:r>
          <w:rPr>
            <w:color w:val="0000EE"/>
            <w:u w:val="single"/>
          </w:rPr>
          <w:t>https://www.weforum.org/stories/2023/03/heres-what-the-age-of-ai-means-for-the-world-according-to-bill-gates/</w:t>
        </w:r>
      </w:hyperlink>
      <w:r>
        <w:t xml:space="preserve"> - Gates' reflection on AI's potential to transform industries and the importance of addressing its risks and challenges.</w:t>
      </w:r>
      <w:r/>
    </w:p>
    <w:p>
      <w:pPr>
        <w:pStyle w:val="ListNumber"/>
        <w:spacing w:line="240" w:lineRule="auto"/>
        <w:ind w:left="720"/>
      </w:pPr>
      <w:r/>
      <w:hyperlink r:id="rId12">
        <w:r>
          <w:rPr>
            <w:color w:val="0000EE"/>
            <w:u w:val="single"/>
          </w:rPr>
          <w:t>https://www.businessinsider.com/microsoft-bill-gates-ai-concerns-2024-9</w:t>
        </w:r>
      </w:hyperlink>
      <w:r>
        <w:t xml:space="preserve"> - Bill Gates' concerns about AI, including job displacement, misuse by bad actors, and the loss of control scenario.</w:t>
      </w:r>
      <w:r/>
    </w:p>
    <w:p>
      <w:pPr>
        <w:pStyle w:val="ListNumber"/>
        <w:spacing w:line="240" w:lineRule="auto"/>
        <w:ind w:left="720"/>
      </w:pPr>
      <w:r/>
      <w:hyperlink r:id="rId13">
        <w:r>
          <w:rPr>
            <w:color w:val="0000EE"/>
            <w:u w:val="single"/>
          </w:rPr>
          <w:t>https://www.gatesnotes.com/The-Age-of-AI-Has-Begun</w:t>
        </w:r>
      </w:hyperlink>
      <w:r>
        <w:t xml:space="preserve"> - Gates' optimism about AI's potential to address global issues like climate change and its impact on various industries.</w:t>
      </w:r>
      <w:r/>
    </w:p>
    <w:p>
      <w:pPr>
        <w:pStyle w:val="ListNumber"/>
        <w:spacing w:line="240" w:lineRule="auto"/>
        <w:ind w:left="720"/>
      </w:pPr>
      <w:r/>
      <w:hyperlink r:id="rId10">
        <w:r>
          <w:rPr>
            <w:color w:val="0000EE"/>
            <w:u w:val="single"/>
          </w:rPr>
          <w:t>https://www.weforum.org/stories/2023/03/heres-what-the-age-of-ai-means-for-the-world-according-to-bill-gates/</w:t>
        </w:r>
      </w:hyperlink>
      <w:r>
        <w:t xml:space="preserve"> - Gates' vision for AI transforming programming environments through natural language interfaces.</w:t>
      </w:r>
      <w:r/>
    </w:p>
    <w:p>
      <w:pPr>
        <w:pStyle w:val="ListNumber"/>
        <w:spacing w:line="240" w:lineRule="auto"/>
        <w:ind w:left="720"/>
      </w:pPr>
      <w:r/>
      <w:hyperlink r:id="rId12">
        <w:r>
          <w:rPr>
            <w:color w:val="0000EE"/>
            <w:u w:val="single"/>
          </w:rPr>
          <w:t>https://www.businessinsider.com/microsoft-bill-gates-ai-concerns-2024-9</w:t>
        </w:r>
      </w:hyperlink>
      <w:r>
        <w:t xml:space="preserve"> - The importance of regulating AI development, especially in sensitive areas like election integrity and global politics.</w:t>
      </w:r>
      <w:r/>
    </w:p>
    <w:p>
      <w:pPr>
        <w:pStyle w:val="ListNumber"/>
        <w:spacing w:line="240" w:lineRule="auto"/>
        <w:ind w:left="720"/>
      </w:pPr>
      <w:r/>
      <w:hyperlink r:id="rId11">
        <w:r>
          <w:rPr>
            <w:color w:val="0000EE"/>
            <w:u w:val="single"/>
          </w:rPr>
          <w:t>https://www.youtube.com/watch?v=bHb_eG46v2c</w:t>
        </w:r>
      </w:hyperlink>
      <w:r>
        <w:t xml:space="preserve"> - Gates' discussion on the potential for AI to automate repetitive tasks and free up human labor for more complex tasks.</w:t>
      </w:r>
      <w:r/>
    </w:p>
    <w:p>
      <w:pPr>
        <w:pStyle w:val="ListNumber"/>
        <w:spacing w:line="240" w:lineRule="auto"/>
        <w:ind w:left="720"/>
      </w:pPr>
      <w:r/>
      <w:hyperlink r:id="rId13">
        <w:r>
          <w:rPr>
            <w:color w:val="0000EE"/>
            <w:u w:val="single"/>
          </w:rPr>
          <w:t>https://www.gatesnotes.com/The-Age-of-AI-Has-Begun</w:t>
        </w:r>
      </w:hyperlink>
      <w:r>
        <w:t xml:space="preserve"> - AI's role in accelerating medical breakthroughs and handling complex biological data.</w:t>
      </w:r>
      <w:r/>
    </w:p>
    <w:p>
      <w:pPr>
        <w:pStyle w:val="ListNumber"/>
        <w:spacing w:line="240" w:lineRule="auto"/>
        <w:ind w:left="720"/>
      </w:pPr>
      <w:r/>
      <w:hyperlink r:id="rId12">
        <w:r>
          <w:rPr>
            <w:color w:val="0000EE"/>
            <w:u w:val="single"/>
          </w:rPr>
          <w:t>https://www.businessinsider.com/microsoft-bill-gates-ai-concerns-2024-9</w:t>
        </w:r>
      </w:hyperlink>
      <w:r>
        <w:t xml:space="preserve"> - Gates' use of AI in his personal life, such as summarizing meetings, and the broader implications of AI in daily tasks.</w:t>
      </w:r>
      <w:r/>
    </w:p>
    <w:p>
      <w:pPr>
        <w:pStyle w:val="ListNumber"/>
        <w:spacing w:line="240" w:lineRule="auto"/>
        <w:ind w:left="720"/>
      </w:pPr>
      <w:r/>
      <w:hyperlink r:id="rId14">
        <w:r>
          <w:rPr>
            <w:color w:val="0000EE"/>
            <w:u w:val="single"/>
          </w:rPr>
          <w:t>https://www.reddit.com/r/singularity/comments/1drwolj/bill_gates_says_scaling_ai_systems_will_work_for/</w:t>
        </w:r>
      </w:hyperlink>
      <w:r>
        <w:t xml:space="preserve"> - Gates' views on the future of AI, including the potential for meta-cognition and the limitations of current AI systems.</w:t>
      </w:r>
      <w:r/>
    </w:p>
    <w:p>
      <w:pPr>
        <w:pStyle w:val="ListNumber"/>
        <w:spacing w:line="240" w:lineRule="auto"/>
        <w:ind w:left="720"/>
      </w:pPr>
      <w:r/>
      <w:hyperlink r:id="rId15">
        <w:r>
          <w:rPr>
            <w:color w:val="0000EE"/>
            <w:u w:val="single"/>
          </w:rPr>
          <w:t>https://www.benzinga.com/news/24/11/41798013/bill-gates-ai-will-build-houses-run-hotels-by-2034-microsoft-co-founder-once-a-skeptic-now-sees-both</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weforum.org/stories/2023/03/heres-what-the-age-of-ai-means-for-the-world-according-to-bill-gates/" TargetMode="External"/><Relationship Id="rId11" Type="http://schemas.openxmlformats.org/officeDocument/2006/relationships/hyperlink" Target="https://www.youtube.com/watch?v=bHb_eG46v2c" TargetMode="External"/><Relationship Id="rId12" Type="http://schemas.openxmlformats.org/officeDocument/2006/relationships/hyperlink" Target="https://www.businessinsider.com/microsoft-bill-gates-ai-concerns-2024-9" TargetMode="External"/><Relationship Id="rId13" Type="http://schemas.openxmlformats.org/officeDocument/2006/relationships/hyperlink" Target="https://www.gatesnotes.com/The-Age-of-AI-Has-Begun" TargetMode="External"/><Relationship Id="rId14" Type="http://schemas.openxmlformats.org/officeDocument/2006/relationships/hyperlink" Target="https://www.reddit.com/r/singularity/comments/1drwolj/bill_gates_says_scaling_ai_systems_will_work_for/" TargetMode="External"/><Relationship Id="rId15" Type="http://schemas.openxmlformats.org/officeDocument/2006/relationships/hyperlink" Target="https://www.benzinga.com/news/24/11/41798013/bill-gates-ai-will-build-houses-run-hotels-by-2034-microsoft-co-founder-once-a-skeptic-now-sees-bot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